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Declination of Coverage Letter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[METHOD OF DELIVERY]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[APPLICANT OR APPLICANT REPRESENTATIVE’S ADDRESS OF RECORD]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[Insurance Company Application Identification Number, if any]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[Applicant’s or Applicant Representative’s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 of Application]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[Kind of Insurance for which Application was Made]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Submitting Agent or Broker, if any]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 of Submitting Agent or Broker, if any]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[Applicant or Applicant Representative]: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[Insurance Company] acknowledges receipt of your application for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[state type of insurance] policy. The application was received by us on [date].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Based on the application, we regret that we are unable to issue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policy to you for the following reasons: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Reason(s) for Declination of Application for Insurance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[individually list each reason why the application was declined]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Because your application has been declined, there is no insurance coverage in force through [Insurance Company] of the type requested in your application.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you have any questions concerning this matter, please contact me at [Phone Number].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[Insurance Company]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Cc: [Insurance Agency]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