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Declination of Flu/Influenza Vaccination for Medical Contraindication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Introduction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Flu/Influenza vaccination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condition of employment for all workers. Depending on the type of vaccination offered, specific medical contraindications may exist for certain individuals. The Company will only accept evidence-based medical contraindication against flu/influenza vaccination confirmed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licensed health care provider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medical exception to the mandatory flu/influenza policy. It is necessary to re-assess medical contraindication each year. The Company will endeavor to place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updated declination form in the employee's file annually.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The employee's primary healthcare provider must complete this medical declination form and return it to </w:t>
      </w:r>
      <w:r>
        <w:rPr>
          <w:rFonts w:ascii="Times New Roman" w:hAnsi="Times New Roman" w:eastAsia="Times New Roman" w:cs="Times New Roman"/>
          <w:b w:val="0"/>
          <w:sz w:val="24"/>
        </w:rPr>
        <w:t>[Name].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---------------------------------------------------------------------------------------------------------------------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employer (the Company) has recommended that I receive flu/influenza vaccination to protect myself, my co-workers, the Company's customers, and the community.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understand that because of where I work, I may place coworkers and customers at risk if I work while infected with the flu/influenza virus.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understand that since I have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evidence-based medical contraindication to flu/influenza vaccination that I must wear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mask at all times through the duration of the flu/influenza season [dates].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 Name (print)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Employee Signature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---------------------------------------------------------------------------------------------------------------------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THE EMPLOYEE'S HEALTH CARE PROVIDER MUST COMPLETE THIS SECTION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have evaluated [Employee name] and can verify that this employee has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medical contraindication to flu/influenza vaccination.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employee has one or more of the following contraindications: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Documented severe (life-threatening) allergy to eggs, egg products, or to other components of the flu/influenza vaccine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Personal history of Guillan-Barré Syndrome within six weeks of receiving the flu/influenza vaccine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Severe allergic reaction to previous flu/influenza vaccine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• Other: (please explain – only evidence-based medical contraindications): [explanation]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Healthcare Provider Name (print)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Healthcare Provider Signature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Phone Number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