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in Trust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DEED IN TRUST</w:t>
      </w:r>
    </w:p>
    <w:p>
      <w:pPr>
        <w:keepNext w:val="0"/>
        <w:spacing w:before="200" w:after="0" w:line="260" w:lineRule="exact"/>
        <w:ind w:left="360" w:right="0" w:firstLine="0"/>
        <w:jc w:val="both"/>
      </w:pPr>
      <w:r>
        <w:rPr>
          <w:rFonts w:ascii="Times New Roman" w:hAnsi="Times New Roman" w:eastAsia="Times New Roman" w:cs="Times New Roman"/>
          <w:b w:val="0"/>
          <w:sz w:val="24"/>
        </w:rPr>
        <w:t>all interest in the subject property unto [name of trustee], as trustee(s) under the provisions of the [name of trust] Trust, dated the [day] day of [month, 20__], of which he/she/they are the Trustee(s), and unto all and every successor or successors in trust under said Living Trust, the following described Real Estate situated in the County of [name of county] in the State of Illinois, to wit:</w:t>
      </w:r>
    </w:p>
    <w:p>
      <w:pPr>
        <w:keepNext w:val="0"/>
        <w:spacing w:before="200" w:after="0" w:line="260" w:lineRule="exact"/>
        <w:ind w:left="360" w:right="0" w:firstLine="0"/>
        <w:jc w:val="both"/>
      </w:pPr>
      <w:r>
        <w:rPr>
          <w:rFonts w:ascii="Times New Roman" w:hAnsi="Times New Roman" w:eastAsia="Times New Roman" w:cs="Times New Roman"/>
          <w:b w:val="0"/>
          <w:sz w:val="24"/>
        </w:rPr>
        <w:t>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[legal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PIN: [PIN]</w:t>
      </w:r>
    </w:p>
    <w:p>
      <w:pPr>
        <w:keepNext w:val="0"/>
        <w:spacing w:before="200" w:after="0" w:line="260" w:lineRule="exact"/>
        <w:ind w:left="360" w:right="0" w:firstLine="0"/>
        <w:jc w:val="both"/>
      </w:pPr>
      <w:r>
        <w:rPr>
          <w:rFonts w:ascii="Times New Roman" w:hAnsi="Times New Roman" w:eastAsia="Times New Roman" w:cs="Times New Roman"/>
          <w:b w:val="0"/>
          <w:sz w:val="24"/>
        </w:rPr>
        <w:t>(all in [name of county] County, Illinois; and commonly known as [address])</w:t>
      </w:r>
    </w:p>
    <w:p>
      <w:pPr>
        <w:keepNext w:val="0"/>
        <w:spacing w:before="200" w:after="0" w:line="260" w:lineRule="exact"/>
        <w:ind w:left="360" w:right="0" w:firstLine="0"/>
        <w:jc w:val="both"/>
      </w:pPr>
      <w:r>
        <w:rPr>
          <w:rFonts w:ascii="Times New Roman" w:hAnsi="Times New Roman" w:eastAsia="Times New Roman" w:cs="Times New Roman"/>
          <w:b w:val="0"/>
          <w:sz w:val="24"/>
        </w:rPr>
        <w:t>hereby releasing and waiving all rights under and by virtue of the Homestead Exemption Laws of the State of Illinois. TO HAVE AND TO HOLD the premises with the appurtenances upon the trust and for the use and purposes herein and in said Living Trust. SUBJECT TO: General taxes for [year] and subsequent years and easements, conditions and restrictions of record.</w:t>
      </w: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20__].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 (SEAL)</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 (SEAL)</w:t>
      </w:r>
    </w:p>
    <w:p>
      <w:pPr>
        <w:keepNext w:val="0"/>
        <w:spacing w:before="200" w:after="0" w:line="260" w:lineRule="exact"/>
        <w:ind w:left="360" w:right="0" w:firstLine="0"/>
        <w:jc w:val="both"/>
      </w:pPr>
      <w:r>
        <w:rPr>
          <w:rFonts w:ascii="Times New Roman" w:hAnsi="Times New Roman" w:eastAsia="Times New Roman" w:cs="Times New Roman"/>
          <w:b w:val="0"/>
          <w:sz w:val="24"/>
        </w:rPr>
        <w:t>State of Illinois, County of [name of county] 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the County, in the State aforesaid, DO HEREBY CERTIFY that [name], personally known to me to be the same person(s) whose name(s) are subscribed to the foregoing instrument appeared before me this day in person and acknowledged that they signed, sealed and delivered the instrument as their free and voluntary act, for the uses and purposes therein set forth, including the release and waiver of the right of homestead.</w:t>
      </w:r>
    </w:p>
    <w:p>
      <w:pPr>
        <w:keepNext w:val="0"/>
        <w:spacing w:before="200" w:after="0" w:line="260" w:lineRule="exact"/>
        <w:ind w:left="360" w:right="0" w:firstLine="0"/>
        <w:jc w:val="both"/>
      </w:pPr>
      <w:r>
        <w:rPr>
          <w:rFonts w:ascii="Times New Roman" w:hAnsi="Times New Roman" w:eastAsia="Times New Roman" w:cs="Times New Roman"/>
          <w:b w:val="0"/>
          <w:sz w:val="24"/>
        </w:rPr>
        <w:t>GIVEN under my hand and official seal, this [day] day of [month, 20__].</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prepared by [name of law firm/attorney]</w:t>
      </w:r>
    </w:p>
    <w:p>
      <w:pPr>
        <w:keepNext w:val="0"/>
        <w:spacing w:before="120" w:after="0" w:line="260" w:lineRule="exact"/>
        <w:ind w:left="360" w:right="0" w:firstLine="0"/>
        <w:jc w:val="left"/>
      </w:pPr>
      <w:r>
        <w:rPr>
          <w:rFonts w:ascii="Times New Roman" w:hAnsi="Times New Roman" w:eastAsia="Times New Roman" w:cs="Times New Roman"/>
          <w:b/>
          <w:sz w:val="24"/>
        </w:rPr>
        <w:t>STATEMENT BY GRANTOR AND GRANTEE</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AS REQUIRED BY §55 ILCS 5/3-5020 (from Ch. 34, par. 3-5020)</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grantor or his/her agent affirm that, to the best of his/her knowledge, the name of the grantee shown on the deed or assignment of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 trust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Illinois corporation or foreign corporation authorized to do business or acquire and hold title to real estate in Illinois,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authorized to do business or acquire and hold title to real estate in Illinois, or other entity recognized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and authorized to do business or acquire and hold title to real estate under the laws of the 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Grantor or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Sworn and subscribed to before me </w:t>
      </w:r>
    </w:p>
    <w:p>
      <w:pPr>
        <w:keepNext w:val="0"/>
        <w:spacing w:before="60" w:after="0" w:line="260" w:lineRule="exact"/>
        <w:ind w:left="720" w:right="0" w:firstLine="0"/>
        <w:jc w:val="both"/>
      </w:pPr>
      <w:r>
        <w:rPr>
          <w:rFonts w:ascii="Times New Roman" w:hAnsi="Times New Roman" w:eastAsia="Times New Roman" w:cs="Times New Roman"/>
          <w:b w:val="0"/>
          <w:sz w:val="24"/>
        </w:rPr>
        <w:t>this [day] day of [month, 20__].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___________________________</w:t>
      </w:r>
    </w:p>
    <w:p>
      <w:pPr>
        <w:keepNext w:val="0"/>
        <w:spacing w:before="120" w:after="0" w:line="260" w:lineRule="exact"/>
        <w:ind w:left="720" w:right="0" w:firstLine="240"/>
        <w:jc w:val="left"/>
      </w:pPr>
      <w:r>
        <w:rPr>
          <w:rFonts w:ascii="Times New Roman" w:hAnsi="Times New Roman" w:eastAsia="Times New Roman" w:cs="Times New Roman"/>
          <w:b w:val="0"/>
          <w:sz w:val="24"/>
        </w:rPr>
        <w:t xml:space="preserve">The grantee or his/her agent affirms and verifies that the name of the grantee shown on the deed or assignment of beneficial interest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land trust is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Illinois corporation or foreign corporation authorized to do business or acquire and hold title to real estate in Illinois,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authorized to do business or acquire and hold title to real estate in Illinois, or other entity recognized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and authorized to do business or acquire and hold title to real estate under the laws of the State of Illinois.</w:t>
      </w:r>
    </w:p>
    <w:p>
      <w:pPr>
        <w:keepNext w:val="0"/>
        <w:spacing w:before="200" w:after="0" w:line="260" w:lineRule="exact"/>
        <w:ind w:left="720" w:right="0" w:firstLine="0"/>
        <w:jc w:val="both"/>
      </w:pPr>
      <w:r>
        <w:rPr>
          <w:rFonts w:ascii="Times New Roman" w:hAnsi="Times New Roman" w:eastAsia="Times New Roman" w:cs="Times New Roman"/>
          <w:b w:val="0"/>
          <w:sz w:val="24"/>
        </w:rPr>
        <w:t>Dated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Grantee or Agent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Sworn and subscribed to before me </w:t>
      </w:r>
    </w:p>
    <w:p>
      <w:pPr>
        <w:keepNext w:val="0"/>
        <w:spacing w:before="60" w:after="0" w:line="260" w:lineRule="exact"/>
        <w:ind w:left="720" w:right="0" w:firstLine="0"/>
        <w:jc w:val="both"/>
      </w:pPr>
      <w:r>
        <w:rPr>
          <w:rFonts w:ascii="Times New Roman" w:hAnsi="Times New Roman" w:eastAsia="Times New Roman" w:cs="Times New Roman"/>
          <w:b w:val="0"/>
          <w:sz w:val="24"/>
        </w:rPr>
        <w:t>this [day] day of [month, 20__].</w:t>
      </w:r>
    </w:p>
    <w:p>
      <w:pPr>
        <w:keepNext w:val="0"/>
        <w:spacing w:before="200" w:after="0" w:line="260" w:lineRule="exact"/>
        <w:ind w:left="720" w:right="0" w:firstLine="0"/>
        <w:jc w:val="both"/>
      </w:pPr>
      <w:r>
        <w:rPr>
          <w:rFonts w:ascii="Times New Roman" w:hAnsi="Times New Roman" w:eastAsia="Times New Roman" w:cs="Times New Roman"/>
          <w:b w:val="0"/>
          <w:sz w:val="24"/>
        </w:rPr>
        <w:t>Notary Public: ___________________________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NOTE: Any person who knowingly submits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false statement concerning the identity of the grantee shall be guilty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C misdemeanor for the first offense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misdemeanor for subsequent offenses.</w:t>
      </w:r>
    </w:p>
    <w:p>
      <w:pPr>
        <w:keepNext w:val="0"/>
        <w:spacing w:before="200" w:after="0" w:line="260" w:lineRule="exact"/>
        <w:ind w:left="720" w:right="0" w:firstLine="0"/>
        <w:jc w:val="both"/>
      </w:pPr>
      <w:r>
        <w:rPr>
          <w:rFonts w:ascii="Times New Roman" w:hAnsi="Times New Roman" w:eastAsia="Times New Roman" w:cs="Times New Roman"/>
          <w:b w:val="0"/>
          <w:sz w:val="24"/>
        </w:rPr>
        <w:t>(Attach to deed or ABI to be recorded in Cook County, Illinois, if exempt under the provisions of Section 4 of the Illinois Real Estate Transfer Tax Act.)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