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Deed to Trust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Cross reference to:</w:t>
      </w:r>
      <w:r>
        <w:rPr>
          <w:rFonts w:ascii="Times New Roman" w:hAnsi="Times New Roman" w:eastAsia="Times New Roman" w:cs="Times New Roman"/>
          <w:b w:val="0"/>
          <w:sz w:val="24"/>
        </w:rPr>
        <w:t xml:space="preserve"> Deed Book [number], page [page number of deed book]; Plat Book [number], page [page number of plat book]</w:t>
      </w:r>
    </w:p>
    <w:p>
      <w:pPr>
        <w:keepNext w:val="0"/>
        <w:spacing w:before="200" w:after="0" w:line="260" w:lineRule="exact"/>
        <w:ind w:left="360" w:right="0" w:firstLine="0"/>
        <w:jc w:val="both"/>
      </w:pPr>
      <w:r>
        <w:rPr>
          <w:rFonts w:ascii="Times New Roman" w:hAnsi="Times New Roman" w:eastAsia="Times New Roman" w:cs="Times New Roman"/>
          <w:b/>
          <w:sz w:val="24"/>
        </w:rPr>
        <w:t>Return to:</w:t>
      </w:r>
      <w:r>
        <w:rPr>
          <w:rFonts w:ascii="Times New Roman" w:hAnsi="Times New Roman" w:eastAsia="Times New Roman" w:cs="Times New Roman"/>
          <w:b w:val="0"/>
          <w:sz w:val="24"/>
        </w:rPr>
        <w:t xml:space="preserve"> [name and address of trustee or attorney]</w:t>
      </w:r>
    </w:p>
    <w:p>
      <w:pPr>
        <w:keepNext w:val="0"/>
        <w:spacing w:before="120" w:after="0" w:line="260" w:lineRule="exact"/>
        <w:ind w:left="360" w:right="0" w:firstLine="0"/>
        <w:jc w:val="left"/>
      </w:pPr>
      <w:r>
        <w:rPr>
          <w:rFonts w:ascii="Times New Roman" w:hAnsi="Times New Roman" w:eastAsia="Times New Roman" w:cs="Times New Roman"/>
          <w:b/>
          <w:sz w:val="24"/>
        </w:rPr>
        <w:t>[GENERAL/SPECIAL] WARRANTY DEED</w:t>
      </w:r>
    </w:p>
    <w:p>
      <w:pPr>
        <w:keepNext w:val="0"/>
        <w:spacing w:before="200" w:after="0" w:line="260" w:lineRule="exact"/>
        <w:ind w:left="720" w:right="0" w:firstLine="0"/>
        <w:jc w:val="both"/>
      </w:pPr>
      <w:r>
        <w:rPr>
          <w:rFonts w:ascii="Times New Roman" w:hAnsi="Times New Roman" w:eastAsia="Times New Roman" w:cs="Times New Roman"/>
          <w:b w:val="0"/>
          <w:sz w:val="24"/>
        </w:rPr>
        <w:t>THIS DEED is made on [month] [day], [year] between: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of settlor],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unmarried [man/woman] of [settlor's street address, city of residence], [settlor's county of residence] County, [Ohio/other state of residence], [zip code], (hereinafter referred to as Grantor),</w:t>
      </w:r>
    </w:p>
    <w:p>
      <w:pPr>
        <w:keepNext w:val="0"/>
        <w:spacing w:before="200" w:after="0" w:line="260" w:lineRule="exact"/>
        <w:ind w:left="720" w:right="0" w:firstLine="0"/>
        <w:jc w:val="both"/>
      </w:pPr>
      <w:r>
        <w:rPr>
          <w:rFonts w:ascii="Times New Roman" w:hAnsi="Times New Roman" w:eastAsia="Times New Roman" w:cs="Times New Roman"/>
          <w:b w:val="0"/>
          <w:sz w:val="24"/>
        </w:rPr>
        <w:t>AND</w:t>
      </w:r>
    </w:p>
    <w:p>
      <w:pPr>
        <w:keepNext w:val="0"/>
        <w:spacing w:before="200" w:after="0" w:line="260" w:lineRule="exact"/>
        <w:ind w:left="720" w:right="0" w:firstLine="0"/>
        <w:jc w:val="both"/>
      </w:pPr>
      <w:r>
        <w:rPr>
          <w:rFonts w:ascii="Times New Roman" w:hAnsi="Times New Roman" w:eastAsia="Times New Roman" w:cs="Times New Roman"/>
          <w:b w:val="0"/>
          <w:sz w:val="24"/>
        </w:rPr>
        <w:t>[name of trustee] as TRUSTEE of the [name and date of revocable trust], of [trustee's city of residence], [trustee's county of residence] County, [Ohio/other state of residence], such trust having been established under that certain Trust Agreement originally executed on [date of trust agreement execution], by [name of settlor] as SETTLOR of the Trust created by that certain Trust Agreement (hereinafter referred to as Grantee).</w:t>
      </w:r>
    </w:p>
    <w:p>
      <w:pPr>
        <w:keepNext w:val="0"/>
        <w:spacing w:before="200" w:after="0" w:line="260" w:lineRule="exact"/>
        <w:ind w:left="720" w:right="0" w:firstLine="0"/>
        <w:jc w:val="both"/>
      </w:pPr>
      <w:r>
        <w:rPr>
          <w:rFonts w:ascii="Times New Roman" w:hAnsi="Times New Roman" w:eastAsia="Times New Roman" w:cs="Times New Roman"/>
          <w:b/>
          <w:sz w:val="24"/>
        </w:rPr>
        <w:t>WITNESSETH</w:t>
      </w:r>
      <w:r>
        <w:rPr>
          <w:rFonts w:ascii="Times New Roman" w:hAnsi="Times New Roman" w:eastAsia="Times New Roman" w:cs="Times New Roman"/>
          <w:b w:val="0"/>
          <w:sz w:val="24"/>
        </w:rPr>
        <w:t>, that the Grantor in consideration of the sum of One Dollar ($1.00) and other good and valuable consideration, of which the Grantor hereby acknowledges receipt, does by these presents GRANTS, CONVEYS, and TRANSFERS unto the Grantee, and all of Grantee's successors and assignees, all of the property located in the County of [county of property], State of Ohio, and described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[legal description of property being transferred to trust], [name of city] [name of county], State of Ohio, and more commonly known as [street address of property being transferred to trust]. The tax parcel number of the property is [tax parcel number].</w:t>
      </w:r>
    </w:p>
    <w:p>
      <w:pPr>
        <w:keepNext w:val="0"/>
        <w:spacing w:before="200" w:after="0" w:line="260" w:lineRule="exact"/>
        <w:ind w:left="720" w:right="0" w:firstLine="0"/>
        <w:jc w:val="both"/>
      </w:pPr>
      <w:r>
        <w:rPr>
          <w:rFonts w:ascii="Times New Roman" w:hAnsi="Times New Roman" w:eastAsia="Times New Roman" w:cs="Times New Roman"/>
          <w:b w:val="0"/>
          <w:sz w:val="24"/>
        </w:rPr>
        <w:t>Being the same property conveyed to [name(s) of grantees in prior deed], as [form of tenancy of property] by deed dated [month], [day], [year] and recorded on [month], [day], [year] in Deed Book [number of deed book], Page [page number in deed book], [county], Ohio.</w:t>
      </w:r>
    </w:p>
    <w:p>
      <w:pPr>
        <w:keepNext w:val="0"/>
        <w:spacing w:before="200" w:after="0" w:line="260" w:lineRule="exact"/>
        <w:ind w:left="720" w:right="0" w:firstLine="0"/>
        <w:jc w:val="both"/>
      </w:pPr>
      <w:r>
        <w:rPr>
          <w:rFonts w:ascii="Times New Roman" w:hAnsi="Times New Roman" w:eastAsia="Times New Roman" w:cs="Times New Roman"/>
          <w:b/>
          <w:sz w:val="24"/>
        </w:rPr>
        <w:t>TOGETHER</w:t>
      </w:r>
      <w:r>
        <w:rPr>
          <w:rFonts w:ascii="Times New Roman" w:hAnsi="Times New Roman" w:eastAsia="Times New Roman" w:cs="Times New Roman"/>
          <w:b w:val="0"/>
          <w:sz w:val="24"/>
        </w:rPr>
        <w:t xml:space="preserve"> with all and singular buildings, improvements, ways, water courses, rights, liberties, privileges, hereditaments, fixtures, and appurtenances whatsoever thereunto belonging, or in any way appertaining, and the reversions and remainders, rents, issues, and profits thereof; and also all the estate, right, title, interest, trust, use, possession, property, claim, and demand whatsoever of the Grantor, [his/her] assigns and successors, in equity, law, or otherwise, howsoever, of, in, to, or out of the same, and every part thereof.</w:t>
      </w:r>
    </w:p>
    <w:p>
      <w:pPr>
        <w:keepNext w:val="0"/>
        <w:spacing w:before="200" w:after="0" w:line="260" w:lineRule="exact"/>
        <w:ind w:left="720" w:right="0" w:firstLine="0"/>
        <w:jc w:val="both"/>
      </w:pPr>
      <w:r>
        <w:rPr>
          <w:rFonts w:ascii="Times New Roman" w:hAnsi="Times New Roman" w:eastAsia="Times New Roman" w:cs="Times New Roman"/>
          <w:b/>
          <w:sz w:val="24"/>
        </w:rPr>
        <w:t>TO HAVE AND TO HOLD</w:t>
      </w:r>
      <w:r>
        <w:rPr>
          <w:rFonts w:ascii="Times New Roman" w:hAnsi="Times New Roman" w:eastAsia="Times New Roman" w:cs="Times New Roman"/>
          <w:b w:val="0"/>
          <w:sz w:val="24"/>
        </w:rPr>
        <w:t xml:space="preserve"> the said premises, and the appurtenances thereunto, hereby granted to Grantee and Grantee's successors and assigns, in Grantee's capacity as Trustee, to and for the only proper benefit, use, and behoof of the Grantee and the Grantee's successors and assigns forever, in Grantee's capacity as Trustee.</w:t>
      </w:r>
    </w:p>
    <w:p>
      <w:pPr>
        <w:keepNext w:val="0"/>
        <w:spacing w:before="200" w:after="0" w:line="260" w:lineRule="exact"/>
        <w:ind w:left="720" w:right="0" w:firstLine="0"/>
        <w:jc w:val="both"/>
      </w:pPr>
      <w:r>
        <w:rPr>
          <w:rFonts w:ascii="Times New Roman" w:hAnsi="Times New Roman" w:eastAsia="Times New Roman" w:cs="Times New Roman"/>
          <w:b/>
          <w:sz w:val="24"/>
        </w:rPr>
        <w:t>AND</w:t>
      </w:r>
      <w:r>
        <w:rPr>
          <w:rFonts w:ascii="Times New Roman" w:hAnsi="Times New Roman" w:eastAsia="Times New Roman" w:cs="Times New Roman"/>
          <w:b w:val="0"/>
          <w:sz w:val="24"/>
        </w:rPr>
        <w:t xml:space="preserve"> the Grantor hereby agrees and covenants that the Grantor will warrant [specially/generally] the property hereby conveyed.</w:t>
      </w:r>
    </w:p>
    <w:p>
      <w:pPr>
        <w:keepNext w:val="0"/>
        <w:spacing w:before="200" w:after="0" w:line="260" w:lineRule="exact"/>
        <w:ind w:left="720" w:right="0" w:firstLine="0"/>
        <w:jc w:val="both"/>
      </w:pPr>
      <w:r>
        <w:rPr>
          <w:rFonts w:ascii="Times New Roman" w:hAnsi="Times New Roman" w:eastAsia="Times New Roman" w:cs="Times New Roman"/>
          <w:b w:val="0"/>
          <w:sz w:val="24"/>
        </w:rPr>
        <w:t>This transfer is exempt from the realty transfer tax pursuant to Ohio Rev. Code Ann. §§ 319.202 and 319.54(G)(3).</w:t>
      </w:r>
    </w:p>
    <w:p>
      <w:pPr/>
    </w:p>
    <w:p>
      <w:pPr>
        <w:keepNext w:val="0"/>
        <w:spacing w:before="200" w:after="0" w:line="260" w:lineRule="exact"/>
        <w:ind w:left="72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[name of grantor], as GRANTOR, has hereunto set [his/her] hand as of [month] [day], [year].</w:t>
      </w:r>
    </w:p>
    <w:p>
      <w:pPr>
        <w:keepNext w:val="0"/>
        <w:spacing w:before="120" w:after="0" w:line="260" w:lineRule="exact"/>
        <w:ind w:left="720" w:right="0" w:firstLine="0"/>
        <w:jc w:val="left"/>
      </w:pPr>
      <w:r>
        <w:rPr>
          <w:rFonts w:ascii="Times New Roman" w:hAnsi="Times New Roman" w:eastAsia="Times New Roman" w:cs="Times New Roman"/>
          <w:b/>
          <w:sz w:val="24"/>
        </w:rPr>
        <w:t>Grantor: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grantor], Grantor</w:t>
      </w:r>
    </w:p>
    <w:p>
      <w:pPr>
        <w:keepNext w:val="0"/>
        <w:spacing w:before="120" w:after="0" w:line="260" w:lineRule="exact"/>
        <w:ind w:left="720" w:right="0" w:firstLine="0"/>
        <w:jc w:val="left"/>
      </w:pPr>
      <w:r>
        <w:rPr>
          <w:rFonts w:ascii="Times New Roman" w:hAnsi="Times New Roman" w:eastAsia="Times New Roman" w:cs="Times New Roman"/>
          <w:b/>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Witness</w:t>
      </w:r>
    </w:p>
    <w:p>
      <w:pPr>
        <w:keepNext w:val="0"/>
        <w:spacing w:before="120" w:after="0" w:line="260" w:lineRule="exact"/>
        <w:ind w:left="720" w:right="0" w:firstLine="0"/>
        <w:jc w:val="left"/>
      </w:pPr>
      <w:r>
        <w:rPr>
          <w:rFonts w:ascii="Times New Roman" w:hAnsi="Times New Roman" w:eastAsia="Times New Roman" w:cs="Times New Roman"/>
          <w:b/>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Witness</w:t>
      </w:r>
    </w:p>
    <w:p>
      <w:pPr/>
    </w:p>
    <w:p>
      <w:pPr>
        <w:keepNext w:val="0"/>
        <w:spacing w:before="200" w:after="0" w:line="260" w:lineRule="exact"/>
        <w:ind w:left="720" w:right="0" w:firstLine="0"/>
        <w:jc w:val="both"/>
      </w:pPr>
      <w:r>
        <w:rPr>
          <w:rFonts w:ascii="Times New Roman" w:hAnsi="Times New Roman" w:eastAsia="Times New Roman" w:cs="Times New Roman"/>
          <w:b w:val="0"/>
          <w:sz w:val="24"/>
        </w:rPr>
        <w:t>On [month] [day], [year] before me, the undersigned officer, personally appeared [name of grantor], known to me (or satisfactorily proved) to be the person whose name is subscribed to the within as Grantor, and acknowledged that [he/she] executed the same for the purposes therein contained.</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I hereunto set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w:t>
      </w:r>
    </w:p>
    <w:p>
      <w:pPr>
        <w:keepNext w:val="0"/>
        <w:spacing w:before="200" w:after="0" w:line="260" w:lineRule="exact"/>
        <w:ind w:left="360" w:right="0" w:firstLine="0"/>
        <w:jc w:val="both"/>
      </w:pPr>
      <w:r>
        <w:rPr>
          <w:rFonts w:ascii="Times New Roman" w:hAnsi="Times New Roman" w:eastAsia="Times New Roman" w:cs="Times New Roman"/>
          <w:b/>
          <w:sz w:val="24"/>
        </w:rPr>
        <w:t>PREPARED BY: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attorney]</w:t>
      </w:r>
    </w:p>
    <w:p>
      <w:pPr>
        <w:keepNext w:val="0"/>
        <w:spacing w:before="120" w:after="0" w:line="260" w:lineRule="exact"/>
        <w:ind w:left="360" w:right="0" w:firstLine="0"/>
        <w:jc w:val="left"/>
      </w:pPr>
      <w:r>
        <w:rPr>
          <w:rFonts w:ascii="Times New Roman" w:hAnsi="Times New Roman" w:eastAsia="Times New Roman" w:cs="Times New Roman"/>
          <w:b w:val="0"/>
          <w:sz w:val="24"/>
        </w:rPr>
        <w:t>Ohio Bar #: [bar number of attorney]</w:t>
      </w:r>
    </w:p>
    <w:p>
      <w:pPr>
        <w:keepNext w:val="0"/>
        <w:spacing w:before="120" w:after="0" w:line="260" w:lineRule="exact"/>
        <w:ind w:left="360" w:right="0" w:firstLine="0"/>
        <w:jc w:val="left"/>
      </w:pPr>
      <w:r>
        <w:rPr>
          <w:rFonts w:ascii="Times New Roman" w:hAnsi="Times New Roman" w:eastAsia="Times New Roman" w:cs="Times New Roman"/>
          <w:b w:val="0"/>
          <w:sz w:val="24"/>
        </w:rPr>
        <w:t>[name of law firm]</w:t>
      </w:r>
    </w:p>
    <w:p>
      <w:pPr>
        <w:keepNext w:val="0"/>
        <w:spacing w:before="120" w:after="0" w:line="260" w:lineRule="exact"/>
        <w:ind w:left="360" w:right="0" w:firstLine="0"/>
        <w:jc w:val="left"/>
      </w:pPr>
      <w:r>
        <w:rPr>
          <w:rFonts w:ascii="Times New Roman" w:hAnsi="Times New Roman" w:eastAsia="Times New Roman" w:cs="Times New Roman"/>
          <w:b w:val="0"/>
          <w:sz w:val="24"/>
        </w:rPr>
        <w:t>[address of law firm]</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