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NOTICE TO CEASE AND DESIST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From</w:t>
      </w:r>
    </w:p>
    <w:p>
      <w:pPr/>
      <w:r>
        <w:rPr>
          <w:rFonts w:ascii="Times New Roman" w:hAnsi="Times New Roman" w:eastAsia="Times New Roman" w:cs="Times New Roman"/>
          <w:sz w:val="24"/>
        </w:rPr>
        <w:t>[NAME OF SENDER]</w:t>
      </w:r>
    </w:p>
    <w:p>
      <w:pPr/>
      <w:r>
        <w:rPr>
          <w:rFonts w:ascii="Times New Roman" w:hAnsi="Times New Roman" w:eastAsia="Times New Roman" w:cs="Times New Roman"/>
          <w:sz w:val="24"/>
        </w:rPr>
        <w:t>[ADDRESS OF SENDER]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Date </w:t>
      </w:r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Re: Defamation of Character – For Libel and/or Slander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Dear </w:t>
      </w:r>
      <w:r>
        <w:rPr>
          <w:rFonts w:ascii="Times New Roman" w:hAnsi="Times New Roman" w:eastAsia="Times New Roman" w:cs="Times New Roman"/>
          <w:sz w:val="24"/>
        </w:rPr>
        <w:t>[NAME OF RECIPIENT]</w:t>
      </w:r>
      <w:r>
        <w:rPr>
          <w:rFonts w:ascii="Times New Roman" w:hAnsi="Times New Roman" w:eastAsia="Times New Roman" w:cs="Times New Roman"/>
          <w:sz w:val="24"/>
        </w:rPr>
        <w:t>,</w:t>
      </w: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  <w:r>
        <w:rPr>
          <w:rFonts w:ascii="Times New Roman" w:hAnsi="Times New Roman" w:eastAsia="Times New Roman" w:cs="Times New Roman"/>
          <w:sz w:val="24"/>
        </w:rPr>
        <w:t>[NAME OF PERSON SUBJECTED TO DEFAMATION]</w:t>
      </w:r>
      <w:r>
        <w:rPr>
          <w:rFonts w:ascii="Times New Roman" w:hAnsi="Times New Roman" w:eastAsia="Times New Roman" w:cs="Times New Roman"/>
          <w:sz w:val="24"/>
        </w:rPr>
        <w:t xml:space="preserve"> is a respected professional in the community and has spent their life building a positive reputation. Nevertheless, we have been informed that you have been maliciously spreading inaccurate and unfounded information that is damaging to their personal and professional character.</w:t>
      </w:r>
    </w:p>
    <w:p>
      <w:pPr>
        <w:spacing w:before="0" w:after="0"/>
      </w:pPr>
    </w:p>
    <w:p>
      <w:pPr>
        <w:spacing w:before="0" w:after="0"/>
      </w:pPr>
      <w:r>
        <w:rPr>
          <w:rFonts w:ascii="Times New Roman" w:hAnsi="Times New Roman" w:eastAsia="Times New Roman" w:cs="Times New Roman"/>
          <w:sz w:val="24"/>
        </w:rPr>
        <w:t xml:space="preserve">Under the laws in the State of </w:t>
      </w:r>
      <w:r>
        <w:rPr>
          <w:rFonts w:ascii="Times New Roman" w:hAnsi="Times New Roman" w:eastAsia="Times New Roman" w:cs="Times New Roman"/>
          <w:sz w:val="24"/>
        </w:rPr>
        <w:t>[STATE]</w:t>
      </w:r>
      <w:r>
        <w:rPr>
          <w:rFonts w:ascii="Times New Roman" w:hAnsi="Times New Roman" w:eastAsia="Times New Roman" w:cs="Times New Roman"/>
          <w:sz w:val="24"/>
        </w:rPr>
        <w:t>, it is unlawful for an individual to make deliberate statements that intend to harm a person’s reputation without factual evidence or based on hearsay.</w:t>
      </w:r>
    </w:p>
    <w:p>
      <w:pPr>
        <w:spacing w:before="0" w:after="0"/>
      </w:pPr>
    </w:p>
    <w:p>
      <w:pPr>
        <w:spacing w:before="0" w:after="0"/>
      </w:pPr>
      <w:r>
        <w:rPr>
          <w:rFonts w:ascii="Times New Roman" w:hAnsi="Times New Roman" w:eastAsia="Times New Roman" w:cs="Times New Roman"/>
          <w:sz w:val="24"/>
        </w:rPr>
        <w:t xml:space="preserve">The defamatory statements include, but are not limited to, the following: </w:t>
      </w:r>
      <w:r>
        <w:rPr>
          <w:rFonts w:ascii="Times New Roman" w:hAnsi="Times New Roman" w:eastAsia="Times New Roman" w:cs="Times New Roman"/>
          <w:sz w:val="24"/>
        </w:rPr>
        <w:t>[LIST DEFAMATORY STATEMENTS]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>
        <w:spacing w:before="0" w:after="0"/>
      </w:pPr>
    </w:p>
    <w:p>
      <w:pPr/>
      <w:r>
        <w:rPr>
          <w:rFonts w:ascii="Times New Roman" w:hAnsi="Times New Roman" w:eastAsia="Times New Roman" w:cs="Times New Roman"/>
          <w:b/>
          <w:sz w:val="24"/>
        </w:rPr>
        <w:t xml:space="preserve">If you do not cease all related statements a defamation of character lawsuit will be commenced against you. </w:t>
      </w:r>
    </w:p>
    <w:p>
      <w:pPr>
        <w:spacing w:before="0" w:after="0"/>
      </w:pPr>
    </w:p>
    <w:p>
      <w:pPr/>
      <w:r>
        <w:rPr>
          <w:rFonts w:ascii="Times New Roman" w:hAnsi="Times New Roman" w:eastAsia="Times New Roman" w:cs="Times New Roman"/>
          <w:sz w:val="24"/>
        </w:rPr>
        <w:t xml:space="preserve">In addition, this shall serve as a pre-suit letter demanding that you provide us written assurance within </w:t>
      </w:r>
      <w:r>
        <w:rPr>
          <w:rFonts w:ascii="Times New Roman" w:hAnsi="Times New Roman" w:eastAsia="Times New Roman" w:cs="Times New Roman"/>
          <w:sz w:val="24"/>
        </w:rPr>
        <w:t>[NUMBER OF]</w:t>
      </w:r>
      <w:r>
        <w:rPr>
          <w:rFonts w:ascii="Times New Roman" w:hAnsi="Times New Roman" w:eastAsia="Times New Roman" w:cs="Times New Roman"/>
          <w:sz w:val="24"/>
        </w:rPr>
        <w:t xml:space="preserve"> days that you will cease and desist from making further factually untrue statements.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If you do not comply with this cease and desist letter within the aforementioned time-period then a lawsuit may be filed in the proper jurisdiction seeking monetary damages as well as pursuing all available legal remedies for your defamation.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Sincerely,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____________________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