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Deferment Agreement</w:t>
      </w:r>
    </w:p>
    <w:p>
      <w:pPr/>
      <w:r>
        <w:rPr>
          <w:rFonts w:ascii="Times New Roman" w:hAnsi="Times New Roman" w:eastAsia="Times New Roman" w:cs="Times New Roman"/>
          <w:sz w:val="24"/>
        </w:rPr>
        <w:t>Agreement entered into this [effective date of the agreement], by and between [name of production company] (“Production Company”) and [name of provider of services or materials] (“Creditor”) regarding production of the feature length motion picture presently-entitled “[title of the motion picture]” (“the Picture”).</w:t>
      </w:r>
    </w:p>
    <w:p>
      <w:pPr/>
      <w:r>
        <w:rPr>
          <w:rFonts w:ascii="Times New Roman" w:hAnsi="Times New Roman" w:eastAsia="Times New Roman" w:cs="Times New Roman"/>
          <w:sz w:val="24"/>
        </w:rPr>
        <w:t>DEFERRED AMOUNT: Creditor has provided or has agreed to provide Production Company with certain services for the amount of [total amount of creditor’s agreement], as such amount is stipulated in a separate contract between Creditor and Production Company, dated [date of creditor’s contract for services or materials] in connection with production of the Picture. Such amount shall be deferred, without interest, and shall be payable to Creditor as follows:</w:t>
      </w:r>
    </w:p>
    <w:p>
      <w:pPr/>
      <w:r>
        <w:rPr>
          <w:rFonts w:ascii="Times New Roman" w:hAnsi="Times New Roman" w:eastAsia="Times New Roman" w:cs="Times New Roman"/>
          <w:sz w:val="24"/>
        </w:rPr>
        <w:t>Pro</w:t>
      </w:r>
      <w:r>
        <w:rPr>
          <w:rFonts w:ascii="Times New Roman" w:hAnsi="Times New Roman" w:eastAsia="Times New Roman" w:cs="Times New Roman"/>
          <w:sz w:val="24"/>
        </w:rPr>
        <w:t>duction Company shall pay all monies due Creditor, pari passu with all other persons, firms, or corporations, from the First Position category. First Position category shall include [categories of services and materials in the same position as the creditor, e.g., all cash investments, laboratory fees and obligations, equipment, studio, production facilities and location rentals, all fees and obligations due to any completion bond or insurance company(ies), bank and investor loans, and production and post-production costs of any kind. All performers, artists and employees shall be included in the Second Position category of Deferments].</w:t>
      </w:r>
    </w:p>
    <w:p>
      <w:pPr/>
      <w:r>
        <w:rPr>
          <w:rFonts w:ascii="Times New Roman" w:hAnsi="Times New Roman" w:eastAsia="Times New Roman" w:cs="Times New Roman"/>
          <w:sz w:val="24"/>
        </w:rPr>
        <w:t>All deferred amounts shall be paid, without any interest, from the first monies actually receiv</w:t>
      </w:r>
      <w:r>
        <w:rPr>
          <w:rFonts w:ascii="Times New Roman" w:hAnsi="Times New Roman" w:eastAsia="Times New Roman" w:cs="Times New Roman"/>
          <w:sz w:val="24"/>
        </w:rPr>
        <w:t>ed by Production Company from any third party distributor, and if Production Company shall distribute or sell any rights to the Picture of its own accord, then such deferred amount shall also be paid from any monies actually received by Production Company from such distribution, after deducting for any administrative, handling, prints/digital video materials and advertising, post production and office expenses actually incurred, until the total of the deferred amount has been paid to Creditor.</w:t>
      </w:r>
    </w:p>
    <w:p>
      <w:pPr/>
      <w:r>
        <w:rPr>
          <w:rFonts w:ascii="Times New Roman" w:hAnsi="Times New Roman" w:eastAsia="Times New Roman" w:cs="Times New Roman"/>
          <w:sz w:val="24"/>
        </w:rPr>
        <w:t xml:space="preserve">ADVANCE AMOUNT: In consideration of Creditor's services to Production Company, and in consideration of Creditor's deferral of the above amount, Production Company hereby pays to Creditor the Advance amount of [amount of advance payment to the creditor], receipt of which is hereby acknowledged. Such Advance shall be credited against the deferred amount owed to Creditor. </w:t>
      </w:r>
    </w:p>
    <w:p>
      <w:pPr/>
      <w:r>
        <w:rPr>
          <w:rFonts w:ascii="Times New Roman" w:hAnsi="Times New Roman" w:eastAsia="Times New Roman" w:cs="Times New Roman"/>
          <w:sz w:val="24"/>
        </w:rPr>
        <w:t>IMPORTANT WARNING ON DEFERRALS: Creditor has been informed and understands the following:</w:t>
      </w:r>
    </w:p>
    <w:p>
      <w:pPr/>
      <w:r>
        <w:rPr>
          <w:rFonts w:ascii="Times New Roman" w:hAnsi="Times New Roman" w:eastAsia="Times New Roman" w:cs="Times New Roman"/>
          <w:sz w:val="24"/>
        </w:rPr>
        <w:t>The entertainment business is a highly speculative and risky affair</w:t>
      </w:r>
    </w:p>
    <w:p>
      <w:pPr/>
      <w:r>
        <w:rPr>
          <w:rFonts w:ascii="Times New Roman" w:hAnsi="Times New Roman" w:eastAsia="Times New Roman" w:cs="Times New Roman"/>
          <w:sz w:val="24"/>
        </w:rPr>
        <w:t>Many projects which are developed are never produced</w:t>
      </w:r>
    </w:p>
    <w:p>
      <w:pPr/>
      <w:r>
        <w:rPr>
          <w:rFonts w:ascii="Times New Roman" w:hAnsi="Times New Roman" w:eastAsia="Times New Roman" w:cs="Times New Roman"/>
          <w:sz w:val="24"/>
        </w:rPr>
        <w:t>Many projects which are produced are never completed</w:t>
      </w:r>
    </w:p>
    <w:p>
      <w:pPr/>
      <w:r>
        <w:rPr>
          <w:rFonts w:ascii="Times New Roman" w:hAnsi="Times New Roman" w:eastAsia="Times New Roman" w:cs="Times New Roman"/>
          <w:sz w:val="24"/>
        </w:rPr>
        <w:t>Many projects which are completed are never sold, marketed and/or distributed -and-</w:t>
      </w:r>
    </w:p>
    <w:p>
      <w:pPr/>
      <w:r>
        <w:rPr>
          <w:rFonts w:ascii="Times New Roman" w:hAnsi="Times New Roman" w:eastAsia="Times New Roman" w:cs="Times New Roman"/>
          <w:sz w:val="24"/>
        </w:rPr>
        <w:t xml:space="preserve">Many projects which are sold, marketed and/or distributed never generate enough monies to earn a profit, or pay interest, or recoup any investment funding for such </w:t>
      </w:r>
      <w:r>
        <w:rPr>
          <w:rFonts w:ascii="Times New Roman" w:hAnsi="Times New Roman" w:eastAsia="Times New Roman" w:cs="Times New Roman"/>
          <w:sz w:val="24"/>
        </w:rPr>
        <w:t>projects' producers, distributors and/or investors, or even enough money to pay for any deferred compensation. PRODUCTION COMPANY MAKES NO GUARANTEES OF ANY KIND WHATSOEVER THAT THE PICTURE WILL GENERATE ENOUGH MONIES TO PAY ANY DEFERRED COMPENSATION DUE CREDITOR, AND THUS CREDITOR MAY NEVER RECEIVE ANY PAYMENTS WHATSOEVER, BEYOND THE ADVANCE.</w:t>
      </w:r>
    </w:p>
    <w:p>
      <w:pPr/>
    </w:p>
    <w:p>
      <w:pPr/>
      <w:r>
        <w:rPr>
          <w:rFonts w:ascii="Times New Roman" w:hAnsi="Times New Roman" w:eastAsia="Times New Roman" w:cs="Times New Roman"/>
          <w:sz w:val="24"/>
        </w:rPr>
        <w:t>AGREED TO AND ACCEPTED by the undersigned:</w:t>
      </w:r>
    </w:p>
    <w:p>
      <w:pPr/>
      <w:r>
        <w:rPr>
          <w:rFonts w:ascii="Times New Roman" w:hAnsi="Times New Roman" w:eastAsia="Times New Roman" w:cs="Times New Roman"/>
          <w:sz w:val="24"/>
        </w:rPr>
        <w:t>[name of production company]</w:t>
      </w:r>
    </w:p>
    <w:p>
      <w:pPr/>
      <w:r>
        <w:rPr>
          <w:rFonts w:ascii="Times New Roman" w:hAnsi="Times New Roman" w:eastAsia="Times New Roman" w:cs="Times New Roman"/>
          <w:sz w:val="24"/>
        </w:rPr>
        <w:t>(“Production Company”)</w:t>
      </w:r>
    </w:p>
    <w:p>
      <w:pPr/>
    </w:p>
    <w:p>
      <w:pPr/>
    </w:p>
    <w:p>
      <w:pPr/>
      <w:r>
        <w:rPr>
          <w:rFonts w:ascii="Times New Roman" w:hAnsi="Times New Roman" w:eastAsia="Times New Roman" w:cs="Times New Roman"/>
          <w:sz w:val="24"/>
        </w:rPr>
        <w:t>[name of provider of services or materials]</w:t>
      </w:r>
    </w:p>
    <w:p>
      <w:pPr/>
      <w:r>
        <w:rPr>
          <w:rFonts w:ascii="Times New Roman" w:hAnsi="Times New Roman" w:eastAsia="Times New Roman" w:cs="Times New Roman"/>
          <w:sz w:val="24"/>
        </w:rPr>
        <w:t>(“Creditor”)</w:t>
      </w:r>
    </w:p>
    <w:p>
      <w:pPr/>
    </w:p>
    <w:p>
      <w:pPr>
        <w:ind w:left="0"/>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