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Deferment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Agreement entered into this [date], by and between [name of production company] ("Production Company") and [name of individual receiving deferment] ("Artist").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DEFERRED AMOUNT: Artist has provided or has agreed to provide Production Company with certain services for the amount of [amount to be paid to artist, e.g., One Hundred Thousand Dollars ($100,000)], as such amount is stipulated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contract between Artist and Production Company, dated [date of contract]. Such amount shall be deferred, without interest, and shall be payable to Artist as follows:</w:t>
      </w:r>
    </w:p>
    <w:p>
      <w:pPr>
        <w:keepNext w:val="0"/>
        <w:spacing w:before="200" w:after="0" w:line="260" w:lineRule="exact"/>
        <w:ind w:left="720" w:right="0" w:firstLine="0"/>
        <w:jc w:val="both"/>
      </w:pPr>
      <w:r>
        <w:rPr>
          <w:rFonts w:ascii="Times New Roman" w:hAnsi="Times New Roman" w:eastAsia="Times New Roman" w:cs="Times New Roman"/>
          <w:b w:val="0"/>
          <w:sz w:val="24"/>
        </w:rPr>
        <w:t>Production Company shall pay all monies due Artist, pari passu with all other performers, artists and employees, from the Second Position category of Deferments. The Second Position category shall include [e.g., all performers, artists and employees who provided services for the Picture].</w:t>
      </w:r>
    </w:p>
    <w:p>
      <w:pPr>
        <w:keepNext w:val="0"/>
        <w:spacing w:before="200" w:after="0" w:line="260" w:lineRule="exact"/>
        <w:ind w:left="720" w:right="0" w:firstLine="0"/>
        <w:jc w:val="both"/>
      </w:pPr>
      <w:r>
        <w:rPr>
          <w:rFonts w:ascii="Times New Roman" w:hAnsi="Times New Roman" w:eastAsia="Times New Roman" w:cs="Times New Roman"/>
          <w:b w:val="0"/>
          <w:sz w:val="24"/>
        </w:rPr>
        <w:t>All second position deferred amounts shall be paid, without any interest, from the first monies actually received by Production Company from any third party distributor after payment of all First Position Deferments, and if Production Company shall distribute or sell any rights to the Picture of its own accord, then such deferred amount shall also be paid from any monies actually received by Production Company from such distribution, after deducting for any administrative, handling, prints and advertising, post-production and office expenses actually incurred, and payment of all first position deferments, until the total of the deferred amount has been paid to Artist.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ADVANCE AMOUNT: In consideration of Artist's services to Production Company, and in consideration of Artist's deferral of the above amount, Production Company hereby pays to Artist the Advance amount of [amount, e.g., Twenty Thousand Dollars ($20,000)], receipt of which is hereby acknowledged. </w:t>
      </w:r>
      <w:r>
        <w:rPr>
          <w:rFonts w:ascii="Times New Roman" w:hAnsi="Times New Roman" w:eastAsia="Times New Roman" w:cs="Times New Roman"/>
          <w:b w:val="0"/>
          <w:sz w:val="24"/>
        </w:rPr>
        <w:t>[Such Advance shall be credited against the deferred amount owed to Artist.]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IMPORTANT WARNING ON DEFERRALS: Artist has been informed and understands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entertainment business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highly speculative and risky affair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developed are never produced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produced are never completed;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completed are never sold, marketed and/or distributed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Many projects which are sold, marketed and/or distributed never generate enough monies to earn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or pay interest, or recoup any investment funding for such projects' producers, distributors and/or investors, or EVEN ENOUGH MONIES TO PAY FOR ANY DEFERRED COMPENSATION. PRODUCTION COMPANY MAKES NO GUARANTEES OF ANY KIND WHATSOEVER THAT THE PICTURE WILL GENERATE ENOUGH MONIES TO PAY ANY DEFERRED COMPENSATION DUE ARTIST, AND THUS ARTIST MAY NEVER RECEIVE ANY PAYMENTS WHATSOEVER, BEYOND THE ADVANCE.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AGREED TO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[name of artist]</w:t>
      </w:r>
    </w:p>
    <w:p>
      <w:pPr>
        <w:keepNext w:val="0"/>
        <w:spacing w:before="200" w:after="0" w:line="260" w:lineRule="exact"/>
        <w:ind w:left="360" w:right="0" w:firstLine="0"/>
        <w:jc w:val="both"/>
      </w:pPr>
      <w:r>
        <w:rPr>
          <w:rFonts w:ascii="Times New Roman" w:hAnsi="Times New Roman" w:eastAsia="Times New Roman" w:cs="Times New Roman"/>
          <w:b w:val="0"/>
          <w:sz w:val="24"/>
        </w:rPr>
        <w:t>“ARTIST”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