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DELAWARE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Delaware.</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