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DURABLE PERSONAL POWER OF ATTORNEY FORM NOTICE</w:t>
      </w:r>
    </w:p>
    <w:p>
      <w:pPr>
        <w:jc w:val="center"/>
      </w:pPr>
    </w:p>
    <w:p>
      <w:pPr/>
    </w:p>
    <w:p>
      <w:pPr/>
    </w:p>
    <w:p>
      <w:pPr/>
      <w:r>
        <w:rPr>
          <w:rFonts w:ascii="Times New Roman" w:hAnsi="Times New Roman" w:eastAsia="Times New Roman" w:cs="Times New Roman"/>
          <w:sz w:val="24"/>
        </w:rPr>
        <w:t>As the person signing this durable power of attorney, you are the Principal. The purpose of this power of attorney is to give the person you designate (your "Agent'') broad powers to handle your property, which may include powers to sell, dispose of, or encumber any real or personal property without advance notice to you or approval by you.</w:t>
      </w:r>
    </w:p>
    <w:p>
      <w:pPr/>
    </w:p>
    <w:p>
      <w:pPr/>
      <w:r>
        <w:rPr>
          <w:rFonts w:ascii="Times New Roman" w:hAnsi="Times New Roman" w:eastAsia="Times New Roman" w:cs="Times New Roman"/>
          <w:b/>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b/>
          <w:sz w:val="24"/>
        </w:rPr>
        <w:t xml:space="preserve"> authorize your Agent to make health-care decisions for you.</w:t>
      </w:r>
    </w:p>
    <w:p>
      <w:pPr/>
    </w:p>
    <w:p>
      <w:pPr/>
      <w:r>
        <w:rPr>
          <w:rFonts w:ascii="Times New Roman" w:hAnsi="Times New Roman" w:eastAsia="Times New Roman" w:cs="Times New Roman"/>
          <w:sz w:val="24"/>
        </w:rPr>
        <w:t>Unless you specify otherwise, your Agent's authority will continue even if you become incapacitated, or until you die or revoke the power of attorney, or until your Agent resigns or is unable to act for you. You should select someone you trust to serve as your Agent.</w:t>
      </w:r>
    </w:p>
    <w:p>
      <w:pPr/>
    </w:p>
    <w:p>
      <w:pPr/>
      <w:r>
        <w:rPr>
          <w:rFonts w:ascii="Times New Roman" w:hAnsi="Times New Roman" w:eastAsia="Times New Roman" w:cs="Times New Roman"/>
          <w:sz w:val="24"/>
        </w:rPr>
        <w:t>This power of attorney does not impose a duty on your Agent to exercise granted powers, but when powers are exercised, your Agent must use due care to act for your benefit and in accordance with this power of attorney.</w:t>
      </w:r>
    </w:p>
    <w:p>
      <w:pPr/>
    </w:p>
    <w:p>
      <w:pPr/>
      <w:r>
        <w:rPr>
          <w:rFonts w:ascii="Times New Roman" w:hAnsi="Times New Roman" w:eastAsia="Times New Roman" w:cs="Times New Roman"/>
          <w:sz w:val="24"/>
        </w:rPr>
        <w:t>Your Agent must keep your funds and other property separate from your Agent's funds and other property.</w:t>
      </w:r>
    </w:p>
    <w:p>
      <w:pPr/>
    </w:p>
    <w:p>
      <w:pPr/>
      <w:r>
        <w:rPr>
          <w:rFonts w:ascii="Times New Roman" w:hAnsi="Times New Roman" w:eastAsia="Times New Roman" w:cs="Times New Roman"/>
          <w:sz w:val="24"/>
        </w:rPr>
        <w:t>A court can take away the powers of your Agent if it finds your Agent is not acting properly. The powers and duties of an Agent under a durable power of attorney are explained more fully in Delaware Code, Title 12, Chapter 49A, Section 49A-114 and Sections 49A-201 through 49A-217. If there is anything about this form that you do not understand, you should ask a lawyer of your own choosing to explain it to you.</w:t>
      </w:r>
    </w:p>
    <w:p>
      <w:pPr/>
    </w:p>
    <w:p>
      <w:pPr/>
      <w:r>
        <w:rPr>
          <w:rFonts w:ascii="Times New Roman" w:hAnsi="Times New Roman" w:eastAsia="Times New Roman" w:cs="Times New Roman"/>
          <w:sz w:val="24"/>
        </w:rPr>
        <w:t>I have read or had explained to me this notice, and I understand its contents.</w:t>
      </w:r>
    </w:p>
    <w:p>
      <w:pPr/>
    </w:p>
    <w:p>
      <w:pPr/>
    </w:p>
    <w:p>
      <w:pPr/>
    </w:p>
    <w:p>
      <w:pPr/>
    </w:p>
    <w:p>
      <w:pPr/>
      <w:r>
        <w:rPr>
          <w:rFonts w:ascii="Times New Roman" w:hAnsi="Times New Roman" w:eastAsia="Times New Roman" w:cs="Times New Roman"/>
          <w:b/>
          <w:sz w:val="24"/>
        </w:rPr>
        <w:t>Principal’s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___________________________________</w:t>
      </w:r>
      <w:r>
        <w:rPr>
          <w:rFonts w:ascii="Times New Roman" w:hAnsi="Times New Roman" w:eastAsia="Times New Roman" w:cs="Times New Roman"/>
          <w:sz w:val="24"/>
        </w:rPr>
        <w:t xml:space="preserve"> Date __________________ </w:t>
      </w:r>
    </w:p>
    <w:p>
      <w:pPr/>
    </w:p>
    <w:p>
      <w:pPr/>
    </w:p>
    <w:p>
      <w:pPr/>
    </w:p>
    <w:p>
      <w:pPr/>
    </w:p>
    <w:p>
      <w:pPr/>
    </w:p>
    <w:p>
      <w:pPr/>
    </w:p>
    <w:p>
      <w:pPr/>
    </w:p>
    <w:p>
      <w:pPr/>
    </w:p>
    <w:p>
      <w:pPr/>
    </w:p>
    <w:p>
      <w:pPr/>
    </w:p>
    <w:p>
      <w:pPr/>
    </w:p>
    <w:p>
      <w:pPr/>
    </w:p>
    <w:p>
      <w:pPr/>
    </w:p>
    <w:p>
      <w:pPr/>
    </w:p>
    <w:p>
      <w:pPr/>
    </w:p>
    <w:p>
      <w:pPr/>
    </w:p>
    <w:p>
      <w:pPr/>
      <w:r>
        <w:rPr>
          <w:rFonts w:ascii="Times New Roman" w:hAnsi="Times New Roman" w:eastAsia="Times New Roman" w:cs="Times New Roman"/>
          <w:b/>
          <w:sz w:val="24"/>
        </w:rPr>
        <w:t>DURABLE PERSONAL POWER OF ATTORNEY FORM INSTRUCTIONS</w:t>
      </w:r>
    </w:p>
    <w:p>
      <w:pPr/>
    </w:p>
    <w:p>
      <w:pPr/>
      <w:r>
        <w:rPr>
          <w:rFonts w:ascii="Times New Roman" w:hAnsi="Times New Roman" w:eastAsia="Times New Roman" w:cs="Times New Roman"/>
          <w:sz w:val="24"/>
        </w:rPr>
        <w:t>As the person completing this form, you are the Principal. This form gives another person the power to act on your behalf. The other person is your Agent.</w:t>
      </w:r>
    </w:p>
    <w:p>
      <w:pPr/>
    </w:p>
    <w:p>
      <w:pPr/>
      <w:r>
        <w:rPr>
          <w:rFonts w:ascii="Times New Roman" w:hAnsi="Times New Roman" w:eastAsia="Times New Roman" w:cs="Times New Roman"/>
          <w:sz w:val="24"/>
        </w:rPr>
        <w:t>This form allows you to designate: (1) one Agent at a time and up to two Agents in succession; (2) two or more Agents who may act independently of each other (Concurrent Agents); or (3) two or more Agents who must act together (Joint Agents).</w:t>
      </w:r>
    </w:p>
    <w:p>
      <w:pPr/>
    </w:p>
    <w:p>
      <w:pPr/>
      <w:r>
        <w:rPr>
          <w:rFonts w:ascii="Times New Roman" w:hAnsi="Times New Roman" w:eastAsia="Times New Roman" w:cs="Times New Roman"/>
          <w:sz w:val="24"/>
        </w:rPr>
        <w:t>If your Agent is unable or unwilling to act for you, your power of attorney will end unless you have named a successor Agent(s).</w:t>
      </w:r>
    </w:p>
    <w:p>
      <w:pPr/>
    </w:p>
    <w:p>
      <w:pPr/>
      <w:r>
        <w:rPr>
          <w:rFonts w:ascii="Times New Roman" w:hAnsi="Times New Roman" w:eastAsia="Times New Roman" w:cs="Times New Roman"/>
          <w:sz w:val="24"/>
        </w:rPr>
        <w:t>IF YOU HAVE QUESTIONS ABOUT THIS POWER OF ATTORNEY OR THE AUTHORITY YOU ARE GRANTING TO YOUR AGENT(S), YOU SHOULD SEEK LEGAL ADVICE BEFORE COMPLETING AND SIGNING THIS FORM.</w:t>
      </w:r>
    </w:p>
    <w:p>
      <w:pPr/>
    </w:p>
    <w:p>
      <w:pPr/>
      <w:r>
        <w:rPr>
          <w:rFonts w:ascii="Times New Roman" w:hAnsi="Times New Roman" w:eastAsia="Times New Roman" w:cs="Times New Roman"/>
          <w:sz w:val="24"/>
        </w:rPr>
        <w:t>The following form may, but need not, be used to create a durable personal power of attorney. The other sections of this chapter govern the effect of this or any other writing used to create a durable personal power of attorney. A durable personal power of attorney that varies from the following form shall not be deemed to be invalid based solely upon such variance.</w:t>
      </w:r>
    </w:p>
    <w:p>
      <w:pPr/>
    </w:p>
    <w:p>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name the following person(s) as my Agent(s):</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Agent's Telephone Number: </w:t>
      </w:r>
      <w:r>
        <w:rPr>
          <w:rFonts w:ascii="Times New Roman" w:hAnsi="Times New Roman" w:eastAsia="Times New Roman" w:cs="Times New Roman"/>
          <w:sz w:val="24"/>
        </w:rPr>
        <w:t>[NUMBER]</w:t>
      </w:r>
    </w:p>
    <w:p>
      <w:pPr/>
    </w:p>
    <w:p>
      <w:pPr/>
      <w:r>
        <w:rPr>
          <w:rFonts w:ascii="Times New Roman" w:hAnsi="Times New Roman" w:eastAsia="Times New Roman" w:cs="Times New Roman"/>
          <w:b/>
          <w:sz w:val="24"/>
        </w:rPr>
        <w:t>DESIGNATION OF ADDITIONAL OR SUCCESSOR AGENTS (OPTIONAL)</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Agent's Telephone Number: </w:t>
      </w:r>
      <w:r>
        <w:rPr>
          <w:rFonts w:ascii="Times New Roman" w:hAnsi="Times New Roman" w:eastAsia="Times New Roman" w:cs="Times New Roman"/>
          <w:sz w:val="24"/>
        </w:rPr>
        <w:t>[NUMBER]</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[NAME]</w:t>
      </w:r>
    </w:p>
    <w:p>
      <w:pP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Agent's Telephone Number: </w:t>
      </w:r>
      <w:r>
        <w:rPr>
          <w:rFonts w:ascii="Times New Roman" w:hAnsi="Times New Roman" w:eastAsia="Times New Roman" w:cs="Times New Roman"/>
          <w:sz w:val="24"/>
        </w:rPr>
        <w:t>[NUMBER]</w:t>
      </w:r>
    </w:p>
    <w:p>
      <w:pPr/>
    </w:p>
    <w:p>
      <w:pPr/>
      <w:r>
        <w:rPr>
          <w:rFonts w:ascii="Times New Roman" w:hAnsi="Times New Roman" w:eastAsia="Times New Roman" w:cs="Times New Roman"/>
          <w:sz w:val="24"/>
        </w:rPr>
        <w:t>If I have named more than one Agent above, I intend for those Agents to: (</w:t>
      </w:r>
      <w:r>
        <w:rPr>
          <w:rFonts w:ascii="Times New Roman" w:hAnsi="Times New Roman" w:eastAsia="Times New Roman" w:cs="Times New Roman"/>
          <w:b/>
          <w:sz w:val="24"/>
        </w:rPr>
        <w:t>INITIAL</w:t>
      </w:r>
      <w:r>
        <w:rPr>
          <w:rFonts w:ascii="Times New Roman" w:hAnsi="Times New Roman" w:eastAsia="Times New Roman" w:cs="Times New Roman"/>
          <w:sz w:val="24"/>
        </w:rPr>
        <w: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Act successively, one after the other</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Act concurrently, independent of each other</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Act jointly, not independent of each other</w:t>
      </w:r>
    </w:p>
    <w:p>
      <w:pPr/>
    </w:p>
    <w:p>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You must sign ONE of these two choices: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This power of attorney is effective immediately, and shall not </w:t>
      </w:r>
    </w:p>
    <w:p>
      <w:pPr/>
      <w:r>
        <w:rPr>
          <w:rFonts w:ascii="Times New Roman" w:hAnsi="Times New Roman" w:eastAsia="Times New Roman" w:cs="Times New Roman"/>
          <w:sz w:val="24"/>
        </w:rPr>
        <w:t>be effected by my subsequent incapacity.</w:t>
      </w:r>
    </w:p>
    <w:p>
      <w:pPr/>
    </w:p>
    <w:p>
      <w:pPr/>
    </w:p>
    <w:p>
      <w:pP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 This power of attorney is effective only if and while I am incapacitated as determined under 12 Del. C. § 49A-109(c).</w:t>
      </w:r>
    </w:p>
    <w:p>
      <w:pPr/>
    </w:p>
    <w:p>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powers described in more detail as defined in the Durable Personal Power of Attorney Act, Delaware Code, Title 12, Chapter 49A.</w:t>
      </w:r>
    </w:p>
    <w:p>
      <w:pPr/>
    </w:p>
    <w:p>
      <w:pPr/>
      <w:r>
        <w:rPr>
          <w:rFonts w:ascii="Times New Roman" w:hAnsi="Times New Roman" w:eastAsia="Times New Roman" w:cs="Times New Roman"/>
          <w:sz w:val="24"/>
        </w:rPr>
        <w:t xml:space="preserve">You should READ the terms of each category of power or authority before granting any of them to your Agent. A full explanation of each power or authority is in the Delaware Code. The Delaware Code is available online. </w:t>
      </w:r>
    </w:p>
    <w:p>
      <w:pPr/>
    </w:p>
    <w:p>
      <w:pPr/>
      <w:r>
        <w:rPr>
          <w:rFonts w:ascii="Times New Roman" w:hAnsi="Times New Roman" w:eastAsia="Times New Roman" w:cs="Times New Roman"/>
          <w:b/>
          <w:sz w:val="24"/>
        </w:rPr>
        <w:t>Search</w:t>
      </w:r>
      <w:r>
        <w:rPr>
          <w:rFonts w:ascii="Times New Roman" w:hAnsi="Times New Roman" w:eastAsia="Times New Roman" w:cs="Times New Roman"/>
          <w:sz w:val="24"/>
        </w:rPr>
        <w:t xml:space="preserve">: Delaware Code, Title 12, Chapter 49A, and then go to the number next to the category. </w:t>
      </w:r>
    </w:p>
    <w:p>
      <w:pPr/>
    </w:p>
    <w:p>
      <w:pPr/>
      <w:r>
        <w:rPr>
          <w:rFonts w:ascii="Times New Roman" w:hAnsi="Times New Roman" w:eastAsia="Times New Roman" w:cs="Times New Roman"/>
          <w:sz w:val="24"/>
        </w:rPr>
        <w:t>Example: Real Property, Section § 49A-204. The Delaware Code may also be available at your local library.</w:t>
      </w:r>
    </w:p>
    <w:p>
      <w:pPr/>
    </w:p>
    <w:p>
      <w:pPr/>
      <w:r>
        <w:rPr>
          <w:rFonts w:ascii="Times New Roman" w:hAnsi="Times New Roman" w:eastAsia="Times New Roman" w:cs="Times New Roman"/>
          <w:b/>
          <w:sz w:val="24"/>
        </w:rPr>
        <w:t>INITIAL</w:t>
      </w:r>
      <w:r>
        <w:rPr>
          <w:rFonts w:ascii="Times New Roman" w:hAnsi="Times New Roman" w:eastAsia="Times New Roman" w:cs="Times New Roman"/>
          <w:sz w:val="24"/>
        </w:rPr>
        <w:t xml:space="preserve"> each category you want to include in the Agent's general authority.</w:t>
      </w:r>
    </w:p>
    <w:p>
      <w:pPr/>
    </w:p>
    <w:p>
      <w:pPr/>
      <w:r>
        <w:rPr>
          <w:rFonts w:ascii="Times New Roman" w:hAnsi="Times New Roman" w:eastAsia="Times New Roman" w:cs="Times New Roman"/>
          <w:b/>
          <w:sz w:val="24"/>
        </w:rPr>
        <w:t>CROSS OUT</w:t>
      </w:r>
      <w:r>
        <w:rPr>
          <w:rFonts w:ascii="Times New Roman" w:hAnsi="Times New Roman" w:eastAsia="Times New Roman" w:cs="Times New Roman"/>
          <w:sz w:val="24"/>
        </w:rPr>
        <w:t xml:space="preserve"> each category you do not want to include in the Agent's general authority.</w:t>
      </w:r>
    </w:p>
    <w:p>
      <w:pPr/>
    </w:p>
    <w:p>
      <w:pPr/>
      <w:r>
        <w:rPr>
          <w:rFonts w:ascii="Times New Roman" w:hAnsi="Times New Roman" w:eastAsia="Times New Roman" w:cs="Times New Roman"/>
          <w:sz w:val="24"/>
        </w:rPr>
        <w:t>If you do not initial a category listed below, powers associated with that category will NOT be included as part of your Agent's general authority.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Real Property § 49A-204</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Tangible Personal Property § 49A-205</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Stocks and Bonds § 49A-206</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Commodities and Options § 49A-207</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Banks and Other Financial Institutions § 49A-208</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Operation of Entity or Business § 49A-209</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Insurance and Annuities § 49A-210</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Estates, Trusts, and Other Beneficial Interests § 49A-211</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Claims and Litigation § 49A-212</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Personal and Family Maintenance § 49A-213</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Benefits from Governmental Programs or Civil or Military Service § 49A-214</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Retirement Plans § 49A-215</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Taxes § 49A-216</w:t>
      </w:r>
    </w:p>
    <w:p>
      <w:pPr/>
    </w:p>
    <w:p>
      <w:pPr/>
      <w:r>
        <w:rPr>
          <w:rFonts w:ascii="Times New Roman" w:hAnsi="Times New Roman" w:eastAsia="Times New Roman" w:cs="Times New Roman"/>
          <w:b/>
          <w:sz w:val="24"/>
        </w:rPr>
        <w:t>GRANT OF SPECIFIC AUTHORITY (OPTIONAL) PROCEED WITH CAUTION</w:t>
      </w:r>
    </w:p>
    <w:p>
      <w:pPr/>
    </w:p>
    <w:p>
      <w:pPr/>
      <w:r>
        <w:rPr>
          <w:rFonts w:ascii="Times New Roman" w:hAnsi="Times New Roman" w:eastAsia="Times New Roman" w:cs="Times New Roman"/>
          <w:sz w:val="24"/>
        </w:rPr>
        <w:t>Giving your Agent any of the following powers will give your Agent the authority to take actions that could significantly reduce your property or change how and to whom your property is distributed at your death.</w:t>
      </w:r>
    </w:p>
    <w:p>
      <w:pPr/>
    </w:p>
    <w:p>
      <w:pPr/>
      <w:r>
        <w:rPr>
          <w:rFonts w:ascii="Times New Roman" w:hAnsi="Times New Roman" w:eastAsia="Times New Roman" w:cs="Times New Roman"/>
          <w:sz w:val="24"/>
        </w:rPr>
        <w:t>You should READ the terms describing each power before granting any of them to your Agent.</w:t>
      </w:r>
    </w:p>
    <w:p>
      <w:pPr/>
      <w:r>
        <w:rPr>
          <w:rFonts w:ascii="Times New Roman" w:hAnsi="Times New Roman" w:eastAsia="Times New Roman" w:cs="Times New Roman"/>
          <w:sz w:val="24"/>
        </w:rPr>
        <w:t>INITIAL each power you want to include in the Agent's authority.</w:t>
      </w:r>
    </w:p>
    <w:p>
      <w:pPr/>
    </w:p>
    <w:p>
      <w:pPr/>
      <w:r>
        <w:rPr>
          <w:rFonts w:ascii="Times New Roman" w:hAnsi="Times New Roman" w:eastAsia="Times New Roman" w:cs="Times New Roman"/>
          <w:sz w:val="24"/>
        </w:rPr>
        <w:t>CROSS OUT each power you do not want to include in the Agent's authority.</w:t>
      </w:r>
    </w:p>
    <w:p>
      <w:pPr/>
    </w:p>
    <w:p>
      <w:pPr/>
      <w:r>
        <w:rPr>
          <w:rFonts w:ascii="Times New Roman" w:hAnsi="Times New Roman" w:eastAsia="Times New Roman" w:cs="Times New Roman"/>
          <w:sz w:val="24"/>
        </w:rPr>
        <w:t>If you do not INITIAL a power listed below, it will NOT be included as part of your Agent's specific authority.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Create, amend, revoke, or terminate an inter-vivos trust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Make a gift in excess of the limitations in the Durable Personal Power of Attorney Act, 12 Del. C. § 49A-217</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Create or change rights of survivorship</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Create or change a beneficiary designation</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Delegate authority granted under the power of attorney when all successor Agents have resigned, died, become incapacitated, are no longer qualified to serve, or have declined to serve.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Exercise fiduciary powers that the Principal has authority to delegate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Reject, renounce, disclaim, release, or consent to a reduction in or modification of a share in or payment from estate, trust, or other beneficial interest.</w:t>
      </w:r>
    </w:p>
    <w:p>
      <w:pPr/>
    </w:p>
    <w:p>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this power of attorney or a copy of it unless that person knows it has terminated or is invalid.</w:t>
      </w:r>
    </w:p>
    <w:p>
      <w:pPr/>
    </w:p>
    <w:p>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IF YOU HAVE QUESTIONS ABOUT THIS POWER OF ATTORNEY OR THE AUTHORITY YOU ARE GRANTING TO YOUR AGENT(S), YOU SHOULD SEEK LEGAL ADVICE BEFORE SIGNING THIS FORM.</w:t>
      </w:r>
    </w:p>
    <w:p>
      <w:pPr/>
      <w:r>
        <w:rPr>
          <w:rFonts w:ascii="Times New Roman" w:hAnsi="Times New Roman" w:eastAsia="Times New Roman" w:cs="Times New Roman"/>
          <w:sz w:val="24"/>
        </w:rPr>
        <w:t xml:space="preserve">IN WITNESS WHEREOF, I have hereunto set my Hand and Seal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p>
    <w:p>
      <w:pPr/>
    </w:p>
    <w:p>
      <w:pP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w:t>
      </w:r>
    </w:p>
    <w:p>
      <w:pPr/>
    </w:p>
    <w:p>
      <w:pPr/>
    </w:p>
    <w:p>
      <w:pP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Witness Signature                  Your Signature</w:t>
      </w:r>
    </w:p>
    <w:p>
      <w:pPr/>
    </w:p>
    <w:p>
      <w:pPr/>
      <w:r>
        <w:rPr>
          <w:rFonts w:ascii="Times New Roman" w:hAnsi="Times New Roman" w:eastAsia="Times New Roman" w:cs="Times New Roman"/>
          <w:sz w:val="24"/>
        </w:rPr>
        <w:t>________________________            ________________________</w:t>
      </w:r>
    </w:p>
    <w:p>
      <w:pPr/>
      <w:r>
        <w:rPr>
          <w:rFonts w:ascii="Times New Roman" w:hAnsi="Times New Roman" w:eastAsia="Times New Roman" w:cs="Times New Roman"/>
          <w:sz w:val="24"/>
        </w:rPr>
        <w:t>Print Your Name                    Print Your Name</w:t>
      </w:r>
    </w:p>
    <w:p>
      <w:pPr/>
    </w:p>
    <w:p>
      <w:pPr/>
      <w:r>
        <w:rPr>
          <w:rFonts w:ascii="Times New Roman" w:hAnsi="Times New Roman" w:eastAsia="Times New Roman" w:cs="Times New Roman"/>
          <w:sz w:val="24"/>
        </w:rPr>
        <w:t>I, the witness, swear that I am not related to the Principal by blood, marriage, or adoption; and that I am not entitled to any portion of the estate of the Principal under the Principal's current will or codicil, or under any current trust instrument of the Principal.</w:t>
      </w:r>
    </w:p>
    <w:p>
      <w:pPr/>
    </w:p>
    <w:p>
      <w:pPr/>
      <w:r>
        <w:rPr>
          <w:rFonts w:ascii="Times New Roman" w:hAnsi="Times New Roman" w:eastAsia="Times New Roman" w:cs="Times New Roman"/>
          <w:sz w:val="24"/>
        </w:rPr>
        <w:t>STATE OF DELAWARE:</w:t>
      </w:r>
    </w:p>
    <w:p>
      <w:pPr/>
    </w:p>
    <w:p>
      <w:pPr/>
      <w:r>
        <w:rPr>
          <w:rFonts w:ascii="Times New Roman" w:hAnsi="Times New Roman" w:eastAsia="Times New Roman" w:cs="Times New Roman"/>
          <w:sz w:val="24"/>
        </w:rPr>
        <w:t>: SS.</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This Durable Power of Attorney was acknowledged before me by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p>
    <w:p>
      <w:pPr>
        <w:jc w:val="center"/>
      </w:pPr>
    </w:p>
    <w:p>
      <w:pPr/>
      <w:r>
        <w:rPr>
          <w:rFonts w:ascii="Times New Roman" w:hAnsi="Times New Roman" w:eastAsia="Times New Roman" w:cs="Times New Roman"/>
          <w:sz w:val="24"/>
        </w:rPr>
        <w:t xml:space="preserve">________________________ </w:t>
      </w:r>
    </w:p>
    <w:p>
      <w:pPr/>
      <w:r>
        <w:rPr>
          <w:rFonts w:ascii="Times New Roman" w:hAnsi="Times New Roman" w:eastAsia="Times New Roman" w:cs="Times New Roman"/>
          <w:sz w:val="24"/>
        </w:rPr>
        <w:t>Notarial Office</w:t>
      </w:r>
    </w:p>
    <w:p>
      <w:pPr>
        <w:jc w:val="center"/>
      </w:pPr>
    </w:p>
    <w:p>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sz w:val="24"/>
        </w:rPr>
        <w:t>Agent's Duties</w:t>
      </w:r>
    </w:p>
    <w:p>
      <w:pPr/>
    </w:p>
    <w:p>
      <w:pPr/>
      <w:r>
        <w:rPr>
          <w:rFonts w:ascii="Times New Roman" w:hAnsi="Times New Roman" w:eastAsia="Times New Roman" w:cs="Times New Roman"/>
          <w:sz w:val="24"/>
        </w:rPr>
        <w:t>When you accept the authority granted under this power of attorney, a special legal relationship is created between you and the Principal. This relationship imposes upon you legal duties that continue until you resign or the power of attorney is terminated or revoked. You must:</w:t>
      </w:r>
    </w:p>
    <w:p>
      <w:pPr/>
      <w:r>
        <w:rPr>
          <w:rFonts w:ascii="Times New Roman" w:hAnsi="Times New Roman" w:eastAsia="Times New Roman" w:cs="Times New Roman"/>
          <w:sz w:val="24"/>
        </w:rPr>
        <w:t>(1) do what you know the Principal reasonably expects you to do with the Principal's property or, if you do not know the Principal's expectations, act in the Principal's best interest;</w:t>
      </w:r>
    </w:p>
    <w:p>
      <w:pPr/>
    </w:p>
    <w:p>
      <w:pPr/>
      <w:r>
        <w:rPr>
          <w:rFonts w:ascii="Times New Roman" w:hAnsi="Times New Roman" w:eastAsia="Times New Roman" w:cs="Times New Roman"/>
          <w:sz w:val="24"/>
        </w:rPr>
        <w:t>(2) act in good faith;</w:t>
      </w:r>
    </w:p>
    <w:p>
      <w:pPr/>
    </w:p>
    <w:p>
      <w:pPr/>
      <w:r>
        <w:rPr>
          <w:rFonts w:ascii="Times New Roman" w:hAnsi="Times New Roman" w:eastAsia="Times New Roman" w:cs="Times New Roman"/>
          <w:sz w:val="24"/>
        </w:rPr>
        <w:t>(3) do nothing beyond the authority granted in this power of attorney; and</w:t>
      </w:r>
    </w:p>
    <w:p>
      <w:pPr/>
    </w:p>
    <w:p>
      <w:pPr/>
      <w:r>
        <w:rPr>
          <w:rFonts w:ascii="Times New Roman" w:hAnsi="Times New Roman" w:eastAsia="Times New Roman" w:cs="Times New Roman"/>
          <w:sz w:val="24"/>
        </w:rPr>
        <w:t>(4) 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[NAME]</w:t>
      </w:r>
      <w:r>
        <w:rPr>
          <w:rFonts w:ascii="Times New Roman" w:hAnsi="Times New Roman" w:eastAsia="Times New Roman" w:cs="Times New Roman"/>
          <w:sz w:val="24"/>
        </w:rPr>
        <w:t xml:space="preserve"> </w:t>
        <w:tab/>
        <w:tab/>
        <w:tab/>
        <w:tab/>
        <w:tab/>
        <w:tab/>
        <w:tab/>
      </w:r>
      <w:r>
        <w:rPr>
          <w:rFonts w:ascii="Times New Roman" w:hAnsi="Times New Roman" w:eastAsia="Times New Roman" w:cs="Times New Roman"/>
          <w:sz w:val="24"/>
        </w:rPr>
        <w:t xml:space="preserve">________________________ </w:t>
      </w:r>
    </w:p>
    <w:p>
      <w:pPr/>
      <w:r>
        <w:rPr>
          <w:rFonts w:ascii="Times New Roman" w:hAnsi="Times New Roman" w:eastAsia="Times New Roman" w:cs="Times New Roman"/>
          <w:sz w:val="24"/>
        </w:rPr>
        <w:t>(Principal's Name)                   by (Your Signature) as Agent</w:t>
      </w:r>
    </w:p>
    <w:p>
      <w:pPr/>
    </w:p>
    <w:p>
      <w:pPr/>
      <w:r>
        <w:rPr>
          <w:rFonts w:ascii="Times New Roman" w:hAnsi="Times New Roman" w:eastAsia="Times New Roman" w:cs="Times New Roman"/>
          <w:sz w:val="24"/>
        </w:rPr>
        <w:t>Except as otherwise provided in the power of attorney, you must also:</w:t>
      </w:r>
    </w:p>
    <w:p>
      <w:pPr/>
    </w:p>
    <w:p>
      <w:pPr/>
      <w:r>
        <w:rPr>
          <w:rFonts w:ascii="Times New Roman" w:hAnsi="Times New Roman" w:eastAsia="Times New Roman" w:cs="Times New Roman"/>
          <w:sz w:val="24"/>
        </w:rPr>
        <w:t>(1) not act for your own benefit;</w:t>
      </w:r>
    </w:p>
    <w:p>
      <w:pPr/>
    </w:p>
    <w:p>
      <w:pPr/>
      <w:r>
        <w:rPr>
          <w:rFonts w:ascii="Times New Roman" w:hAnsi="Times New Roman" w:eastAsia="Times New Roman" w:cs="Times New Roman"/>
          <w:sz w:val="24"/>
        </w:rPr>
        <w:t>(2) avoid conflicts that would impair your ability to act in the Principal's best interest;</w:t>
      </w:r>
    </w:p>
    <w:p>
      <w:pPr/>
    </w:p>
    <w:p>
      <w:pPr/>
      <w:r>
        <w:rPr>
          <w:rFonts w:ascii="Times New Roman" w:hAnsi="Times New Roman" w:eastAsia="Times New Roman" w:cs="Times New Roman"/>
          <w:sz w:val="24"/>
        </w:rPr>
        <w:t>(3) act with care, competence, and diligence;</w:t>
      </w:r>
    </w:p>
    <w:p>
      <w:pPr/>
    </w:p>
    <w:p>
      <w:pPr/>
      <w:r>
        <w:rPr>
          <w:rFonts w:ascii="Times New Roman" w:hAnsi="Times New Roman" w:eastAsia="Times New Roman" w:cs="Times New Roman"/>
          <w:sz w:val="24"/>
        </w:rPr>
        <w:t>(4) keep a record of all receipts, disbursements, and transactions made on behalf of the Principal;</w:t>
      </w:r>
    </w:p>
    <w:p>
      <w:pPr/>
    </w:p>
    <w:p>
      <w:pPr/>
      <w:r>
        <w:rPr>
          <w:rFonts w:ascii="Times New Roman" w:hAnsi="Times New Roman" w:eastAsia="Times New Roman" w:cs="Times New Roman"/>
          <w:sz w:val="24"/>
        </w:rPr>
        <w:t>(5) cooperate with any person who has authority to make health-care decisions for the Principal; and</w:t>
      </w:r>
    </w:p>
    <w:p>
      <w:pPr/>
    </w:p>
    <w:p>
      <w:pPr/>
      <w:r>
        <w:rPr>
          <w:rFonts w:ascii="Times New Roman" w:hAnsi="Times New Roman" w:eastAsia="Times New Roman" w:cs="Times New Roman"/>
          <w:sz w:val="24"/>
        </w:rPr>
        <w:t>(6) not act in a manner inconsistent with the Principal's testamentary plan.</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this power of attorney or your authority to act under it include:</w:t>
      </w:r>
    </w:p>
    <w:p>
      <w:pPr/>
    </w:p>
    <w:p>
      <w:pPr/>
      <w:r>
        <w:rPr>
          <w:rFonts w:ascii="Times New Roman" w:hAnsi="Times New Roman" w:eastAsia="Times New Roman" w:cs="Times New Roman"/>
          <w:sz w:val="24"/>
        </w:rPr>
        <w:t>(1) death of the Principal;</w:t>
      </w:r>
    </w:p>
    <w:p>
      <w:pPr/>
    </w:p>
    <w:p>
      <w:pPr/>
      <w:r>
        <w:rPr>
          <w:rFonts w:ascii="Times New Roman" w:hAnsi="Times New Roman" w:eastAsia="Times New Roman" w:cs="Times New Roman"/>
          <w:sz w:val="24"/>
        </w:rPr>
        <w:t>(2) the Principal's revocation of the power of attorney or your authority;</w:t>
      </w:r>
    </w:p>
    <w:p>
      <w:pPr/>
    </w:p>
    <w:p>
      <w:pPr/>
      <w:r>
        <w:rPr>
          <w:rFonts w:ascii="Times New Roman" w:hAnsi="Times New Roman" w:eastAsia="Times New Roman" w:cs="Times New Roman"/>
          <w:sz w:val="24"/>
        </w:rPr>
        <w:t>(3) the occurrence of a termination event stated in the power of attorney;</w:t>
      </w:r>
    </w:p>
    <w:p>
      <w:pPr/>
    </w:p>
    <w:p>
      <w:pPr/>
      <w:r>
        <w:rPr>
          <w:rFonts w:ascii="Times New Roman" w:hAnsi="Times New Roman" w:eastAsia="Times New Roman" w:cs="Times New Roman"/>
          <w:sz w:val="24"/>
        </w:rPr>
        <w:t>(4) the purpose of the power of attorney is fully accomplished; or</w:t>
      </w:r>
    </w:p>
    <w:p>
      <w:pPr/>
    </w:p>
    <w:p>
      <w:pPr/>
      <w:r>
        <w:rPr>
          <w:rFonts w:ascii="Times New Roman" w:hAnsi="Times New Roman" w:eastAsia="Times New Roman" w:cs="Times New Roman"/>
          <w:sz w:val="24"/>
        </w:rPr>
        <w:t>(5) an action is filed with a court for your separation, annulment, or divorce from the Principal unless the Principal otherwise provided in the power of attorney that such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the Durable Personal Power of Attorney Act, Delaware Code, Title 12, Chapter 49A. If you violate the Durable Personal Power of Attorney Act, Delaware Code, Title 12, Chapter 49A, or act outside the authority granted, you may be liable for any damages caused by your violation.</w:t>
      </w:r>
    </w:p>
    <w:p>
      <w:pPr/>
    </w:p>
    <w:p>
      <w:pPr/>
      <w:r>
        <w:rPr>
          <w:rFonts w:ascii="Times New Roman" w:hAnsi="Times New Roman" w:eastAsia="Times New Roman" w:cs="Times New Roman"/>
          <w:sz w:val="24"/>
        </w:rPr>
        <w:t>If there is anything about this document or your powers, authority, or duties as Agent that you do not understand, you should seek legal advice.</w:t>
      </w:r>
    </w:p>
    <w:p>
      <w:pPr/>
    </w:p>
    <w:p>
      <w:pPr/>
      <w:r>
        <w:rPr>
          <w:rFonts w:ascii="Times New Roman" w:hAnsi="Times New Roman" w:eastAsia="Times New Roman" w:cs="Times New Roman"/>
          <w:b/>
          <w:sz w:val="24"/>
        </w:rPr>
        <w:t>AGENT'S CERTIFICATION</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(Name of Agent), have read the attached durable personal power of attorney and I am the person identified as the Agent or identified as the Agent for the Principal. To the best of my knowledge, this power has not been revoked. I hereby acknowledge that, when I act as Agent, I shall:</w:t>
      </w:r>
    </w:p>
    <w:p>
      <w:pPr/>
    </w:p>
    <w:p>
      <w:pPr/>
      <w:r>
        <w:rPr>
          <w:rFonts w:ascii="Times New Roman" w:hAnsi="Times New Roman" w:eastAsia="Times New Roman" w:cs="Times New Roman"/>
          <w:sz w:val="24"/>
        </w:rPr>
        <w:t>Act in accordance with the principal's reasonable expectations to the extent actually known to me and, otherwise, in the Principal's best interest;</w:t>
      </w:r>
    </w:p>
    <w:p>
      <w:pPr/>
    </w:p>
    <w:p>
      <w:pPr/>
      <w:r>
        <w:rPr>
          <w:rFonts w:ascii="Times New Roman" w:hAnsi="Times New Roman" w:eastAsia="Times New Roman" w:cs="Times New Roman"/>
          <w:sz w:val="24"/>
        </w:rPr>
        <w:t>Act in good faith;</w:t>
      </w:r>
    </w:p>
    <w:p>
      <w:pPr/>
    </w:p>
    <w:p>
      <w:pPr/>
      <w:r>
        <w:rPr>
          <w:rFonts w:ascii="Times New Roman" w:hAnsi="Times New Roman" w:eastAsia="Times New Roman" w:cs="Times New Roman"/>
          <w:sz w:val="24"/>
        </w:rPr>
        <w:t>Act only within the scope of authority granted in the personal power of attorney; and</w:t>
      </w:r>
    </w:p>
    <w:p>
      <w:pPr/>
    </w:p>
    <w:p>
      <w:pPr/>
      <w:r>
        <w:rPr>
          <w:rFonts w:ascii="Times New Roman" w:hAnsi="Times New Roman" w:eastAsia="Times New Roman" w:cs="Times New Roman"/>
          <w:sz w:val="24"/>
        </w:rPr>
        <w:t>To the extent reasonably practicable under the circumstances, keep in regular contact with the principal and communicate with the principal.</w:t>
      </w:r>
    </w:p>
    <w:p>
      <w:pPr/>
    </w:p>
    <w:p>
      <w:pPr/>
      <w:r>
        <w:rPr>
          <w:rFonts w:ascii="Times New Roman" w:hAnsi="Times New Roman" w:eastAsia="Times New Roman" w:cs="Times New Roman"/>
          <w:sz w:val="24"/>
        </w:rPr>
        <w:t>In addition, in the absence of a specific provision to the contrary in the durable personal power of attorney, when I act as Agent, I shall:</w:t>
      </w:r>
    </w:p>
    <w:p>
      <w:pPr/>
    </w:p>
    <w:p>
      <w:pPr/>
      <w:r>
        <w:rPr>
          <w:rFonts w:ascii="Times New Roman" w:hAnsi="Times New Roman" w:eastAsia="Times New Roman" w:cs="Times New Roman"/>
          <w:sz w:val="24"/>
        </w:rPr>
        <w:t>Keep the assets of the Principal separate from my assets;</w:t>
      </w:r>
    </w:p>
    <w:p>
      <w:pPr/>
    </w:p>
    <w:p>
      <w:pPr/>
      <w:r>
        <w:rPr>
          <w:rFonts w:ascii="Times New Roman" w:hAnsi="Times New Roman" w:eastAsia="Times New Roman" w:cs="Times New Roman"/>
          <w:sz w:val="24"/>
        </w:rPr>
        <w:t>Exercise reasonable caution and prudence; and</w:t>
      </w:r>
    </w:p>
    <w:p>
      <w:pPr/>
    </w:p>
    <w:p>
      <w:pPr/>
      <w:r>
        <w:rPr>
          <w:rFonts w:ascii="Times New Roman" w:hAnsi="Times New Roman" w:eastAsia="Times New Roman" w:cs="Times New Roman"/>
          <w:sz w:val="24"/>
        </w:rPr>
        <w:t>Keep a full and accurate record of all actions, receipts, and disbursements on behalf of the Principal.</w:t>
      </w:r>
    </w:p>
    <w:p>
      <w:pPr/>
    </w:p>
    <w:p>
      <w:pPr/>
    </w:p>
    <w:p>
      <w:pPr/>
      <w:r>
        <w:rPr>
          <w:rFonts w:ascii="Times New Roman" w:hAnsi="Times New Roman" w:eastAsia="Times New Roman" w:cs="Times New Roman"/>
          <w:b/>
          <w:sz w:val="24"/>
        </w:rPr>
        <w:t>Agent’s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___________________________________</w:t>
      </w:r>
      <w:r>
        <w:rPr>
          <w:rFonts w:ascii="Times New Roman" w:hAnsi="Times New Roman" w:eastAsia="Times New Roman" w:cs="Times New Roman"/>
          <w:sz w:val="24"/>
        </w:rPr>
        <w:t xml:space="preserve"> Date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