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Delaware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Delaware.</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