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DELAWARE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. 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Delaware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in the year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