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DELAWARE</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Delaware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Delaware.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