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Delegation of Parental Powers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AUTHORIZATION TO CONSENT TO HEALTH CARE FOR MINOR CHILDREN</w:t>
      </w:r>
    </w:p>
    <w:p>
      <w:pPr>
        <w:keepNext w:val="0"/>
        <w:spacing w:before="200" w:after="0" w:line="260" w:lineRule="exact"/>
        <w:ind w:left="720" w:right="0" w:firstLine="0"/>
        <w:jc w:val="both"/>
      </w:pPr>
      <w:r>
        <w:rPr>
          <w:rFonts w:ascii="Times New Roman" w:hAnsi="Times New Roman" w:eastAsia="Times New Roman" w:cs="Times New Roman"/>
          <w:b w:val="0"/>
          <w:sz w:val="24"/>
        </w:rPr>
        <w:t>I, [custodial parent name], of [county name], North Carolina, am the custodial parent having legal custody of [name of minor child], a minor child, born [minor child's date of birth]. I hereby authorize, [name of designee 1], residing at [address of designee 1],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[name of designee 2], residing at [designee's address], or either of them,] [an adult / adults], in whose care the minor child has been entrusted, to do any acts which may be necessary or proper to provide for the health care of the minor child, including, but not limited to, the power (i) to provide for such health care at any hospital or other institution, or the employing of any physician, dentist, nurse, or other person whose services may be needed for such health care, and (ii) to consent to and authorize any health care, including administration of anesthesia, X-ray examination, performance of operations, and other procedures by physicians, dentists, and other medical personnel except the withholding or withdrawal of life sustaining procedures.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By signing here, I indicate that I have the understanding and capacity to communicate health care decisions and that I am fully informed as to the contents of this document and understand the full import of this grant of powers to the agent named herein.</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custodial parent], custodial parent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NORTH CAROLINA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On this _____ day of ____________________, _____, personally appeared before me the named, [custodial parent], to me known and known to me to be the person described in and who executed the foregoing instrument and [name of custodial parent] acknowledges that he/she/they executed the same and being duly sworn by me, made oath that the statements in the foregoing instrument are true.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(OFFICIAL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