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Delegation of Parental Powers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[We/I], [parent name]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[second parent name]], of [city], South Dakota, hereby execute this Delegation of Parental Powers with the intention that the attorney-in-fact hereinafter named shall be able to act in our place as [parent/parents] for our [child/children], [name(s) of child(ren)], as set forth 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 appoint, [my/our] [relationship to parent (e.g., mother, father, sister)], [name of attorney-in-fact]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[name of attorney-in-fact 2]], to serve as attorney-in-fact to act in [our/my] name, and in [our/my] place. [</w:t>
      </w:r>
      <w:r>
        <w:rPr>
          <w:rFonts w:ascii="Times New Roman" w:hAnsi="Times New Roman" w:eastAsia="Times New Roman" w:cs="Times New Roman"/>
          <w:b/>
          <w:sz w:val="24"/>
        </w:rPr>
        <w:t>OPTIONAL (if Appointing More than One Attorney-in-Fact):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Any reference to our "attorney-in-fact" is to either of the persons named in the preceding sentence, each of whom is designated at all times to act alone.]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making this Delegation, [we/I] give the attorney-in-fact the concurrent authority to exercise any power [we/I] may have regarding the care, custody, or property of [our/my] above-named minor child(ren), except the power to consent to the marriage or adoption of a minor child.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Delegation of Parental Powers shall be effective immediately upon execution of this document and shall terminate [number] [days/weeks/months] from the date hereof unless sooner revoked by [us/me].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 ratify all acts undertaken hereunder by [our/my] attorney-in-fact.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 photocopy of this document shall be considered as valid as the original.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 acknowledge that, if [we/I] revoke or amend this Delegation prior to its expiration, [we/I] must do so in writing and provide a copy of that revocation or amendment to all interested persons, including but not limited to the attorney-in-fact and all alternate attorneys-in-fact designated herein.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[I/We] have signed this Delegation of Parental Powers on ____________________ (date).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PARENT(S):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 of first parent)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[parent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