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Delegation of Parental Powers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DELEGATION OF PARENTAL POWERS</w:t>
      </w:r>
    </w:p>
    <w:p>
      <w:pPr>
        <w:keepNext w:val="0"/>
        <w:spacing w:before="120" w:after="0" w:line="260" w:lineRule="exact"/>
        <w:ind w:left="720" w:right="0" w:firstLine="240"/>
        <w:jc w:val="left"/>
      </w:pPr>
      <w:r>
        <w:rPr>
          <w:rFonts w:ascii="Times New Roman" w:hAnsi="Times New Roman" w:eastAsia="Times New Roman" w:cs="Times New Roman"/>
          <w:b w:val="0"/>
          <w:sz w:val="24"/>
        </w:rPr>
        <w:t>We, [first parent name] and [second parent name], of [city], Michigan, hereby execute this Delegation of Parental Powers with the intention that the attorney-in-fact hereinafter named shall be able to act in our place as parents for our [child or children], [name(s) of child(ren)], as set forth herein.</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ATTORNEY-IN-FACT.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We appoint [attorney-in-fact name] to be our attorney-in-fact to act for us, in our name, and in our place.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 DATE AND DURATION.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This Delegation of Parental Powers is given pursuant to Section 5103 of the Michigan Estates and Protected Individuals Code (Michigan Compiled Laws Section 700.5103). This Delegation of Parental Powers expires six (6) months from the date hereof unless sooner revoked by us.</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Our attorney-in-fact shall have full powers to do anything and everything required for our [child’s or children’s] care, custody, and property. These powers shall include, but not be limited to, the powers set forth below.</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Our attorney-in-fact shall have the power to give parental consent to any medical care, diagnosis, surgical procedure, and treatment of any type.</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Our attorney-in-fact shall have the power to give parental consent to any dental procedure.</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Our attorney-in-fact shall have the power to give parental consent to admission to any hospital or medical center.</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Our attorney-in-fact shall have the power to give parental consent to the use of any drugs, medication, therapeutic devices, or other items related to our [child’s or children’s] health.</w:t>
      </w:r>
    </w:p>
    <w:p>
      <w:pPr>
        <w:keepNext w:val="0"/>
        <w:spacing w:before="120" w:after="0" w:line="260" w:lineRule="exact"/>
        <w:ind w:left="1080" w:right="0" w:firstLine="0"/>
        <w:jc w:val="left"/>
      </w:pPr>
      <w:r>
        <w:rPr>
          <w:rFonts w:ascii="Times New Roman" w:hAnsi="Times New Roman" w:eastAsia="Times New Roman" w:cs="Times New Roman"/>
          <w:b w:val="0"/>
          <w:sz w:val="24"/>
        </w:rPr>
        <w:t>3.6.</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Our attorney-in-fact shall have the power to expend all necessary amounts in connection with the exercise of the powers described herein and to seek reimbursement therefore from any funds or insurance to which our child/children may be entitled.</w:t>
      </w:r>
    </w:p>
    <w:p>
      <w:pPr>
        <w:keepNext w:val="0"/>
        <w:spacing w:before="120" w:after="0" w:line="260" w:lineRule="exact"/>
        <w:ind w:left="1080" w:right="0" w:firstLine="0"/>
        <w:jc w:val="left"/>
      </w:pPr>
      <w:r>
        <w:rPr>
          <w:rFonts w:ascii="Times New Roman" w:hAnsi="Times New Roman" w:eastAsia="Times New Roman" w:cs="Times New Roman"/>
          <w:b w:val="0"/>
          <w:sz w:val="24"/>
        </w:rPr>
        <w:t>3.7.</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Our attorney-in-fact in general shall have the power to do any and all things we as parents might do on behalf of our [child or children], except the power to consent to adoption or marriage.</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PHYSICIAN, HOSPITAL, AND INSURANCE.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Our [child’s or chidren’s] physician(s) [is or are]: [physician name(s)].</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Hospital and medical records concerning our [child or children] are located at [hospital or other health facility name].</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Our medical/hospital insurance carrier is [insurance carrier name], and our policy number is [policy number].</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RATIFICATION; USE OF PHOTOCOPY.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We ratify all acts undertaken hereunder by our attorney-in-fact.</w:t>
      </w:r>
    </w:p>
    <w:p>
      <w:pPr>
        <w:keepNext w:val="0"/>
        <w:spacing w:before="120" w:after="0" w:line="260" w:lineRule="exact"/>
        <w:ind w:left="1080" w:right="0" w:firstLine="0"/>
        <w:jc w:val="left"/>
      </w:pPr>
      <w:r>
        <w:rPr>
          <w:rFonts w:ascii="Times New Roman" w:hAnsi="Times New Roman" w:eastAsia="Times New Roman" w:cs="Times New Roman"/>
          <w:b w:val="0"/>
          <w:sz w:val="24"/>
        </w:rPr>
        <w:t>5.2.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photocopy of this document shall be considered as valid as the original.</w:t>
      </w:r>
    </w:p>
    <w:p>
      <w:pPr>
        <w:keepNext w:val="0"/>
        <w:spacing w:before="120" w:after="0" w:line="260" w:lineRule="exact"/>
        <w:ind w:left="360" w:right="0" w:firstLine="0"/>
        <w:jc w:val="left"/>
      </w:pPr>
      <w:r>
        <w:rPr>
          <w:rFonts w:ascii="Times New Roman" w:hAnsi="Times New Roman" w:eastAsia="Times New Roman" w:cs="Times New Roman"/>
          <w:b w:val="0"/>
          <w:sz w:val="24"/>
        </w:rPr>
        <w:t>Dated: [signature date]</w:t>
      </w:r>
    </w:p>
    <w:p>
      <w:pPr>
        <w:keepNext w:val="0"/>
        <w:spacing w:before="120" w:after="0" w:line="260" w:lineRule="exact"/>
        <w:ind w:left="360" w:right="0" w:firstLine="0"/>
        <w:jc w:val="left"/>
      </w:pPr>
      <w:r>
        <w:rPr>
          <w:rFonts w:ascii="Times New Roman" w:hAnsi="Times New Roman" w:eastAsia="Times New Roman" w:cs="Times New Roman"/>
          <w:b w:val="0"/>
          <w:sz w:val="24"/>
        </w:rPr>
        <w:t>PARENTS: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 (signature of first parent)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 (signature of second parent)</w:t>
      </w:r>
    </w:p>
    <w:p>
      <w:pPr>
        <w:keepNext w:val="0"/>
        <w:spacing w:before="120" w:after="0" w:line="260" w:lineRule="exact"/>
        <w:ind w:left="360" w:right="0" w:firstLine="0"/>
        <w:jc w:val="left"/>
      </w:pPr>
      <w:r>
        <w:rPr>
          <w:rFonts w:ascii="Times New Roman" w:hAnsi="Times New Roman" w:eastAsia="Times New Roman" w:cs="Times New Roman"/>
          <w:b w:val="0"/>
          <w:sz w:val="24"/>
        </w:rPr>
        <w:t>WITNESSES: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 (first witness 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 (second witness signature)</w:t>
      </w:r>
    </w:p>
    <w:p>
      <w:pPr>
        <w:keepNext w:val="0"/>
        <w:spacing w:before="200" w:after="0" w:line="260" w:lineRule="exact"/>
        <w:ind w:left="360" w:right="0" w:firstLine="0"/>
        <w:jc w:val="both"/>
      </w:pPr>
      <w:r>
        <w:rPr>
          <w:rFonts w:ascii="Times New Roman" w:hAnsi="Times New Roman" w:eastAsia="Times New Roman" w:cs="Times New Roman"/>
          <w:b w:val="0"/>
          <w:sz w:val="24"/>
        </w:rPr>
        <w:t>STATE OF MICHIGAN</w:t>
      </w:r>
    </w:p>
    <w:p>
      <w:pPr>
        <w:keepNext w:val="0"/>
        <w:spacing w:before="60" w:after="0" w:line="260" w:lineRule="exact"/>
        <w:ind w:left="360" w:right="0" w:firstLine="0"/>
        <w:jc w:val="both"/>
      </w:pPr>
      <w:r>
        <w:rPr>
          <w:rFonts w:ascii="Times New Roman" w:hAnsi="Times New Roman" w:eastAsia="Times New Roman" w:cs="Times New Roman"/>
          <w:b w:val="0"/>
          <w:sz w:val="24"/>
        </w:rPr>
        <w:t>COUNTY OF [county name]</w:t>
      </w:r>
    </w:p>
    <w:p>
      <w:pPr>
        <w:keepNext w:val="0"/>
        <w:spacing w:before="200" w:after="0" w:line="260" w:lineRule="exact"/>
        <w:ind w:left="360" w:right="0" w:firstLine="0"/>
        <w:jc w:val="both"/>
      </w:pPr>
      <w:r>
        <w:rPr>
          <w:rFonts w:ascii="Times New Roman" w:hAnsi="Times New Roman" w:eastAsia="Times New Roman" w:cs="Times New Roman"/>
          <w:b w:val="0"/>
          <w:sz w:val="24"/>
        </w:rPr>
        <w:t>ss</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On [date], before 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personally appeared [parent names], who executed this Delegation of Parental Powers, and acknowledged the same to be their free act and deed.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 (notary signature)</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[county name] County, Michigan</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[expiration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