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Delinquent Plan Contribution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Delinquent 401(k) Contribution Correction Participants Letter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Plan Participant: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During the course of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audit of the [plan name] (the "Plan"), it has come to the attention of the [company name] (the "Company") that [description of delinquent contribution] withheld from payroll were not contributed to the Plan within the time period required by federal regulations for the pay periods shown in the following chart: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Company [is in the process of correcting OR has corrected] this issue by depositing additional amounts representing potential lost earnings to your Plan account. These amounts will be posted to your Plan account on [date].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Company has calculated lost earnings in accordance with U.S. Department of Labor guidelines using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online calculator provided by the U.S. Department of Labor.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correction amount will be invested in accordance with your current Plan investment elections for future contributions.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If you have any questions regarding this correction, please contact [name] at [telephone number].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Sincerely,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[Company]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