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Delivery of Goods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 code]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Re: [purchase order number or name/date of sales contract]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the goods which you purchased under the captioned sales order are ready for delivery. The goods are at our plant located at [street address, city, state]. Please contact our shipping department immediately in order to make arrangements for you to pick up the goods.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