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Delivery of Goods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is to notify you that with respect to your order for [description of goods] ordered under the [name/date of agreement, e.g., Sales Agreement dated August 1, 2020], the goods were shipped from our warehouse on [date], and are expected to arrive and be available for your receipt on or about [date], at [time] at [location, e.g., Central Warehouse in St. Louis, Missouri].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goods will remain at the [location] located at [street address]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period of [number, e.g., ten (10) days] from arrival, after which, if you have not picked them up, they will be subject to our orders as to further disposition.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