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Demand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FOR SETTLEMENT PURPOSES ONLY</w:t>
      </w:r>
    </w:p>
    <w:p>
      <w:pPr>
        <w:keepNext w:val="0"/>
        <w:spacing w:before="200" w:after="0" w:line="260" w:lineRule="exact"/>
        <w:ind w:left="360" w:right="0" w:firstLine="0"/>
        <w:jc w:val="both"/>
      </w:pPr>
      <w:r>
        <w:rPr>
          <w:rFonts w:ascii="Times New Roman" w:hAnsi="Times New Roman" w:eastAsia="Times New Roman" w:cs="Times New Roman"/>
          <w:b/>
          <w:sz w:val="24"/>
        </w:rPr>
        <w:t>CONFIDENTIAL COMMUNICATION</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[delivery method: VIA OVERNIGHT DELIVERY/FIRST-CLASS MAIL / E-MAIL]</w:t>
      </w:r>
    </w:p>
    <w:p>
      <w:pPr>
        <w:keepNext w:val="0"/>
        <w:spacing w:before="200" w:after="0" w:line="260" w:lineRule="exact"/>
        <w:ind w:left="360" w:right="0" w:firstLine="0"/>
        <w:jc w:val="both"/>
      </w:pPr>
      <w:r>
        <w:rPr>
          <w:rFonts w:ascii="Times New Roman" w:hAnsi="Times New Roman" w:eastAsia="Times New Roman" w:cs="Times New Roman"/>
          <w:b w:val="0"/>
          <w:sz w:val="24"/>
        </w:rPr>
        <w:t>[Name of CEO or other manager]</w:t>
      </w:r>
    </w:p>
    <w:p>
      <w:pPr>
        <w:keepNext w:val="0"/>
        <w:spacing w:before="200" w:after="0" w:line="260" w:lineRule="exact"/>
        <w:ind w:left="360" w:right="0" w:firstLine="0"/>
        <w:jc w:val="both"/>
      </w:pPr>
      <w:r>
        <w:rPr>
          <w:rFonts w:ascii="Times New Roman" w:hAnsi="Times New Roman" w:eastAsia="Times New Roman" w:cs="Times New Roman"/>
          <w:b w:val="0"/>
          <w:sz w:val="24"/>
        </w:rPr>
        <w:t>[Company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240"/>
        <w:jc w:val="left"/>
      </w:pPr>
      <w:r>
        <w:rPr>
          <w:rFonts w:ascii="Times New Roman" w:hAnsi="Times New Roman" w:eastAsia="Times New Roman" w:cs="Times New Roman"/>
          <w:b w:val="0"/>
          <w:sz w:val="24"/>
        </w:rPr>
        <w:t>Re: [Name of client] and [company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CEO or other supervisor]:</w:t>
      </w:r>
    </w:p>
    <w:p>
      <w:pPr>
        <w:keepNext w:val="0"/>
        <w:spacing w:before="200" w:after="0" w:line="260" w:lineRule="exact"/>
        <w:ind w:left="360" w:right="0" w:firstLine="0"/>
        <w:jc w:val="both"/>
      </w:pPr>
      <w:r>
        <w:rPr>
          <w:rFonts w:ascii="Times New Roman" w:hAnsi="Times New Roman" w:eastAsia="Times New Roman" w:cs="Times New Roman"/>
          <w:b w:val="0"/>
          <w:sz w:val="24"/>
        </w:rPr>
        <w:t>Our firm represents [client] in connection with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termination of] her employment with [company name] (the Company). Based on our review of the matter, we have advised [client] that her [unlawful termination or other adverse employment action] gives rise to meritorious legal claims of pregnancy discrimination and retaliation under Title VII of the Civil Rights Act of 1964 (Title VII), the Pregnancy Discrimination Act (PDA), as well as [reference state and/or local law if applicable]. Specifically, we believe that the Company violated the Title VII, the PDA, and [reference state and/or local law if applicable] by, among other things, [specify adverse employment action, such as termination, demotion, failure to promote, discipline, and/or adverse retaliatory actions]. Attached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charge outlining the Company's unlawful employment practices, which will be dual-filed with the Equal Employment Opportunity Commission (EEOC) and the [state entity responsible for investigating complaints of discrimination,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Demand Letter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purpose of this letter is to provide you and the Company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resolve this matter before we initiate litigation against the Company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possibly other managers, if applicable] for the unlawful treatment it has committed against [client]. This letter briefly summarizes the facts that support [client]'s claims so that, in advance of any discussions that we may have, the Company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understanding of its substantial monetary liability, including back pay, front pay, emotional distress damages, attorney's fees, and costs, as well as the negative publicity that it will face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ensues. This letter also summarizes the Company's obligations with respect to preserving evidence related to [client]'s employment with the Company and the claims that she will pursue should this matter lead to litigation.</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[Client]'s Educational and Employment History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[Describe your client's educational background, years of experience in the applicable field of work, and noteworthy awards and/or achievements.]</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[Client]'s Disclosure of Pregnancy and Requests for Accommodation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[Describe what happened when your client informed the employer of her current, past, intended, or potential pregnancy, requested accommodations, and took pregnancy-related leave.]</w:t>
      </w:r>
    </w:p>
    <w:p>
      <w:pPr>
        <w:keepNext w:val="0"/>
        <w:spacing w:before="120" w:after="0" w:line="260" w:lineRule="exact"/>
        <w:ind w:left="36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Response to Disclosure of Pregnancy and Requests for Accommodation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[Describe the company's response to your client's disclosure of her pregnancy and to her requests for pregnancy-related leave or accommodations.]</w:t>
      </w:r>
    </w:p>
    <w:p>
      <w:pPr>
        <w:keepNext w:val="0"/>
        <w:spacing w:before="120" w:after="0" w:line="260" w:lineRule="exact"/>
        <w:ind w:left="36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[Client]'s Complaints and Opposition to Pregnancy Discrimination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[Relate how your client complained about or otherwise opposed the employer's pregnancy discrimination and/or retaliation.]</w:t>
      </w:r>
    </w:p>
    <w:p>
      <w:pPr>
        <w:keepNext w:val="0"/>
        <w:spacing w:before="120" w:after="0" w:line="260" w:lineRule="exact"/>
        <w:ind w:left="36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under the PDA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is liable under the PDA (and its state and local counterparts) when it subjects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employment action because of her pregnancy or related leave. It is clear that the Company subjected [client] to adverse employment action soon after [it became aware of her pregnancy / she requested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pregnancy-related accommodation / she took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leave of absence]. The Company was fully aware of [client]'s pregnancy and [describe any requested accommodation or leave if applicable]. In response, the Company [describe adverse employment action such as: slashed her pay, changed her job duties for the worse, or terminated her employment] rather than accommodate her pregnancy.</w:t>
      </w:r>
    </w:p>
    <w:p>
      <w:pPr>
        <w:keepNext w:val="0"/>
        <w:spacing w:before="120" w:after="0" w:line="260" w:lineRule="exact"/>
        <w:ind w:left="36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Discrimination against [Client]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[Describe the Company's discriminatory adverse actions.]</w:t>
      </w:r>
    </w:p>
    <w:p>
      <w:pPr>
        <w:keepNext w:val="0"/>
        <w:spacing w:before="120" w:after="0" w:line="260" w:lineRule="exact"/>
        <w:ind w:left="36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Retaliation against [Client]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unlawfully retaliated against [client] in violation of Title VII and the PDA. Title VII prohibits retaliation, in pertinent part, as follows: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unlawful employment practice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to discriminate against any of his employees or applicants for employment . . . because he has opposed any practice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unlawful employment practice by this subchapter, or because he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testified, assisted, or participated in any manner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proceeding, or hearing under this subchapter.</w:t>
      </w:r>
    </w:p>
    <w:p>
      <w:pPr>
        <w:keepNext w:val="0"/>
        <w:spacing w:before="200" w:after="0" w:line="260" w:lineRule="exact"/>
        <w:ind w:left="720" w:right="0" w:firstLine="0"/>
        <w:jc w:val="both"/>
      </w:pPr>
      <w:r>
        <w:rPr>
          <w:rFonts w:ascii="Times New Roman" w:hAnsi="Times New Roman" w:eastAsia="Times New Roman" w:cs="Times New Roman"/>
          <w:b w:val="0"/>
          <w:sz w:val="24"/>
        </w:rPr>
        <w:t>42 U.S.C. § 2000e-3(</w:t>
      </w:r>
      <w:r>
        <w:rPr>
          <w:rFonts w:ascii="Times New Roman" w:hAnsi="Times New Roman" w:eastAsia="Times New Roman" w:cs="Times New Roman"/>
          <w:b/>
          <w:sz w:val="24"/>
        </w:rPr>
        <w:t>a</w:t>
      </w:r>
      <w:r>
        <w:rPr>
          <w:rFonts w:ascii="Times New Roman" w:hAnsi="Times New Roman" w:eastAsia="Times New Roman" w:cs="Times New Roman"/>
          <w:b w:val="0"/>
          <w:sz w:val="24"/>
        </w:rPr>
        <w:t>). [Client] has evidence that the Company unlawfully retaliated against her.</w:t>
      </w:r>
    </w:p>
    <w:p>
      <w:pPr>
        <w:keepNext w:val="0"/>
        <w:spacing w:before="200" w:after="0" w:line="260" w:lineRule="exact"/>
        <w:ind w:left="720" w:right="0" w:firstLine="0"/>
        <w:jc w:val="both"/>
      </w:pPr>
      <w:r>
        <w:rPr>
          <w:rFonts w:ascii="Times New Roman" w:hAnsi="Times New Roman" w:eastAsia="Times New Roman" w:cs="Times New Roman"/>
          <w:b w:val="0"/>
          <w:sz w:val="24"/>
        </w:rPr>
        <w:t>[Describe the adverse action(s) the employer took after your client complained about or opposed pregnancy discrimination.]</w:t>
      </w:r>
    </w:p>
    <w:p>
      <w:pPr>
        <w:keepNext w:val="0"/>
        <w:spacing w:before="120" w:after="0" w:line="260" w:lineRule="exact"/>
        <w:ind w:left="36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 Are Committed to Remedying the Company's Unlawful Conduct against [client]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light of the foregoing, we believe that [client]'s [termination of employment or other adverse action] was the result of the Company's unlawful pregnancy discrimination and retaliation against her. The evidence we have obtained thus far clearly establishes that the Company violated [client]'s rights under Title VII and the PDA, as well as the [state anti-discrimination law] and the [local anti-discrimination law]. With further discovery, we will undoubtedly obtain additional substantial evidence of discrimination against [client] and denial of her rights under federal, state and local pregnancy discrimination laws.</w:t>
      </w:r>
    </w:p>
    <w:p>
      <w:pPr>
        <w:keepNext w:val="0"/>
        <w:spacing w:before="200" w:after="0" w:line="260" w:lineRule="exact"/>
        <w:ind w:left="720" w:right="0" w:firstLine="0"/>
        <w:jc w:val="both"/>
      </w:pPr>
      <w:r>
        <w:rPr>
          <w:rFonts w:ascii="Times New Roman" w:hAnsi="Times New Roman" w:eastAsia="Times New Roman" w:cs="Times New Roman"/>
          <w:b w:val="0"/>
          <w:sz w:val="24"/>
        </w:rPr>
        <w:t>The Company's unlawful [termination or other adverse action] has devastated client. She has suffered, and continues to suffer, economic harm, as well as [humiliation, mental anguish, and emotional distress]. Both our firm and [client] are committed to achieving complete vindication for the Company's unlawful conduct against her and making [client] whole.</w:t>
      </w:r>
    </w:p>
    <w:p>
      <w:pPr>
        <w:keepNext w:val="0"/>
        <w:spacing w:before="200" w:after="0" w:line="260" w:lineRule="exact"/>
        <w:ind w:left="720" w:right="0" w:firstLine="0"/>
        <w:jc w:val="both"/>
      </w:pPr>
      <w:r>
        <w:rPr>
          <w:rFonts w:ascii="Times New Roman" w:hAnsi="Times New Roman" w:eastAsia="Times New Roman" w:cs="Times New Roman"/>
          <w:b w:val="0"/>
          <w:sz w:val="24"/>
        </w:rPr>
        <w:t>I trust that you and others at the Company will treat this letter with appropriate discretion so that this disclosure of [client]'s decision to seek legal representation does not harm her professional relationships.</w:t>
      </w:r>
    </w:p>
    <w:p>
      <w:pPr>
        <w:keepNext w:val="0"/>
        <w:spacing w:before="120" w:after="0" w:line="260" w:lineRule="exact"/>
        <w:ind w:left="36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Document Preservation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be reminded that the Company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immediately take all necessary steps to preserve and retain all records and materials that may contain discoverable information relevant to the above-referenced matter, including but not limited to all electronically stored information (ESI) within the Company's possession, custody, or control, and all e-mails, instant messages, voicemails, and other communications related to this matter, regardless of format. The Company should immediately implement the following preservation measures:</w:t>
      </w:r>
    </w:p>
    <w:p>
      <w:pPr>
        <w:keepNext w:val="0"/>
        <w:spacing w:before="200" w:after="0" w:line="260" w:lineRule="exact"/>
        <w:ind w:left="1080" w:right="0" w:firstLine="0"/>
        <w:jc w:val="both"/>
      </w:pPr>
      <w:r>
        <w:rPr>
          <w:rFonts w:ascii="Times New Roman" w:hAnsi="Times New Roman" w:eastAsia="Times New Roman" w:cs="Times New Roman"/>
          <w:b w:val="0"/>
          <w:sz w:val="24"/>
        </w:rPr>
        <w:t>• Hold in abeyance any existing document retention and/or destruction policies or practices, or any other actions that would result in the deletion of any material.</w:t>
      </w:r>
    </w:p>
    <w:p>
      <w:pPr>
        <w:keepNext w:val="0"/>
        <w:spacing w:before="200" w:after="0" w:line="260" w:lineRule="exact"/>
        <w:ind w:left="1080" w:right="0" w:firstLine="0"/>
        <w:jc w:val="both"/>
      </w:pPr>
      <w:r>
        <w:rPr>
          <w:rFonts w:ascii="Times New Roman" w:hAnsi="Times New Roman" w:eastAsia="Times New Roman" w:cs="Times New Roman"/>
          <w:b w:val="0"/>
          <w:sz w:val="24"/>
        </w:rPr>
        <w:t>• Stop the automatic deletion of emails and other electronic data.</w:t>
      </w:r>
    </w:p>
    <w:p>
      <w:pPr>
        <w:keepNext w:val="0"/>
        <w:spacing w:before="200" w:after="0" w:line="260" w:lineRule="exact"/>
        <w:ind w:left="1080" w:right="0" w:firstLine="0"/>
        <w:jc w:val="both"/>
      </w:pPr>
      <w:r>
        <w:rPr>
          <w:rFonts w:ascii="Times New Roman" w:hAnsi="Times New Roman" w:eastAsia="Times New Roman" w:cs="Times New Roman"/>
          <w:b w:val="0"/>
          <w:sz w:val="24"/>
        </w:rPr>
        <w:t>• Stop the recycling or reuse of computer backup tapes.</w:t>
      </w:r>
    </w:p>
    <w:p>
      <w:pPr>
        <w:keepNext w:val="0"/>
        <w:spacing w:before="200" w:after="0" w:line="260" w:lineRule="exact"/>
        <w:ind w:left="1080" w:right="0" w:firstLine="0"/>
        <w:jc w:val="both"/>
      </w:pPr>
      <w:r>
        <w:rPr>
          <w:rFonts w:ascii="Times New Roman" w:hAnsi="Times New Roman" w:eastAsia="Times New Roman" w:cs="Times New Roman"/>
          <w:b w:val="0"/>
          <w:sz w:val="24"/>
        </w:rPr>
        <w:t>• Secure and preserve all recorded telephone conversations and email correspondence of the decision-makers responsible for terminating [client]'s employment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other adverse action(s)].</w:t>
      </w:r>
    </w:p>
    <w:p>
      <w:pPr>
        <w:keepNext w:val="0"/>
        <w:spacing w:before="200" w:after="0" w:line="260" w:lineRule="exact"/>
        <w:ind w:left="1080" w:right="0" w:firstLine="0"/>
        <w:jc w:val="both"/>
      </w:pPr>
      <w:r>
        <w:rPr>
          <w:rFonts w:ascii="Times New Roman" w:hAnsi="Times New Roman" w:eastAsia="Times New Roman" w:cs="Times New Roman"/>
          <w:b w:val="0"/>
          <w:sz w:val="24"/>
        </w:rPr>
        <w:t>• Maintain all electronic data in reasonably accessible form, including ceasing any automatic archiving to backup tapes.</w:t>
      </w:r>
    </w:p>
    <w:p>
      <w:pPr>
        <w:keepNext w:val="0"/>
        <w:spacing w:before="200" w:after="0" w:line="260" w:lineRule="exact"/>
        <w:ind w:left="1080" w:right="0" w:firstLine="0"/>
        <w:jc w:val="both"/>
      </w:pPr>
      <w:r>
        <w:rPr>
          <w:rFonts w:ascii="Times New Roman" w:hAnsi="Times New Roman" w:eastAsia="Times New Roman" w:cs="Times New Roman"/>
          <w:b w:val="0"/>
          <w:sz w:val="24"/>
        </w:rPr>
        <w:t>• Secure and preserve all computer or electronic hardware, including hard drives, laptops, PDAs, Blackberrys, and other similar equipment and devices, wherever located.</w:t>
      </w:r>
    </w:p>
    <w:p>
      <w:pPr>
        <w:keepNext w:val="0"/>
        <w:spacing w:before="200" w:after="0" w:line="260" w:lineRule="exact"/>
        <w:ind w:left="720" w:right="0" w:firstLine="0"/>
        <w:jc w:val="both"/>
      </w:pPr>
      <w:r>
        <w:rPr>
          <w:rFonts w:ascii="Times New Roman" w:hAnsi="Times New Roman" w:eastAsia="Times New Roman" w:cs="Times New Roman"/>
          <w:b w:val="0"/>
          <w:sz w:val="24"/>
        </w:rPr>
        <w:t>Specifically, you and all Company representatives and employees must preserve all relevant databases, logs of activity (both in paper and electronic formats), surveillance and any other videos or photographs, electronic mail, word processing and accounting files (including prior drafts, "deleted" files, and file fragments), information from calendar or scheduling programs, and metadata within the possession, custody, or control of the Company or its agents, employees, or representatives. See Zubulake v. UBS Warburg, LLC, 220 F.R.D. 212, 217–18 (S.D.N.Y. 2003).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obligation to preserve potentially relevant material includes information retained in network servers, hard drives, backup tapes, audio and/or visual data retention devices, offsite storage facilities or other media retention devices, clouds, or hard copy in any location. If the Company stores any of this information online or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cloud service, you must preserve it or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each electronic data file and document the steps the Company has taken to assure that it will preserve this copy and make it accessible for purposes of litigation. If the Company stores any of this information or data offline, you must preserve all backups, archives, hard disks, hard drives, floppy diskettes, tapes, or other removable electronic media in accessible formats and locations. The Company's obligation also includes potentially relevant information on computer hard drives, laptop computers, personal computers, mobile telephones, PDAs, thumb drives, or other electronic devices located at individual employees' personal residences.</w:t>
      </w:r>
    </w:p>
    <w:p>
      <w:pPr>
        <w:keepNext w:val="0"/>
        <w:spacing w:before="200" w:after="0" w:line="260" w:lineRule="exact"/>
        <w:ind w:left="720" w:right="0" w:firstLine="0"/>
        <w:jc w:val="both"/>
      </w:pPr>
      <w:r>
        <w:rPr>
          <w:rFonts w:ascii="Times New Roman" w:hAnsi="Times New Roman" w:eastAsia="Times New Roman" w:cs="Times New Roman"/>
          <w:b w:val="0"/>
          <w:sz w:val="24"/>
        </w:rPr>
        <w:t>The Company's preservation obligations extend to any documents, data, or information created after you receive this letter, including litigation hold letters and other documents generated in response to this letter.</w:t>
      </w:r>
    </w:p>
    <w:p>
      <w:pPr>
        <w:keepNext w:val="0"/>
        <w:spacing w:before="120" w:after="0" w:line="260" w:lineRule="exact"/>
        <w:ind w:left="360" w:right="0" w:firstLine="0"/>
        <w:jc w:val="left"/>
      </w:pP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[Client] is determined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resolution of her claims. We are writing now to offer the Company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individually-named defendants] the opportunity to resolve those claims now and avoid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costly legal action that will result in substantial liability and adverse publicity. I ask that you or, if you have legal representation for this matter, your attorney contact me by the close of business on [date] to discuss the possibility of resolving this matter informally.</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[Firm]</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