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RESPONSE TO DEMAND LETTER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[FROM]</w:t>
      </w:r>
    </w:p>
    <w:p>
      <w:pPr/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  <w:r>
        <w:rPr>
          <w:rFonts w:ascii="Times New Roman" w:hAnsi="Times New Roman" w:eastAsia="Times New Roman" w:cs="Times New Roman"/>
          <w:sz w:val="24"/>
        </w:rPr>
        <w:t>[TELEPHONE]</w:t>
      </w:r>
    </w:p>
    <w:p>
      <w:pPr/>
      <w:r>
        <w:rPr>
          <w:rFonts w:ascii="Times New Roman" w:hAnsi="Times New Roman" w:eastAsia="Times New Roman" w:cs="Times New Roman"/>
          <w:sz w:val="24"/>
        </w:rPr>
        <w:t>[E-MAIL]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December 24, 2024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>[NAME OF CLAIMANT]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letter represents an official response to the demand letter received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regarding </w:t>
      </w:r>
      <w:r>
        <w:rPr>
          <w:rFonts w:ascii="Times New Roman" w:hAnsi="Times New Roman" w:eastAsia="Times New Roman" w:cs="Times New Roman"/>
          <w:sz w:val="24"/>
        </w:rPr>
        <w:t>[WHAT WAS THE DEMAND ABOUT?]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Be advised that this letter does not represent a refusal or acknowledgment of the demands presented in your letter, but to verify that the claims are valid.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If you can provide documentation proving the accusations in your demand letter, I will respond within </w:t>
      </w:r>
      <w:r>
        <w:rPr>
          <w:rFonts w:ascii="Times New Roman" w:hAnsi="Times New Roman" w:eastAsia="Times New Roman" w:cs="Times New Roman"/>
          <w:b/>
          <w:sz w:val="24"/>
        </w:rPr>
        <w:t>30 days</w:t>
      </w:r>
      <w:r>
        <w:rPr>
          <w:rFonts w:ascii="Times New Roman" w:hAnsi="Times New Roman" w:eastAsia="Times New Roman" w:cs="Times New Roman"/>
          <w:sz w:val="24"/>
        </w:rPr>
        <w:t xml:space="preserve"> after the information is provided to me. I will use the 30-day period to investigate such evidence, and in the meantime, I respectfully request you to cease and desist all activities related to your original demand except for communication related to providing the requested documentation.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