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w:t>
      </w:r>
      <w:r>
        <w:rPr>
          <w:rFonts w:ascii="Times New Roman" w:hAnsi="Times New Roman" w:eastAsia="Times New Roman" w:cs="Times New Roman"/>
          <w:sz w:val="24"/>
        </w:rPr>
        <w:t>name of contractor]</w:t>
      </w:r>
    </w:p>
    <w:p>
      <w:pPr/>
      <w:r>
        <w:rPr>
          <w:rFonts w:ascii="Times New Roman" w:hAnsi="Times New Roman" w:eastAsia="Times New Roman" w:cs="Times New Roman"/>
          <w:sz w:val="24"/>
        </w:rPr>
        <w:t>[</w:t>
      </w:r>
      <w:r>
        <w:rPr>
          <w:rFonts w:ascii="Times New Roman" w:hAnsi="Times New Roman" w:eastAsia="Times New Roman" w:cs="Times New Roman"/>
          <w:sz w:val="24"/>
        </w:rPr>
        <w:t>address of contractor]</w:t>
      </w:r>
    </w:p>
    <w:p>
      <w:pPr/>
      <w:r>
        <w:rPr>
          <w:rFonts w:ascii="Times New Roman" w:hAnsi="Times New Roman" w:eastAsia="Times New Roman" w:cs="Times New Roman"/>
          <w:sz w:val="24"/>
        </w:rPr>
        <w:t>Via Certified Mail</w:t>
      </w:r>
    </w:p>
    <w:p>
      <w:pPr/>
      <w:r>
        <w:rPr>
          <w:rFonts w:ascii="Times New Roman" w:hAnsi="Times New Roman" w:eastAsia="Times New Roman" w:cs="Times New Roman"/>
          <w:sz w:val="24"/>
        </w:rPr>
        <w:t xml:space="preserve">Return Receipt # </w:t>
      </w:r>
      <w:r>
        <w:rPr>
          <w:rFonts w:ascii="Times New Roman" w:hAnsi="Times New Roman" w:eastAsia="Times New Roman" w:cs="Times New Roman"/>
          <w:sz w:val="24"/>
        </w:rPr>
        <w:t>[</w:t>
      </w:r>
      <w:r>
        <w:rPr>
          <w:rFonts w:ascii="Times New Roman" w:hAnsi="Times New Roman" w:eastAsia="Times New Roman" w:cs="Times New Roman"/>
          <w:sz w:val="24"/>
        </w:rPr>
        <w:t>return receipt #]</w:t>
      </w:r>
    </w:p>
    <w:p>
      <w:pPr/>
      <w:r>
        <w:rPr>
          <w:rFonts w:ascii="Times New Roman" w:hAnsi="Times New Roman" w:eastAsia="Times New Roman" w:cs="Times New Roman"/>
          <w:sz w:val="24"/>
        </w:rPr>
        <w:t>RE: Demand for Sworn Contractor’s Statement Pursuant to 770 Ill. Comp. Stat. Ann. 60/5.</w:t>
      </w:r>
    </w:p>
    <w:p>
      <w:pPr/>
      <w:r>
        <w:rPr>
          <w:rFonts w:ascii="Times New Roman" w:hAnsi="Times New Roman" w:eastAsia="Times New Roman" w:cs="Times New Roman"/>
          <w:sz w:val="24"/>
        </w:rPr>
        <w:t>[</w:t>
      </w:r>
      <w:r>
        <w:rPr>
          <w:rFonts w:ascii="Times New Roman" w:hAnsi="Times New Roman" w:eastAsia="Times New Roman" w:cs="Times New Roman"/>
          <w:sz w:val="24"/>
        </w:rPr>
        <w:t>name of Contractor]:</w:t>
      </w:r>
    </w:p>
    <w:p>
      <w:pPr/>
      <w:r>
        <w:rPr>
          <w:rFonts w:ascii="Times New Roman" w:hAnsi="Times New Roman" w:eastAsia="Times New Roman" w:cs="Times New Roman"/>
          <w:sz w:val="24"/>
        </w:rPr>
        <w:t xml:space="preserve">The undersigned is the owner of property located at </w:t>
      </w:r>
      <w:r>
        <w:rPr>
          <w:rFonts w:ascii="Times New Roman" w:hAnsi="Times New Roman" w:eastAsia="Times New Roman" w:cs="Times New Roman"/>
          <w:sz w:val="24"/>
        </w:rPr>
        <w:t>[</w:t>
      </w:r>
      <w:r>
        <w:rPr>
          <w:rFonts w:ascii="Times New Roman" w:hAnsi="Times New Roman" w:eastAsia="Times New Roman" w:cs="Times New Roman"/>
          <w:sz w:val="24"/>
        </w:rPr>
        <w:t xml:space="preserve">property address] on which improvements are being undertaken (the “Project”) pursuant to that contract dated </w:t>
      </w:r>
      <w:r>
        <w:rPr>
          <w:rFonts w:ascii="Times New Roman" w:hAnsi="Times New Roman" w:eastAsia="Times New Roman" w:cs="Times New Roman"/>
          <w:sz w:val="24"/>
        </w:rPr>
        <w:t>[</w:t>
      </w:r>
      <w:r>
        <w:rPr>
          <w:rFonts w:ascii="Times New Roman" w:hAnsi="Times New Roman" w:eastAsia="Times New Roman" w:cs="Times New Roman"/>
          <w:sz w:val="24"/>
        </w:rPr>
        <w:t xml:space="preserve">date of contract] between the undersigned as owner and </w:t>
      </w:r>
      <w:r>
        <w:rPr>
          <w:rFonts w:ascii="Times New Roman" w:hAnsi="Times New Roman" w:eastAsia="Times New Roman" w:cs="Times New Roman"/>
          <w:sz w:val="24"/>
        </w:rPr>
        <w:t>[</w:t>
      </w:r>
      <w:r>
        <w:rPr>
          <w:rFonts w:ascii="Times New Roman" w:hAnsi="Times New Roman" w:eastAsia="Times New Roman" w:cs="Times New Roman"/>
          <w:sz w:val="24"/>
        </w:rPr>
        <w:t>name of contractor] as contractor.</w:t>
      </w:r>
    </w:p>
    <w:p>
      <w:pPr/>
      <w:r>
        <w:rPr>
          <w:rFonts w:ascii="Times New Roman" w:hAnsi="Times New Roman" w:eastAsia="Times New Roman" w:cs="Times New Roman"/>
          <w:sz w:val="24"/>
        </w:rPr>
        <w:t>Demand is hereby made by the undersigned that you, as contractor for the Project, provide a sworn statement, as required by 770 Ill. Comp. Stat. Ann. 60/5, listing the names and addresses of all parties furnishing labor, services, materials, fixtures, apparatus, or machinery to the Project. In addition to the above-requested information, the sworn statement must set out the form of the work or materials provided and all amounts due or to become due to each party. The statement must be under oath or verified by affidavit to be acceptable. Please note that the sworn statement must be received by the undersigned prior to any payments being made.</w:t>
      </w:r>
    </w:p>
    <w:p>
      <w:pPr/>
      <w:r>
        <w:rPr>
          <w:rFonts w:ascii="Times New Roman" w:hAnsi="Times New Roman" w:eastAsia="Times New Roman" w:cs="Times New Roman"/>
          <w:sz w:val="24"/>
        </w:rPr>
        <w:t>Please forward the completed sworn statement to the undersigned as follows:</w:t>
      </w:r>
    </w:p>
    <w:p>
      <w:pPr/>
      <w:r>
        <w:rPr>
          <w:rFonts w:ascii="Times New Roman" w:hAnsi="Times New Roman" w:eastAsia="Times New Roman" w:cs="Times New Roman"/>
          <w:sz w:val="24"/>
        </w:rPr>
        <w:t>[</w:t>
      </w:r>
      <w:r>
        <w:rPr>
          <w:rFonts w:ascii="Times New Roman" w:hAnsi="Times New Roman" w:eastAsia="Times New Roman" w:cs="Times New Roman"/>
          <w:sz w:val="24"/>
        </w:rPr>
        <w:t>name of owner]</w:t>
      </w:r>
    </w:p>
    <w:p>
      <w:pPr/>
      <w:r>
        <w:rPr>
          <w:rFonts w:ascii="Times New Roman" w:hAnsi="Times New Roman" w:eastAsia="Times New Roman" w:cs="Times New Roman"/>
          <w:sz w:val="24"/>
        </w:rPr>
        <w:t>[</w:t>
      </w:r>
      <w:r>
        <w:rPr>
          <w:rFonts w:ascii="Times New Roman" w:hAnsi="Times New Roman" w:eastAsia="Times New Roman" w:cs="Times New Roman"/>
          <w:sz w:val="24"/>
        </w:rPr>
        <w:t>address]</w:t>
      </w:r>
    </w:p>
    <w:p>
      <w:pPr/>
      <w:r>
        <w:rPr>
          <w:rFonts w:ascii="Times New Roman" w:hAnsi="Times New Roman" w:eastAsia="Times New Roman" w:cs="Times New Roman"/>
          <w:sz w:val="24"/>
        </w:rPr>
        <w:t>Thank you for your attention to this matter.</w:t>
      </w:r>
    </w:p>
    <w:p>
      <w:pPr/>
    </w:p>
    <w:p>
      <w:pPr/>
      <w:r>
        <w:rPr>
          <w:rFonts w:ascii="Times New Roman" w:hAnsi="Times New Roman" w:eastAsia="Times New Roman" w:cs="Times New Roman"/>
          <w:sz w:val="24"/>
        </w:rPr>
        <w:t xml:space="preserve">Dated: </w:t>
      </w:r>
      <w:r>
        <w:rPr>
          <w:rFonts w:ascii="Times New Roman" w:hAnsi="Times New Roman" w:eastAsia="Times New Roman" w:cs="Times New Roman"/>
          <w:sz w:val="24"/>
        </w:rPr>
        <w:t>[</w:t>
      </w:r>
      <w:r>
        <w:rPr>
          <w:rFonts w:ascii="Times New Roman" w:hAnsi="Times New Roman" w:eastAsia="Times New Roman" w:cs="Times New Roman"/>
          <w:sz w:val="24"/>
        </w:rPr>
        <w:t>date]</w:t>
      </w:r>
    </w:p>
    <w:p>
      <w:pPr/>
      <w:r>
        <w:rPr>
          <w:rFonts w:ascii="Times New Roman" w:hAnsi="Times New Roman" w:eastAsia="Times New Roman" w:cs="Times New Roman"/>
          <w:sz w:val="24"/>
        </w:rPr>
        <w:t>Sincerely,</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