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Demand for Sworn Statement of Contractor to Owner under  770 Ill. Comp. Stat. Ann. 60/5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contractor]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contractor]</w:t>
      </w:r>
    </w:p>
    <w:p>
      <w:pPr>
        <w:keepNext w:val="0"/>
        <w:spacing w:before="200" w:after="0" w:line="260" w:lineRule="exact"/>
        <w:ind w:left="360" w:right="0" w:firstLine="0"/>
        <w:jc w:val="both"/>
      </w:pPr>
      <w:r>
        <w:rPr>
          <w:rFonts w:ascii="Times New Roman" w:hAnsi="Times New Roman" w:eastAsia="Times New Roman" w:cs="Times New Roman"/>
          <w:b w:val="0"/>
          <w:sz w:val="24"/>
        </w:rPr>
        <w:t>Via Certified Mail</w:t>
      </w:r>
    </w:p>
    <w:p>
      <w:pPr>
        <w:keepNext w:val="0"/>
        <w:spacing w:before="200" w:after="0" w:line="260" w:lineRule="exact"/>
        <w:ind w:left="360" w:right="0" w:firstLine="0"/>
        <w:jc w:val="both"/>
      </w:pPr>
      <w:r>
        <w:rPr>
          <w:rFonts w:ascii="Times New Roman" w:hAnsi="Times New Roman" w:eastAsia="Times New Roman" w:cs="Times New Roman"/>
          <w:b w:val="0"/>
          <w:sz w:val="24"/>
        </w:rPr>
        <w:t>Return Receipt # [return receipt #]</w:t>
      </w:r>
    </w:p>
    <w:p>
      <w:pPr>
        <w:keepNext w:val="0"/>
        <w:spacing w:before="200" w:after="0" w:line="260" w:lineRule="exact"/>
        <w:ind w:left="360" w:right="0" w:firstLine="0"/>
        <w:jc w:val="both"/>
      </w:pPr>
      <w:r>
        <w:rPr>
          <w:rFonts w:ascii="Times New Roman" w:hAnsi="Times New Roman" w:eastAsia="Times New Roman" w:cs="Times New Roman"/>
          <w:b w:val="0"/>
          <w:sz w:val="24"/>
        </w:rPr>
        <w:t>RE: Demand for Sworn Contractor’s Statement Pursuant to 770 Ill. Comp. Stat. Ann. 60/5.</w:t>
      </w:r>
    </w:p>
    <w:p>
      <w:pPr>
        <w:keepNext w:val="0"/>
        <w:spacing w:before="200" w:after="0" w:line="260" w:lineRule="exact"/>
        <w:ind w:left="360" w:right="0" w:firstLine="0"/>
        <w:jc w:val="both"/>
      </w:pPr>
      <w:r>
        <w:rPr>
          <w:rFonts w:ascii="Times New Roman" w:hAnsi="Times New Roman" w:eastAsia="Times New Roman" w:cs="Times New Roman"/>
          <w:b w:val="0"/>
          <w:sz w:val="24"/>
        </w:rPr>
        <w:t>[name of Contractor]:</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is the owner of property located at [property address] on which improvements are being undertaken (the “Project”) pursuant to that contract dated [date of contract] between the undersigned as owner and [name of contractor] as 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Demand is hereby made by the undersigned that you, as contractor for the Project,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sworn statement, as required by 770 Ill. Comp. Stat. Ann. 60/5, listing the names and addresses of all parties furnishing labor, services, materials, fixtures, apparatus, or machinery to the Project. In addition to the above-requested information, the sworn statement must set out the form of the work or materials provided and all amounts due or to become due to each party. The statement must be under oath or verified by affidavit to be acceptable. Please note that the sworn statement must be received by the undersigned prior to any payments being made.</w:t>
      </w:r>
    </w:p>
    <w:p>
      <w:pPr>
        <w:keepNext w:val="0"/>
        <w:spacing w:before="200" w:after="0" w:line="260" w:lineRule="exact"/>
        <w:ind w:left="360" w:right="0" w:firstLine="0"/>
        <w:jc w:val="both"/>
      </w:pPr>
      <w:r>
        <w:rPr>
          <w:rFonts w:ascii="Times New Roman" w:hAnsi="Times New Roman" w:eastAsia="Times New Roman" w:cs="Times New Roman"/>
          <w:b w:val="0"/>
          <w:sz w:val="24"/>
        </w:rPr>
        <w:t>Please forward the completed sworn statement to the undersigned as follows:</w:t>
      </w:r>
    </w:p>
    <w:p>
      <w:pPr>
        <w:keepNext w:val="0"/>
        <w:spacing w:before="200" w:after="0" w:line="260" w:lineRule="exact"/>
        <w:ind w:left="360" w:right="0" w:firstLine="0"/>
        <w:jc w:val="both"/>
      </w:pPr>
      <w:r>
        <w:rPr>
          <w:rFonts w:ascii="Times New Roman" w:hAnsi="Times New Roman" w:eastAsia="Times New Roman" w:cs="Times New Roman"/>
          <w:b w:val="0"/>
          <w:sz w:val="24"/>
        </w:rPr>
        <w:t>[name of owner]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attention to this matter.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