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DENTAL PATIENT CONSENT FORM</w:t>
      </w:r>
    </w:p>
    <w:p>
      <w:pPr/>
    </w:p>
    <w:p>
      <w:pPr/>
    </w:p>
    <w:p>
      <w:pPr/>
      <w:r>
        <w:rPr>
          <w:rFonts w:ascii="Times New Roman" w:hAnsi="Times New Roman" w:eastAsia="Times New Roman" w:cs="Times New Roman"/>
          <w:sz w:val="24"/>
        </w:rPr>
        <w:t>This information is provided to help you understand the treatment I am recommending for you. Before I begin treatment, I want to be certain that I have provided you with enough information in a way you can understand, so that you’re well informed and confident that you wish to proceed. This form will provide some of the information. I will also have a discussion with you.</w:t>
      </w:r>
    </w:p>
    <w:p>
      <w:pPr/>
    </w:p>
    <w:p>
      <w:pPr/>
      <w:r>
        <w:rPr>
          <w:rFonts w:ascii="Times New Roman" w:hAnsi="Times New Roman" w:eastAsia="Times New Roman" w:cs="Times New Roman"/>
          <w:b/>
          <w:sz w:val="24"/>
        </w:rPr>
        <w:t>PLEASE BE SURE TO ASK ANY QUESTIONS YOU WISH!</w:t>
      </w:r>
    </w:p>
    <w:p>
      <w:pPr/>
    </w:p>
    <w:p>
      <w:pPr/>
      <w:r>
        <w:rPr>
          <w:rFonts w:ascii="Times New Roman" w:hAnsi="Times New Roman" w:eastAsia="Times New Roman" w:cs="Times New Roman"/>
          <w:sz w:val="24"/>
        </w:rPr>
        <w:t xml:space="preserve">It’s better to ask them now than wonder about it after we start the treatment.  </w:t>
      </w:r>
    </w:p>
    <w:p>
      <w:pPr/>
    </w:p>
    <w:p>
      <w:pPr/>
      <w:r>
        <w:rPr>
          <w:rFonts w:ascii="Times New Roman" w:hAnsi="Times New Roman" w:eastAsia="Times New Roman" w:cs="Times New Roman"/>
          <w:sz w:val="24"/>
        </w:rPr>
        <w:t>Nature of the Recommended Treatment:</w:t>
      </w:r>
    </w:p>
    <w:p>
      <w:pPr/>
    </w:p>
    <w:p>
      <w:pPr/>
      <w:r>
        <w:rPr>
          <w:rFonts w:ascii="Times New Roman" w:hAnsi="Times New Roman" w:eastAsia="Times New Roman" w:cs="Times New Roman"/>
          <w:sz w:val="24"/>
        </w:rPr>
        <w:t xml:space="preserve">I am recommending the following treatment(s) for you: </w:t>
      </w:r>
    </w:p>
    <w:p>
      <w:pPr/>
    </w:p>
    <w:p>
      <w:pPr/>
      <w:r>
        <w:rPr>
          <w:rFonts w:ascii="Times New Roman" w:hAnsi="Times New Roman" w:eastAsia="Times New Roman" w:cs="Times New Roman"/>
          <w:sz w:val="24"/>
        </w:rPr>
        <w:t>[TREATMENT RECOMMENDATIONS]</w:t>
      </w:r>
    </w:p>
    <w:p>
      <w:pPr/>
    </w:p>
    <w:p>
      <w:pPr/>
      <w:r>
        <w:rPr>
          <w:rFonts w:ascii="Times New Roman" w:hAnsi="Times New Roman" w:eastAsia="Times New Roman" w:cs="Times New Roman"/>
          <w:sz w:val="24"/>
        </w:rPr>
        <w:t>I base this recommendation on the visual examination(s) I have performed, on any x-rays, models, photos and other diagnostic tests I have taken, and on my knowledge of your medical and dental history. I have also taken into consideration any information you have given me about your needs and wants. The treatment is necessary because:</w:t>
      </w:r>
    </w:p>
    <w:p>
      <w:pPr/>
    </w:p>
    <w:p>
      <w:pPr/>
      <w:r>
        <w:rPr>
          <w:rFonts w:ascii="Times New Roman" w:hAnsi="Times New Roman" w:eastAsia="Times New Roman" w:cs="Times New Roman"/>
          <w:sz w:val="24"/>
        </w:rPr>
        <w:t>[EXPLAIN REASON]</w:t>
      </w:r>
    </w:p>
    <w:p>
      <w:pPr/>
    </w:p>
    <w:p>
      <w:pPr/>
      <w:r>
        <w:rPr>
          <w:rFonts w:ascii="Times New Roman" w:hAnsi="Times New Roman" w:eastAsia="Times New Roman" w:cs="Times New Roman"/>
          <w:sz w:val="24"/>
        </w:rPr>
        <w:t xml:space="preserve">The benefits of this treatment are: </w:t>
      </w:r>
    </w:p>
    <w:p>
      <w:pPr/>
    </w:p>
    <w:p>
      <w:pPr/>
      <w:r>
        <w:rPr>
          <w:rFonts w:ascii="Times New Roman" w:hAnsi="Times New Roman" w:eastAsia="Times New Roman" w:cs="Times New Roman"/>
          <w:sz w:val="24"/>
        </w:rPr>
        <w:t>[EXPLAIN BENEFITS]</w:t>
      </w:r>
    </w:p>
    <w:p>
      <w:pPr/>
    </w:p>
    <w:p>
      <w:pPr/>
      <w:r>
        <w:rPr>
          <w:rFonts w:ascii="Times New Roman" w:hAnsi="Times New Roman" w:eastAsia="Times New Roman" w:cs="Times New Roman"/>
          <w:sz w:val="24"/>
        </w:rPr>
        <w:t>The prognosis, or chance of success, of the treatment is:</w:t>
      </w:r>
    </w:p>
    <w:p>
      <w:pPr/>
    </w:p>
    <w:p>
      <w:pPr/>
      <w:r>
        <w:rPr>
          <w:rFonts w:ascii="Times New Roman" w:hAnsi="Times New Roman" w:eastAsia="Times New Roman" w:cs="Times New Roman"/>
          <w:sz w:val="24"/>
        </w:rPr>
        <w:t>[EXPLAIN PROGNOSIS]</w:t>
      </w:r>
    </w:p>
    <w:p>
      <w:pPr/>
    </w:p>
    <w:p>
      <w:pPr/>
      <w:r>
        <w:rPr>
          <w:rFonts w:ascii="Times New Roman" w:hAnsi="Times New Roman" w:eastAsia="Times New Roman" w:cs="Times New Roman"/>
          <w:sz w:val="24"/>
        </w:rPr>
        <w:t xml:space="preserve">I expect that it will take approximately </w:t>
      </w:r>
      <w:r>
        <w:rPr>
          <w:rFonts w:ascii="Times New Roman" w:hAnsi="Times New Roman" w:eastAsia="Times New Roman" w:cs="Times New Roman"/>
          <w:sz w:val="24"/>
        </w:rPr>
        <w:t>[DURATION]</w:t>
      </w:r>
      <w:r>
        <w:rPr>
          <w:rFonts w:ascii="Times New Roman" w:hAnsi="Times New Roman" w:eastAsia="Times New Roman" w:cs="Times New Roman"/>
          <w:sz w:val="24"/>
        </w:rPr>
        <w:t xml:space="preserve"> to complete the treatment, but it could be shorter or longer based on what we experience as the treatment progresses. </w:t>
      </w:r>
    </w:p>
    <w:p>
      <w:pPr/>
    </w:p>
    <w:p>
      <w:pPr/>
      <w:r>
        <w:rPr>
          <w:rFonts w:ascii="Times New Roman" w:hAnsi="Times New Roman" w:eastAsia="Times New Roman" w:cs="Times New Roman"/>
          <w:sz w:val="24"/>
        </w:rPr>
        <w:t xml:space="preserve">I expect it to cost about $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and I will let you know as soon as possible if the cost estimate increases or if it can be reduced.</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Alternative Treatments</w:t>
      </w:r>
    </w:p>
    <w:p>
      <w:pPr/>
    </w:p>
    <w:p>
      <w:pPr/>
      <w:r>
        <w:rPr>
          <w:rFonts w:ascii="Times New Roman" w:hAnsi="Times New Roman" w:eastAsia="Times New Roman" w:cs="Times New Roman"/>
          <w:sz w:val="24"/>
        </w:rPr>
        <w:t xml:space="preserve">There are many ways to treat dental problems. I have chosen the one that I think best suits your needs. However, them are other ways that your condition can be treated, including: </w:t>
      </w:r>
    </w:p>
    <w:p>
      <w:pPr/>
    </w:p>
    <w:p>
      <w:pPr/>
      <w:r>
        <w:rPr>
          <w:rFonts w:ascii="Times New Roman" w:hAnsi="Times New Roman" w:eastAsia="Times New Roman" w:cs="Times New Roman"/>
          <w:sz w:val="24"/>
        </w:rPr>
        <w:t>[ALTERNATIVE TREATMENTS]</w:t>
      </w:r>
    </w:p>
    <w:p>
      <w:pPr/>
    </w:p>
    <w:p>
      <w:pPr/>
      <w:r>
        <w:rPr>
          <w:rFonts w:ascii="Times New Roman" w:hAnsi="Times New Roman" w:eastAsia="Times New Roman" w:cs="Times New Roman"/>
          <w:sz w:val="24"/>
        </w:rPr>
        <w:t>If you have any questions about these alternatives, or about any other treatments you have heard or thought about, please ask.</w:t>
      </w:r>
    </w:p>
    <w:p>
      <w:pPr/>
    </w:p>
    <w:p>
      <w:pPr/>
      <w:r>
        <w:rPr>
          <w:rFonts w:ascii="Times New Roman" w:hAnsi="Times New Roman" w:eastAsia="Times New Roman" w:cs="Times New Roman"/>
          <w:sz w:val="24"/>
        </w:rPr>
        <w:t>Risks Of The Recommended Treatment</w:t>
      </w:r>
    </w:p>
    <w:p>
      <w:pPr/>
    </w:p>
    <w:p>
      <w:pPr/>
      <w:r>
        <w:rPr>
          <w:rFonts w:ascii="Times New Roman" w:hAnsi="Times New Roman" w:eastAsia="Times New Roman" w:cs="Times New Roman"/>
          <w:sz w:val="24"/>
        </w:rPr>
        <w:t xml:space="preserve">No dental treatment is completely risk free. I will take reasonable steps to limit any complications of the treatment I have recommended. However, there are some complications that tend to occur with some regularity. </w:t>
      </w:r>
    </w:p>
    <w:p>
      <w:pPr/>
    </w:p>
    <w:p>
      <w:pPr/>
      <w:r>
        <w:rPr>
          <w:rFonts w:ascii="Times New Roman" w:hAnsi="Times New Roman" w:eastAsia="Times New Roman" w:cs="Times New Roman"/>
          <w:sz w:val="24"/>
        </w:rPr>
        <w:t>These include:</w:t>
      </w:r>
    </w:p>
    <w:p>
      <w:pPr/>
    </w:p>
    <w:p>
      <w:pPr/>
      <w:r>
        <w:rPr>
          <w:rFonts w:ascii="Times New Roman" w:hAnsi="Times New Roman" w:eastAsia="Times New Roman" w:cs="Times New Roman"/>
          <w:sz w:val="24"/>
        </w:rPr>
        <w:t>[EXPLAIN RISKS]</w:t>
      </w:r>
    </w:p>
    <w:p>
      <w:pPr/>
    </w:p>
    <w:p>
      <w:pPr/>
      <w:r>
        <w:rPr>
          <w:rFonts w:ascii="Times New Roman" w:hAnsi="Times New Roman" w:eastAsia="Times New Roman" w:cs="Times New Roman"/>
          <w:sz w:val="24"/>
        </w:rPr>
        <w:t>If you have any questions about these complications, or about any other complications you have heard or thought about, please ask. I believe that the treatment will be most successful when you understand as much as possible about it, because you will be able to provide more information to me and to ask better questions. No question is too simple to ask and I have as much time to answer them as you need. When you feel you can make on educated decision about this recommendation, then we can get started with treatment.</w:t>
      </w:r>
    </w:p>
    <w:p>
      <w:pPr/>
    </w:p>
    <w:p>
      <w:pPr/>
      <w:r>
        <w:rPr>
          <w:rFonts w:ascii="Times New Roman" w:hAnsi="Times New Roman" w:eastAsia="Times New Roman" w:cs="Times New Roman"/>
          <w:b/>
          <w:sz w:val="24"/>
        </w:rPr>
        <w:t>Acknowledgment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PATIENT]</w:t>
      </w:r>
      <w:r>
        <w:rPr>
          <w:rFonts w:ascii="Times New Roman" w:hAnsi="Times New Roman" w:eastAsia="Times New Roman" w:cs="Times New Roman"/>
          <w:sz w:val="24"/>
        </w:rPr>
        <w:t xml:space="preserve">, have received information about the proposed treatment. </w:t>
      </w:r>
    </w:p>
    <w:p>
      <w:pPr/>
    </w:p>
    <w:p>
      <w:pPr/>
      <w:r>
        <w:rPr>
          <w:rFonts w:ascii="Times New Roman" w:hAnsi="Times New Roman" w:eastAsia="Times New Roman" w:cs="Times New Roman"/>
          <w:sz w:val="24"/>
        </w:rPr>
        <w:t>I have discussed my treatment with the undersigned Treating Dentist and have been given an opportunity to ask questions and have them fully answered. I understand the nature of the recommended treatment, alternate treatment options, and the risks of the recommended treatment and hold the Treating Dentist, and any of his/her associates, harmless of any wrongdoing in connection with the treatment. Provided that any complications did not arise due to negligence.</w:t>
      </w:r>
    </w:p>
    <w:p>
      <w:pPr/>
    </w:p>
    <w:p>
      <w:pPr/>
      <w:r>
        <w:rPr>
          <w:rFonts w:ascii="Times New Roman" w:hAnsi="Times New Roman" w:eastAsia="Times New Roman" w:cs="Times New Roman"/>
          <w:sz w:val="24"/>
        </w:rPr>
        <w:t>Furthermore, I wish to proceed with the recommend treatment.</w:t>
      </w:r>
    </w:p>
    <w:p>
      <w:pPr/>
    </w:p>
    <w:p>
      <w:pPr/>
    </w:p>
    <w:p>
      <w:pPr/>
      <w:r>
        <w:rPr>
          <w:rFonts w:ascii="Times New Roman" w:hAnsi="Times New Roman" w:eastAsia="Times New Roman" w:cs="Times New Roman"/>
          <w:b/>
          <w:sz w:val="24"/>
        </w:rPr>
        <w:t>Patient or Guardian</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______________________________________</w:t>
      </w:r>
      <w:r>
        <w:rPr>
          <w:rFonts w:ascii="Times New Roman" w:hAnsi="Times New Roman" w:eastAsia="Times New Roman" w:cs="Times New Roman"/>
          <w:sz w:val="24"/>
        </w:rPr>
        <w:t xml:space="preserve"> Date:________________________</w:t>
      </w:r>
    </w:p>
    <w:p>
      <w:pPr/>
    </w:p>
    <w:p>
      <w:pPr/>
    </w:p>
    <w:p>
      <w:pPr/>
      <w:r>
        <w:rPr>
          <w:rFonts w:ascii="Times New Roman" w:hAnsi="Times New Roman" w:eastAsia="Times New Roman" w:cs="Times New Roman"/>
          <w:b/>
          <w:sz w:val="24"/>
        </w:rPr>
        <w:t>Treating Dentist</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______________________________________</w:t>
      </w:r>
      <w:r>
        <w:rPr>
          <w:rFonts w:ascii="Times New Roman" w:hAnsi="Times New Roman" w:eastAsia="Times New Roman" w:cs="Times New Roman"/>
          <w:sz w:val="24"/>
        </w:rPr>
        <w:t xml:space="preserve"> Date:________________________</w:t>
      </w:r>
    </w:p>
    <w:p>
      <w:pPr/>
    </w:p>
    <w:p>
      <w:pPr/>
    </w:p>
    <w:p>
      <w:pPr/>
      <w:r>
        <w:rPr>
          <w:rFonts w:ascii="Times New Roman" w:hAnsi="Times New Roman" w:eastAsia="Times New Roman" w:cs="Times New Roman"/>
          <w:b/>
          <w:sz w:val="24"/>
        </w:rPr>
        <w:t xml:space="preserve">Witness </w:t>
      </w:r>
    </w:p>
    <w:p>
      <w:pPr/>
    </w:p>
    <w:p>
      <w:pPr/>
    </w:p>
    <w:p>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______________________________________</w:t>
      </w:r>
      <w:r>
        <w:rPr>
          <w:rFonts w:ascii="Times New Roman" w:hAnsi="Times New Roman" w:eastAsia="Times New Roman" w:cs="Times New Roman"/>
          <w:sz w:val="24"/>
        </w:rPr>
        <w:t xml:space="preserve"> Date:________________________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