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12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DENTAL SCHOOL LETTER OF INTENT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[DENTAL SCHOOL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120"/>
        <w:jc w:val="both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sz w:val="24"/>
        </w:rPr>
        <w:t>[INTRO, THANK YOU FOR CONSIDERATION]</w:t>
      </w:r>
    </w:p>
    <w:p>
      <w:pPr>
        <w:spacing w:before="0" w:after="120"/>
        <w:jc w:val="both"/>
      </w:pPr>
    </w:p>
    <w:p>
      <w:pPr>
        <w:spacing w:before="0" w:after="0" w:line="256" w:lineRule="auto"/>
        <w:jc w:val="both"/>
      </w:pPr>
      <w:r>
        <w:rPr>
          <w:rFonts w:ascii="Times New Roman" w:hAnsi="Times New Roman" w:eastAsia="Times New Roman" w:cs="Times New Roman"/>
          <w:sz w:val="24"/>
        </w:rPr>
        <w:t>[UPDATES SINCE INTERVIEW, CONTRIBUTIONS TO SCHOOL, CONTACT WITH STUDENTS/FACULTY/ALUMNI]</w:t>
      </w:r>
    </w:p>
    <w:p>
      <w:pPr>
        <w:spacing w:before="0" w:after="0" w:line="256" w:lineRule="auto"/>
        <w:jc w:val="both"/>
      </w:pPr>
    </w:p>
    <w:p>
      <w:pPr>
        <w:spacing w:before="0" w:after="0" w:line="256" w:lineRule="auto"/>
        <w:jc w:val="both"/>
      </w:pPr>
    </w:p>
    <w:p>
      <w:pPr>
        <w:spacing w:before="0" w:after="0" w:line="256" w:lineRule="auto"/>
        <w:jc w:val="both"/>
      </w:pPr>
      <w:r>
        <w:rPr>
          <w:rFonts w:ascii="Times New Roman" w:hAnsi="Times New Roman" w:eastAsia="Times New Roman" w:cs="Times New Roman"/>
          <w:sz w:val="24"/>
        </w:rPr>
        <w:t>[WEAKNESSES + HOW TO IMPROVE, CONFIRM TOP CHOICE, SECOND THANK YOU]</w:t>
      </w:r>
    </w:p>
    <w:p>
      <w:pPr>
        <w:spacing w:before="0" w:after="120"/>
        <w:jc w:val="both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120"/>
      </w:pP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[Signature]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[Print Name]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[Email]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before="0" w:after="120"/>
      </w:pPr>
      <w:r>
        <w:rPr>
          <w:rFonts w:ascii="Times New Roman" w:hAnsi="Times New Roman" w:eastAsia="Times New Roman" w:cs="Times New Roman"/>
          <w:sz w:val="24"/>
        </w:rPr>
        <w:t>[Phone]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