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[NAME OF FOREIGN PRIVATE ISSUER]</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[NAME OF DEPOSITORY BANK]</w:t>
      </w:r>
    </w:p>
    <w:p>
      <w:pPr>
        <w:keepNext w:val="0"/>
        <w:spacing w:before="200" w:after="0" w:line="260" w:lineRule="exact"/>
        <w:ind w:left="360" w:right="0" w:firstLine="0"/>
        <w:jc w:val="center"/>
      </w:pPr>
      <w:r>
        <w:rPr>
          <w:rFonts w:ascii="Times New Roman" w:hAnsi="Times New Roman" w:eastAsia="Times New Roman" w:cs="Times New Roman"/>
          <w:b/>
          <w:sz w:val="24"/>
        </w:rPr>
        <w:t>AS DEPOSITARY</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OWNERS AND BENEFICIAL OWNERS OF AMERICAN DEPOSITARY RECEIPTS</w:t>
      </w:r>
    </w:p>
    <w:p>
      <w:pPr>
        <w:keepNext w:val="0"/>
        <w:spacing w:before="200" w:after="0" w:line="260" w:lineRule="exact"/>
        <w:ind w:left="360" w:right="0" w:firstLine="0"/>
        <w:jc w:val="center"/>
      </w:pPr>
      <w:r>
        <w:rPr>
          <w:rFonts w:ascii="Times New Roman" w:hAnsi="Times New Roman" w:eastAsia="Times New Roman" w:cs="Times New Roman"/>
          <w:b/>
          <w:sz w:val="24"/>
        </w:rPr>
        <w:t>DEPOSIT AGREEMENT</w:t>
      </w:r>
    </w:p>
    <w:p>
      <w:pPr>
        <w:keepNext w:val="0"/>
        <w:spacing w:before="200" w:after="0" w:line="260" w:lineRule="exact"/>
        <w:ind w:left="360" w:right="0" w:firstLine="0"/>
        <w:jc w:val="center"/>
      </w:pPr>
      <w:r>
        <w:rPr>
          <w:rFonts w:ascii="Times New Roman" w:hAnsi="Times New Roman" w:eastAsia="Times New Roman" w:cs="Times New Roman"/>
          <w:b/>
          <w:sz w:val="24"/>
        </w:rPr>
        <w:t>DATED AS OF [DATE]</w:t>
      </w:r>
    </w:p>
    <w:p>
      <w:pPr>
        <w:keepNext w:val="0"/>
        <w:spacing w:before="120" w:after="0" w:line="260" w:lineRule="exact"/>
        <w:ind w:left="360" w:right="0" w:firstLine="0"/>
        <w:jc w:val="left"/>
      </w:pPr>
      <w:r>
        <w:rPr>
          <w:rFonts w:ascii="Times New Roman" w:hAnsi="Times New Roman" w:eastAsia="Times New Roman" w:cs="Times New Roman"/>
          <w:b/>
          <w:sz w:val="24"/>
        </w:rPr>
        <w:t>DEPOSIT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DEPOSIT AGREEMENT dated as of [Date] among [Foreign Private Issuer], incorporated under the laws of the [Jurisdiction of Incorporation] (herein called the Company), [Name of Depositary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banking corporation (herein called the Depositary), and all Owners and Beneficial Owners from time to time of American Depositary Receipts issued hereunder.</w:t>
      </w:r>
    </w:p>
    <w:p>
      <w:pPr>
        <w:keepNext w:val="0"/>
        <w:spacing w:before="120" w:after="0" w:line="260" w:lineRule="exact"/>
        <w:ind w:left="360" w:right="0" w:firstLine="0"/>
        <w:jc w:val="left"/>
      </w:pPr>
      <w:r>
        <w:rPr>
          <w:rFonts w:ascii="Times New Roman" w:hAnsi="Times New Roman" w:eastAsia="Times New Roman" w:cs="Times New Roman"/>
          <w:b w:val="0"/>
          <w:sz w:val="24"/>
        </w:rPr>
        <w:t>W I T N E S S E T H:</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Company desires to provide, as hereinafter set forth in this Deposit Agreement, for the deposit of Shares (as hereinafter defined) of the Company from time to time with the Depositary or with the Custodian (as hereinafter defined) as agent of the Depositary for the purposes set forth in this Deposit Agreement, for the creation of American Depositary Shares representing the Shares so deposited and for the execution and delivery of American Depositary Receipts evidencing the American Depositary Shares;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American Depositary Receipts are to be substantially in the form 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annexed hereto, with appropriate insertions, modifications and omissions, as hereinafter provided in this Deposit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premises, it is agreed by and between the parties hereto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definitions shall for all purposes, unless otherwise clearly indicated, apply to the respective terms used in this Deposit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American Depositary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“American Depositary Shares” shall mean the securities representing the interests in the Deposited Securities and evidenced by the Receipts issued hereunder. Each American Depositary Share shall represent the number of Shares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annexed hereto, until there shall occur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upon Deposited Securities covered by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Deposited Securities covered by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with respect to which additional Receipts are not executed and delivered, and thereafter American Depositary Shares shall evidence the amount of Shares or Deposited Securities specified in such Sections.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 Section.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Wherever references are made in this Deposit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or “Articles”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or “Sections”, such references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or articles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or sections of this Deposit Agreement, unless otherwise required by the context.</w:t>
      </w:r>
    </w:p>
    <w:p>
      <w:pPr>
        <w:keepNext w:val="0"/>
        <w:spacing w:before="120" w:after="0" w:line="260" w:lineRule="exact"/>
        <w:ind w:left="144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Beneficial Owner.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“Beneficial Owner” shall mean each person owning from time to time any beneficial interest in the American Depositary Shares evidenced by any Receipt.</w:t>
      </w:r>
    </w:p>
    <w:p>
      <w:pPr>
        <w:keepNext w:val="0"/>
        <w:spacing w:before="120" w:after="0" w:line="260" w:lineRule="exact"/>
        <w:ind w:left="144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Commission.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“Commission” shall mean the Securities and Exchange Commission of the United States or any successor governmental agency in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“Company” shall mean [Name of Foreign Private Issuer], incorporated under the laws of the [Jurisdiction of Incorporation], and its successors.</w:t>
      </w:r>
    </w:p>
    <w:p>
      <w:pPr>
        <w:keepNext w:val="0"/>
        <w:spacing w:before="120" w:after="0" w:line="260" w:lineRule="exact"/>
        <w:ind w:left="144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Custodian.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“Custodian” shall mean the [Name of Custodian], as agent of the Depositary for the purposes of this Deposit Agreement, and any other firm or corporation which may hereafter be appointed by the Depositary pursuant to the terms of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as substitute or additional custodian or custodians hereunder, as the context shall require and shall also mean all of them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 Deliver, Execute, Issue, Register, Surrender, Transfer, Withdraw or Cancel.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terms “deposit”, “deliver”, “execute”, “issue”, “register”, “surrender”, “transfer”, “withdraw” or “cancel”, when used with respect to Shares, shall refer, where the context requires,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entry or entries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transfer or transfers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maintained by institutions authorized under the laws of the [Jurisdiction of Incorporation] to effect transfers of securities and not to the physical transfer of certificates representing the Shares.</w:t>
      </w:r>
    </w:p>
    <w:p>
      <w:pPr>
        <w:keepNext w:val="0"/>
        <w:spacing w:before="120" w:after="0" w:line="260" w:lineRule="exact"/>
        <w:ind w:left="1440" w:right="0" w:firstLine="0"/>
        <w:jc w:val="left"/>
      </w:pPr>
      <w:r>
        <w:rPr>
          <w:rFonts w:ascii="Times New Roman" w:hAnsi="Times New Roman" w:eastAsia="Times New Roman" w:cs="Times New Roman"/>
          <w:b w:val="0"/>
          <w:sz w:val="24"/>
        </w:rPr>
        <w:t>Section 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“Deposit Agreement” shall mean this Agreement, as the same may be amended from time to time in accordance with the provisions hereof.</w:t>
      </w:r>
    </w:p>
    <w:p>
      <w:pPr>
        <w:keepNext w:val="0"/>
        <w:spacing w:before="120" w:after="0" w:line="260" w:lineRule="exact"/>
        <w:ind w:left="1440" w:right="0" w:firstLine="0"/>
        <w:jc w:val="left"/>
      </w:pPr>
      <w:r>
        <w:rPr>
          <w:rFonts w:ascii="Times New Roman" w:hAnsi="Times New Roman" w:eastAsia="Times New Roman" w:cs="Times New Roman"/>
          <w:b w:val="0"/>
          <w:sz w:val="24"/>
        </w:rPr>
        <w:t>Section 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Depositary; Corporate Trust Office.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“Depositary” shall mean [Name of Depositary] and any successor as depositary hereunder. The term “Corporate Trust Office”, when used with respect to the Depositary, shall mean the office of the Depositary which at the date of this Agreement is [Depositary’s Address].</w:t>
      </w:r>
    </w:p>
    <w:p>
      <w:pPr>
        <w:keepNext w:val="0"/>
        <w:spacing w:before="120" w:after="0" w:line="260" w:lineRule="exact"/>
        <w:ind w:left="1440" w:right="0" w:firstLine="0"/>
        <w:jc w:val="left"/>
      </w:pPr>
      <w:r>
        <w:rPr>
          <w:rFonts w:ascii="Times New Roman" w:hAnsi="Times New Roman" w:eastAsia="Times New Roman" w:cs="Times New Roman"/>
          <w:b w:val="0"/>
          <w:sz w:val="24"/>
        </w:rPr>
        <w:t>Section 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“Deposited Securities” as of any time shall mean Shares at such time deposited or deemed to be deposited under this Deposit Agreement and any and all other securities, property and cash received by the Depositary or the Custodian in respect thereof and at such time held hereunder, subject as to cash to the provisions of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Dollars.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“Dollars” shall mean United States dollars.</w:t>
      </w:r>
    </w:p>
    <w:p>
      <w:pPr>
        <w:keepNext w:val="0"/>
        <w:spacing w:before="120" w:after="0" w:line="260" w:lineRule="exact"/>
        <w:ind w:left="144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Registrar.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“Foreign Registrar” shall mean the entity that presently carries out the duties of registrar for the Shares or any successor as registrar for the Shares and any other appointed agent of the Company for the transfer and registration of Shares.</w:t>
      </w:r>
    </w:p>
    <w:p>
      <w:pPr>
        <w:keepNext w:val="0"/>
        <w:spacing w:before="120" w:after="0" w:line="260" w:lineRule="exact"/>
        <w:ind w:left="144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“Owner” shall mean the person in whose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is registered on the books of the Depositary maintained for such purpose.</w:t>
      </w:r>
    </w:p>
    <w:p>
      <w:pPr>
        <w:keepNext w:val="0"/>
        <w:spacing w:before="120" w:after="0" w:line="260" w:lineRule="exact"/>
        <w:ind w:left="144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“Receipts” shall mean the American Depositary Receipts issued hereunder evidencing American Depositary Shares.</w:t>
      </w:r>
    </w:p>
    <w:p>
      <w:pPr>
        <w:keepNext w:val="0"/>
        <w:spacing w:before="120" w:after="0" w:line="260" w:lineRule="exact"/>
        <w:ind w:left="144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“Registrar” shall mean any bank or trust company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in [Location of Registrar, City and State], which shall be appointed by the Depositary to register Receipts and transfers of Receipts as herein provided.</w:t>
      </w:r>
    </w:p>
    <w:p>
      <w:pPr>
        <w:keepNext w:val="0"/>
        <w:spacing w:before="120" w:after="0" w:line="260" w:lineRule="exact"/>
        <w:ind w:left="144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“Restricted Securities” shall mean collectively or individually, as the context may require, Shares, or Receipts representing such Shares, which are acquired directly or indirectly from the Company or its affiliates (as defined in Rule 144 under the Securities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chain of transactions not involving any public offering or which are subject to resale limitations under Regulation D under that Act or both, or which are held directly or indirectly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persons performing similar functions) or other affiliate of the Company, or which would require registration under the Securities Act in connection with the public offer and sale thereof in the United States, or which are subject to other restrictions on sale or deposit under the laws of the United States, the [jurisdiction of formation of the Company], or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agreement or the Memorandum and Articles of Association of the Company unless the sale of such Shares in the United States would be 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“Securities Act” shall mean the United States Securities Act of 1933, as from time to time amended.</w:t>
      </w:r>
    </w:p>
    <w:p>
      <w:pPr>
        <w:keepNext w:val="0"/>
        <w:spacing w:before="120" w:after="0" w:line="260" w:lineRule="exact"/>
        <w:ind w:left="1440" w:right="0" w:firstLine="0"/>
        <w:jc w:val="left"/>
      </w:pPr>
      <w:r>
        <w:rPr>
          <w:rFonts w:ascii="Times New Roman" w:hAnsi="Times New Roman" w:eastAsia="Times New Roman" w:cs="Times New Roman"/>
          <w:b w:val="0"/>
          <w:sz w:val="24"/>
        </w:rPr>
        <w:t>Section 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“Shares” shall mean [Class of Shares] in registered form of the Company, heretofore validly issued and outstanding and fully paid, nonassessable and that were not issued in violation of any preemptive rights of the holders of outstanding Shares or hereafter validly issued and outstanding and fully paid, nonassessable and that were not issued in violation of any preemptive rights of the holders of outstanding Shares or interim certificates representing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RECEIPTS, DEPOSIT OF SHARES, EXECUTION AND DELIVERY, TRANSFER AND SURRENDER OF RECEIPTS.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and Transferability of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Definitive Receipts shall be substantially in the form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annexed to this Deposit Agreement, with appropriate insertions, modifications and omissions, as hereinafter provided. No Receipt shall be entitled to any benefits under this Deposit Agreement or be valid or obligatory for any purpose, unless such Receipt shall have been executed by the Depositary by the manual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signatory of the Depositary; provided, however, that such signature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Registrar for the Receipts shall have been appointed and such Receipts are countersigned by the manual or facsimile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Registrar. The Depositary shall maintain books on which each Receipt so executed and delivered as hereinafter provided and the transfer of each such Receipt shall be registered. Receipts bearing the manual or facsimile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signatory of the Depositary who was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signatory of the Depositary shall bind the Depositary, notwithstanding that such signatory has ceased to hold such office prior to the execution and delivery of such Receipts by the Registrar or did not hold such office on the date of issuance of such Receipts.</w:t>
      </w:r>
    </w:p>
    <w:p>
      <w:pPr>
        <w:keepNext w:val="0"/>
        <w:spacing w:before="200" w:after="0" w:line="260" w:lineRule="exact"/>
        <w:ind w:left="1440" w:right="0" w:firstLine="0"/>
        <w:jc w:val="both"/>
      </w:pPr>
      <w:r>
        <w:rPr>
          <w:rFonts w:ascii="Times New Roman" w:hAnsi="Times New Roman" w:eastAsia="Times New Roman" w:cs="Times New Roman"/>
          <w:b w:val="0"/>
          <w:sz w:val="24"/>
        </w:rPr>
        <w:t>The Receipts may be endorsed with or have incorporated in the text thereof such legends or recitals or modifications not inconsistent with the provisions of this Deposit Agreement as may be required by the Depositary or required to comply with any applicable law or regulations thereunder or with the rules and regulations of any securities exchange (which, for all purposes hereof, shall include the Nasdaq Stock Market Inc.) upon which American Depositary Shares may be listed or to conform with any usage with respect thereto, or to indicate any special limitations or restrictions to which any particular Receipts are subject by reason of the date of issuance of the underlying Deposited Securities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(and to the American Depositary Shares evidenced thereby), when properly endorsed or accompanied by proper instruments of transfer, shall be transferable by delivery with the same effect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negotiable instrument under the laws of [Jurisdiction]; provided, however, that the Depositary, notwithstanding any notice to the contrary, may treat the Owner thereof as the absolute owner thereof for the purpose of determining the person entitled to distribution of dividends or other distributions or to any notice provided for in this Deposit Agreement and for all other purposes.</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 of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terms and conditions of this Deposit Agreement, Shares or evidence of rights to receive Shares may be deposited by delivery thereof to any Custodian hereunder, accompanied by any appropriate instrument or instruments of transfer, or endorsement, in form satisfactory to the Custodian, together with all such certifications as may reasonably be required by the Depositary or the Custodian in accordance with the provisions of this Deposit Agreement, and, if the Depositary requires,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order directing the Depositary to execute and deliver to, or upon the written order of, the person or persons stated in such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Receipts for the number of American Depositary Shares representing such deposit. No Share shall be accepted for deposit unless accompanied by evidence satisfactory to the Depositary that any necessary approval has been granted by any governmental body in the [jurisdiction of Company’s formation]. If required by the Depositary, Shares presented for deposit at any time, whether or not the transfer books of the Company or the Foreign Registrar, if applicable, are closed, shall also be accompanied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assignment, or other instrument satisfactory to the Depositary, which will provide for the prompt transfer to the Custodian of any dividend, or right to subscribe for additional Shares or to receive other property which any person in whose name the Shares are or have been recorded may thereafter receive upon or in respect of such deposited Shares, or in lieu thereof, such agreement of indemnity or other agreement as shall be satisfactory to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At the request and risk and expense of any person proposing to deposit Shares, and for the account of such person, the Depositary may receive certificates for Shares to be deposited, together with the other instruments herein specified, for the purpose of forwarding such Share certificates to the Custodian for deposit hereunder.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each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for Shares to be deposited hereunder, together with the other documents above specified, such Custodian shall, as soon as transfer and recordation can be accomplished, present such certificate or certificates to the Company or the Foreign Registrar, if applicable, for transfer and recordation of the Shares being deposited in the name of the Depositary or its nominee or such Custodian or its nominee.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Deposited Securities shall be held by the Depositary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for the account and to the order of the Depositary or at such other place or places as the Depositary shall determine.</w:t>
      </w:r>
    </w:p>
    <w:p>
      <w:pPr>
        <w:keepNext w:val="0"/>
        <w:spacing w:before="120" w:after="0" w:line="260" w:lineRule="exact"/>
        <w:ind w:left="144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and Delivery of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receipt by any Custodian of any deposit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hereunder (and in addition, if the transfer books of the Company or the Foreign Registrar, if applicable, are open, the Depositary may in its sole discretion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acknowledgment or other evidence from the Company that any Deposited Securities have been recorded upon the books of the Company or the Foreign Registrar, if applicable, in the name of the Depositary or its nominee or such Custodian or its nominee), together with the other documents required as above specified, such Custodian shall notify the Depositary of such deposit and the person or persons to whom or upon whose written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Receipts are deliverable in respect thereof and the number of American Depositary Shares to be evidenced thereby. Such notification shall be made by letter or, at the request, risk and expense of the person making the deposit, by cable, telex or facsimile transmission. Upon receiving such notice from such Custodian, or upon the receipt of Shares by the Depositary, the Depositary, subject to the terms and conditions of this Deposit Agreement, shall execute and deliver at its Corporate Trust Office, to or upon the order of the person or persons entitled thereto,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Receipts, registered in the name or names and evidencing any authorized number of American Depositary Shares requested by such person or persons, but only upon payment to the Depositary of the fees and expenses of the Depositary for the execution and delivery of such Receipt or Receipts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and of all taxes and governmental charges and fees payable in connection with such deposit and the transfer of the Deposited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Receipts; Combination and Split-up of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subject to the terms and conditions of this Deposit Agreement, shall register transfers of Receipts on its transfer books from time to time, upon any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by the Owner in person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attorney, properly endorsed or accompanied by proper instruments of transfer, and duly stamped as may be required by the laws of the State of New York and of the United States of America. Thereupon the Depositary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Receipt or Receipts and deliver the same to or upon the order of the person entitled thereto.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subject to the terms and conditions of this Deposit Agreement, shall upon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Receipts for the purpose of effecting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split-up or combination of such Receipt or Receipts,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Receipt or Receipts for any authorized number of American Depositary Shares requested, evidencing the same aggregate number of American Depositary Shares as the Receipt or Receipts surrendered.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with notice given as promptly as practicable to the Company, appoint one or more co-transfer agents for the purpose of effecting transfers, combinations and split-ups of Receipts at designated transfer offices on behalf of the Depositary. In carrying out its functions,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co-transfer agent may require evidence of authority and compliance with applicable laws and other requirements by Owners or persons entitled to Receipts and will be entitled to protection and indemnity to the same extent as the Depositary. The Depositary shall require each co-transfer agent that it appoints under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to give notice in writing to the Depositary accepting such appointment and agreeing to abide by the applicable terms of this Deposit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Surrender of Receipts and Withdrawal of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surrender at the Corporate Trust Office of the Depositary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for the purpose of withdrawal of the Deposited Securities represented by the American Depositary Shares evidenced by such Receipt, and upon payment of the fee of the Depositary for the surrender of Receipts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and payment of all taxes and governmental charges payable in connection with such surrender and withdrawal of the Deposited Securities, and subject to the terms and conditions of this Deposit Agreement, the Owner of such Receipt shall be entitled to delivery, to him or upon his order, of the amount of Deposited Securities at the time represented by the American Depositary Shares evidenced by such Receipt. Delivery of such Deposited Securities may be made by the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certificates for Shares in the name of such Owner or as ordered by him or by certificates properly endorsed or accompanied by proper instruments of transfer to such Owner or as ordered by him and (b) any other securities, property and cash to which such Owner is then entitled in respect of such Receipts to such Owner or as ordered by him. Such delivery shall be made, as hereinafter provided, without unreasonable delay.</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surrendered for such purposes may be required by the Depositary to be properly endorsed in blank or accompanied by proper instruments of transfer in blank, and if the Depositary so requires, the Owner thereof shall execute and deliver to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order directing the Depositary to cause the Deposited Securities being withdrawn to be delivered to or upon the written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persons designated in such order. Thereupon the Depositary shall direct the Custodian to deliver at the office of such Custodian, subject to Sections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3.2.</w:t>
      </w:r>
      <w:r>
        <w:rPr>
          <w:rFonts w:ascii="Times New Roman" w:hAnsi="Times New Roman" w:eastAsia="Times New Roman" w:cs="Times New Roman"/>
          <w:b w:val="0"/>
          <w:sz w:val="24"/>
        </w:rPr>
        <w:t>, and to the other terms and conditions of this Deposit Agreement, to or upon the written order of the person or persons designated in the order delivered to the Depositary as above provided, the amount of Deposited Securities represented by the American Depositary Shares evidenced by such Receipt, except that the Depositary may make delivery to such person or persons at the Corporate Trust Office of the Depositary of any dividends or distributions with respect to the Deposited Securities represented by the American Depositary Shares evidenced by such Receipt, or of any proceeds of sale of any dividends, distributions or rights, which may at the time be held by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 the request, risk and expense of any Owner so surrendering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and for the account of such Owner, the Depositary shall direct the Custodian to forward any cash or other property (other than rights) comprising, and forward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if applicable, and other proper documents of title for, the Deposited Securities represented by the American Depositary Shares evidenced by such Receipt to the Depositary for delivery at the Corporate Trust Office of the Depositary. Such direction shall be given by letter or, at the request, risk and expense of such Owner, by cable, telex or facsimile transmission.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not deliver the Deposited Securities except (i) upon surrender of Receipts under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(ii)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surrender of the Deposited Securities to the Company or its agent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to which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applies or (iii)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Deposited Securities permitted under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Execution and Delivery, Transfer and Surrender of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the execution and delivery, registration of transfer, split-up, combination or surrender of any Receipt or withdrawal of any Deposited Securities, the Depositary, Custodian or Registrar may require payment from the depositor of Shares or the presenter of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sufficient to reimburse it for any tax, stamp duty or other governmental charge and any stock transfer or registration fee with respect thereto (including any such tax or charge and fee with respect to Shares being deposited or withdrawn) and payment of any applicable fees as herein provided, may require the production of proof satisfactory to it as to the identity and genuineness of any signature and may also require compliance with any regulations the Depositary may establish consistent with the provisions of this Deposit Agreement, including, without limitation,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delivery of Receipts against deposits of Shares generally or against deposits of particular Shares may be suspended, or the transfer of Receipts in particular instances may be refused, or the registration of transfer of outstanding Receipts generally may be suspended, during any period when the transfer books of the Depositary are closed as provided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 if any such action is deemed necessary or advisable by the Depositary or the Company at any time or from time to time because of any requirement of law or of any government or governmental body or commission, or under any provision of this Deposit Agreement, or for any other reason, subject to the provisions of 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Notwithstanding any other provision of this Deposit Agreement or the Receipts, the surrender of outstanding Receipts and withdrawal of Deposited Securities may not be suspended subject only to (i) temporary delays caused by closing the transfer books of the Depositary or the Company or the deposit of Shares in connection with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or the payment of dividends, (ii) the payment of fees, taxes and similar charges, and (iii) compliance with any U.S. or foreign laws or governmental regulations relating to the Receipts or to the withdrawal of the Deposited Securities. Without limitation of the foregoing, the Depositary shall not knowingly accept for deposit under this Deposit Agreement any Shares required to be registered under the provisions of the Securities Act for public sale in the United States,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in effect as to such Shares.</w:t>
      </w:r>
    </w:p>
    <w:p>
      <w:pPr>
        <w:keepNext w:val="0"/>
        <w:spacing w:before="120" w:after="0" w:line="260" w:lineRule="exact"/>
        <w:ind w:left="144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Receipts,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case any Receipt shall be mutilated, destroyed, lost or stolen, the Depositary shall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Receipt of like tenor in exchange and substitution for such mutilated Receipt upon cancellation thereof, or in lieu of and in substitution for such destroyed, lost or stolen Receipt. Before the Depositary shall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Receipt in substitution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destroyed, lost or stolen Receipt, the Owner thereof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filed with the Depositary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such execution and delivery before the Depositary has notice that the Receipt has been acquired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indemnity bond and (b) satisfied any other reasonable requirements imposed by the Depositary.</w:t>
      </w:r>
    </w:p>
    <w:p>
      <w:pPr>
        <w:keepNext w:val="0"/>
        <w:spacing w:before="120" w:after="0" w:line="260" w:lineRule="exact"/>
        <w:ind w:left="144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Cancellation and Destruction of Surrendered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Receipts surrendered to the Depositary shall be cancelled by the Depositary. The Depositary is authorized to destroy Receipts so cancelled.</w:t>
      </w:r>
    </w:p>
    <w:p>
      <w:pPr>
        <w:keepNext w:val="0"/>
        <w:spacing w:before="120" w:after="0" w:line="260" w:lineRule="exact"/>
        <w:ind w:left="144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Pre-Release of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notwithstanding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execute and deliver Receipts prior to the receipt of Shares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(“Pre-Release”). The Depositary may,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deliver Shares upon the receipt and cancellation of Receipts which have been Pre-Released, whether or not such cancellation is prior to the termination of such Pre-Release or the Depositary knows that such Receipt has been Pre-Released. The Depositary may receive Receipts in lieu of Shares in satisfaction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Each Pre-Release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preceded or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representation and agreement from the person to whom Receipts are to be delivered (the “Pre-Releasee”) that the Pre-Releasee, or its customer, (i) owns the shares or Receipts to be remitted, as the case may be, (ii) assigns all beneficial rights, title and interest in such Shares or Receipts, as the case may be, to the Depositary in its capacity as such and for the benefit of the Owners, and (iii) will not take any action with respect to such Shares or Receipts, as the case may be, that is inconsistent with the transfer of beneficial ownership (including, without the consent of the Depositary, disposing of such Shares or Receipts, as the case may be), other than in satisfaction of such Pre-Release, (b) at all times fully collateralized with cash, U.S. government securities or such other collateral as the Depositary determines, in good faith, will provide substantially similar liquidity and security, (c) terminable by the Depositary on not more than five (5) business days notice, and (d) subject to such further indemnities and credit regulations as the Depositary deems appropriate. The number of Shares not deposited but represented by American Depositary Shares outstanding at any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Pre-Releases will not normally exceed thirty percent (30%) of the Shares deposited hereunder; provided, however, that the Depositary reserves the right to disregard such limit from time to time as it deems reasonably appropriate, and may, with the prior written consent of the Company, change such limit for purposes of general application. The Depositary will also set Dollar limits with respect to Pre-Release transactions to be entered into hereunder with any particular Pre-Releasee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as the Depositary deems appropriate. For purposes of enabling the Depositary to fulfill its obligations to the Owners under the Deposit Agreement, the collateral referred to in clause (b) above shall be held by the Depositary as security for the performance of the Pre-Releasee’s obligations to the Depositary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transaction, including the Pre-Releasee’s obligation to deliver Shares or Receipts upon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transaction (and shall not, for the avoidance of doubt, constitute Deposited Securities hereunder).</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may retain for its own account any compensation received by it in connection with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OBLIGATIONS OF OWNERS AND BENEFICIAL OWNERS OF RECEIPTS.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Proofs, Certificates and Other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person presenting Shares for deposit or any Owner or Beneficial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may be required from time to time to file with the Depositary or the Custodian such proof of citizenship or residence, exchange control approval, or such information relating to the registration on the books of the Company or the Foreign Registrar, if applicable, to execute such certificates and to make such representations and warranties, as the Depositary may deem necessary or proper. The Depositary may withhold the delivery or registration of transfer of any Receipt or the distribution of any dividend or sale or distribution of rights or of the proceeds thereof or the delivery of any Deposited Securities until such proof or other information is filed or such certificates are executed or such representations and warranties made. If requested in writing, the Depositary shall, as promptly as practicable, provide the Company, at the expense of the Company, with copies of any such proofs, certificates or other information it receives pursuant to this section, unless prohibited by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Owner for Taxes.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tax or other governmental charge shall become payable by the Custodian or the Depositary with respect to any Receipt or any Deposited Securities represented by any Receipt, such tax or other governmental charge shall be payable by the Owner of such Receipt to the Depositary. The Depositary may refuse to effect any transfer of such Receipt or any withdrawal of Deposited Securities represented by American Depositary Shares evidenced by such Receipt until such payment is made, and may withhold any dividends or other distributions, or may sell for the account of the Owner thereof any part or all of the Deposited Securities represented by the American Depositary Shares evidenced by such Receipt, and may apply such dividends or other distributions or the proceeds of any such sale in payment of such tax or other governmental charge and the Owner of such Receipt shall remain liable for any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on Deposit of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Every person depositing Shares under this Deposit Agreement shall be deemed thereby to represent and warrant that such Shares and each certificate therefor, if applicable, are validly issued, fully paid, nonassessable and were not issued in violation of any preemptive rights of the holders of outstanding Shares and that the person making such deposit is duly authorized so to do. Every such person shall also be deemed to represent that the Shares are eligible for deposit in accordance with this Deposit Agreement and the General Instructions to Form F-6 under the Securities Act, and Receipts evidencing American Depositary Shares representing the Shares would not be, Restricted Securities. All representations and warranties deemed made under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shall survive the deposit of Shares and delivery or surrender of Receipts.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DEPOSITED SECURITIES.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Distributions.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the Depositary shall receive any cash dividend or other cash distribution on any Deposited Securities, the Depositary shall, subject to the provisions of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convert such dividend or distribution into Dollars and shall distribute the amount thus received (net of the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hereof, if applicable) to the Owners entitled thereto, in proportion to the number of American Depositary Shares representing such Deposited Securities held by them respectively; provided, however, that in the event that the Company or the Depositary shall be required to withhold and does withhold from such cash dividend or such other cash distribution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on account of taxes, the amount distributed to the Owner of the Receipts evidencing American Depositary Shares representing such Deposited Securities shall be reduced accordingly. The Depositary shall distribute only such amount, however, as can be distributed without attributing to any 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of one cent. Any such fractional amounts shall be rounded to the nearest whole cent and so distributed to Owners entitled thereto. The Company or its agent will remit to the appropriate governmental agency in [jurisdiction of formation of the Company] all amounts withheld and owing to such agency. The Depositary will forward to the Company or its agent such information from its records as the Company may reasonably request to enable the Company or its agent to file necessary reports with governmental agencies, and the Depositary or the Company or its agent may file any such reports necessary to obtain benefits under the applicable tax treaties for the Owners of Receipts.</w:t>
      </w:r>
    </w:p>
    <w:p>
      <w:pPr>
        <w:keepNext w:val="0"/>
        <w:spacing w:before="120" w:after="0" w:line="260" w:lineRule="exact"/>
        <w:ind w:left="144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Other Than Cash, Shares or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provisions of 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whenever the Depositary shall receive any distribution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described in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the Depositary shall, subject to all applicable laws, cause the securities or property received by it to be distributed to the Owners entitled thereto, after deduction or upon payment of any fees and expenses of the Depositary or any taxes or other governmental charges, in proportion to the number of American Depositary Shares representing such Deposited Securities held by them respectively, in any manner that the Depositary may deem equitable and practicable for accomplishing such distribution; provided, however, that if in the opinion of the Depositary such distribution cannot be made proportionately among the Owners entitled thereto, or if for any other reason (including, but not limited to, any requirement that the Company or the Depositary withhold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on account of taxes or other governmental charges or that such securities must be registered under the Securities Act in order to be distributed to Owners or Beneficial Owners) the Depositary deems such distribution not to be feasible, the Depositary may adopt such method as it may deem equitable and practicable for the purpose of effecting such distribution, including, but not limited to, the public or private sale of the securities or property thus received, or any part thereof, and the net proceeds of any such sale (net of the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shall be distributed by the Depositary to the Owners entitled thereto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received in cash. The Depositary may refuse to effect any distribution of securities under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unless it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United States counsel for the Company that is satisfactory to the Depositary that the distribution does not require registration under the Securities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in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distribution upon any Deposited Securities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in, or free distribution of, Shares, the Depositary may, and shall if the Company shall so request in writing, distribute to the Owners of outstanding Receipts entitled thereto, in proportion to the number of American Depositary Shares representing such Deposited Securities held by them respectively, additional Receipts evidencing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number of American Depositary Shares representing the amount of Shares received as such dividend or free distribution, subject to the terms and conditions of the Deposit Agreement with respect to the deposit of Shares and the issuance of American Depositary Shares evidenced by Receipts, including the withholding of any tax or other governmental charge as provided in 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and the payment of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In lieu of delivering Receipts for fractional American Depositary Shares in any such case, the Depositary shall use reasonable efforts to sell the amount of Shares represented by the aggregate of such fractions and distribute any net proceeds to the Owners entitled to them, all in the manner and subject to the conditions described in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If additional Receipts are not so distributed, each American Depositary Share shall thenceforth also represent the additional Shares distributed upon the Deposited Securities represented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that the Company shall offer or cause to be offered to the holders of any Deposited Securities any rights to subscribe for additional Shares or any rights of any other nature, the Depositary shall have discretion as to the procedure to be followed in making such rights available to any Owners entitled to them or in disposing of such rights on behalf of any Owners otherwise entitled to them and making the net proceeds available to such Owners or, if by the terms of such rights offering or for any other reason, the Depositary may not either make such rights available to any Owners or dispose of such rights and make the net proceeds available to such Owners, then the Depositary shall allow the rights to lapse. If at the time of the offering of any rights the Depositary determines in its reasonable discretion that it is lawful and feasible to make such rights available to all Owners or to certain Owners but not to other Owners, the Depositary may distribute to any Owner to whom it determines the distribution to be lawful and feasible, in proportion to the number of American Depositary Shares held by such Owner, warrants or other instruments therefor in such form as it deems appropriate.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circumstances in which rights would otherwise not be distributed,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Receipts requests the distribution of warrants or other instruments in order to exercise the rights allocable to the American Depositary Shares of such Owner hereunder, the Depositary will make such rights available to such Owner upon written notice from the Company to the Depositary that (</w:t>
      </w:r>
      <w:r>
        <w:rPr>
          <w:rFonts w:ascii="Times New Roman" w:hAnsi="Times New Roman" w:eastAsia="Times New Roman" w:cs="Times New Roman"/>
          <w:b/>
          <w:sz w:val="24"/>
        </w:rPr>
        <w:t>a</w:t>
      </w:r>
      <w:r>
        <w:rPr>
          <w:rFonts w:ascii="Times New Roman" w:hAnsi="Times New Roman" w:eastAsia="Times New Roman" w:cs="Times New Roman"/>
          <w:b w:val="0"/>
          <w:sz w:val="24"/>
        </w:rPr>
        <w:t>) the Company has elected in its sole discretion to permit such rights to be exercised and (b) such Owner has executed such documents as the Company has determined in its sole discretion are reasonably required under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Depositary has distributed warrants or other instruments for rights to all or certain Owners, then upon instruction from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pursuant to such warrants or other instruments to the Depositary from such Owner to exercise such rights, upon payment by such Owner to the Depositary for the account of such Owner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purchase price of the Shares to be received upon the exercise of the rights, and upon payment of the fees and expenses of the Depositary and any other charges as set forth in such warrants or other instruments, the Depositary shall, on behalf of such Owner, exercise the rights and purchase the Shares, and the Company shall cause the Shares so purchased to be delivered to the Depositary on behalf of such Owner. As agent for such Owner, the Depositary will cause the Shares so purchased to be deposited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this Deposit Agreement, and shall, pursuant to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of this Deposit Agreement, execute and deliver Receipts to such Owner.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the second paragraph of this section, such Receipts shall be legended in accordance with applicable U.S. laws, and shall be subject to the appropriate restrictions on sale, deposit, cancellation, and transfer under such 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Depositary determines in its reasonable discretion that it is not lawful and feasible to make such rights available to all or certain Owners, it may sell the rights, warrants or other instruments in proportion to the number of American Depositary Shares held by the Owners to whom it has determined it may not lawfully or feasibly make such rights available, and allocate the net proceeds of such sales (net of the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and all taxes and governmental charges payable in connection with such rights and subject to the terms and conditions of this Deposit Agreement) for the account of such Owners otherwise entitled to such rights, warrants or other instruments,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averaged or other practical basis without regard to any distinctions among such Owners because of exchange restrictions or the date of delivery of any Receipt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will not offer rights to Owners unless both the rights and the securities to which such rights relate are either exempt from registration under the Securities Act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Owners or are registered under the provisions of such Act; provided, however, that nothing in this Deposit Agreement shall create any obligation on the part of the Company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respect to such rights or underlying securities or to endeavor to have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declared effective.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Receipts requests distribution of warrants or other instruments, notwithstanding that there has been no such registration under the Securities Act, the Depositary shall not effect such distribution unless it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from recognized counsel in the United States for the Company upon which the Depositary may rely that such distribution to such Owner is exempt from such registration; provided, however, that the Company will have no obligation to cause its counsel to issue such opinion at the request of such Owner.</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shall not be responsible for any reasonable failure to determine that it may be lawful or feasible to make such rights available to Owners in general or any Owner in particular.</w:t>
      </w:r>
    </w:p>
    <w:p>
      <w:pPr>
        <w:keepNext w:val="0"/>
        <w:spacing w:before="120" w:after="0" w:line="260" w:lineRule="exact"/>
        <w:ind w:left="144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of Foreign Currency.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the Depositary or the Custodian shall receive foreign currency, by way of dividends or other distributions or the net proceeds from the sale of securities, property or rights, and if at the time of the receipt thereof the foreign currency so received can in the judgment of the Depositary be converted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into Dollars and the resulting Dollars transferred to the United States, the Depositary shall convert or cause to be converted, by sale or in any other manner that it may determine, such foreign currency into Dollars, and such Dollars shall be distributed to the Owners entitled thereto or, if the Depositary shall have distributed any warrants or other instruments which entitle the holders thereof to such Dollars, then to the holders of such warrants and/or instruments upon surrender thereof for cancellation. Such distribution may be made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averaged or other practicable basis without regard to any distinctions among Owners on account of exchange restrictions, the date of delivery of any Receipt or otherwise and shall be net of any expenses of conversion into Dollars incurred by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If such conversion or distribution can be effected only with the approval or license of any government or agency thereof, the Depositary shall file such application for approval or license, if any, as it may deem desirable.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at any time the Depositary shall determine that in its judgment any foreign currency received by the Depositary or the Custodian is not convertible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into Dollars transferable to the United States, or if any approval or license of any government or agency thereof which is required for such conversion is denied or in the opinion of the Depositary is not obtainable without excessively burdensome or otherwise unreasonable efforts, or if any such approval or license is not obtained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as determined by the Depositary, or if there are foreign exchange controls in place that prohibit such conversion, the Depositary may distribute the foreign currency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document evidencing the right to receive such foreign currency) received by the Depositary to, or in its discretion may hold such foreign currency uninvested and without liability for interest thereon for the respective accounts of, the Owners entitled to receive the same.</w:t>
      </w:r>
    </w:p>
    <w:p>
      <w:pPr>
        <w:keepNext w:val="0"/>
        <w:spacing w:before="200" w:after="0" w:line="260" w:lineRule="exact"/>
        <w:ind w:left="1440" w:right="0" w:firstLine="0"/>
        <w:jc w:val="both"/>
      </w:pPr>
      <w:r>
        <w:rPr>
          <w:rFonts w:ascii="Times New Roman" w:hAnsi="Times New Roman" w:eastAsia="Times New Roman" w:cs="Times New Roman"/>
          <w:b w:val="0"/>
          <w:sz w:val="24"/>
        </w:rPr>
        <w:t>If any such conversion of foreign currency, in whole or in part, cannot be effected for distribution to some of the Owners entitled thereto, the Depositary may in its discretion make such conversion and distribution in Dollars to the extent permissible to the Owners entitled thereto and may distribute the balance of the foreign currency received by the Depositary to, or hold such balance uninvested and without liability for interest thereon for the respective accounts of, the Owners entitled thereto.</w:t>
      </w:r>
    </w:p>
    <w:p>
      <w:pPr>
        <w:keepNext w:val="0"/>
        <w:spacing w:before="120" w:after="0" w:line="260" w:lineRule="exact"/>
        <w:ind w:left="144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Fixing of Record Date.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any cash dividend or other cash distribution shall become payable or any distribution other than cash shall be made, or whenever rights shall be issued with respect to the Deposited Securities, or whenever for any reason the Depositary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number of Shares that are represented by each American Depositary Share, or whenever the Depositary shall receive notice of any meeting of holders of Shares or other Deposited Securities or whenever the Depositary shall find it necessary or convenient, the Depositary shall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date shall be the same date, to the extent practicable, as the record date for the Deposited Securities or if different, as close thereto as practicable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the determination of the Owners who shall be (i) entitled to receive such dividend, distribution or rights or the net proceeds of the sale thereof or (ii) entitled to give instructions for the exercise of voting rights at any such, (b) on or after which each American Depositary Share will represent the changed number of Shares or (c) for any other matter. Subject to the provisions of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and to the other terms and conditions of this Deposit Agreement, the Owners on such record date shall be entitled, as the case may be, to receive the amount distributable by the Depositary with respect to such dividend or other distribution or such rights or the net proceeds of sale thereof in proportion to the number of American Depositary Shares held by them respectively and to give voting instructions and to act in respect of any other such matter.</w:t>
      </w:r>
    </w:p>
    <w:p>
      <w:pPr>
        <w:keepNext w:val="0"/>
        <w:spacing w:before="120" w:after="0" w:line="260" w:lineRule="exact"/>
        <w:ind w:left="144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of Deposited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receipt of notice of any meeting of holders of Shares or other Deposited Securities, if requested in writing by the Company the Depositary shall, as soon as practicable thereafter, mail to the Owners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form of which notice shall be in the discretion of the Depositary and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information as is contained in such notice of meeting,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Owners as of the close of business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record date will be entitled, subject to any applicable provision of the [jurisdiction of the Company’s formation] law and of the Memorandum and Articles of Association of the Company, to instruct the Depositary as to the exercise of the voting rights, if any, pertaining to the amount of Shares or other Deposited Securities represented by their respective American Depositary Shares and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as to the manner in which such instructions may be given,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indication that such instructions may be given or deemed given in accordance with the last sentence of this paragraph if no instruction is received, to the Depositary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Upon the written request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on such record date, received on or before the date established by the Depositary for such purpose (the “Instruction Date”), the Depositary shall endeavor, in so far as practicable, to vote or cause to be voted the amount of Shares or other Deposited Securities represented by the American Depositary Shares evidenced by such Receipt in accordance with the instructions set forth in such request. The Depositary shall not vote or attempt to exercise the right to vote that attaches to such Shares or other Deposited Securities other than in accordance with such instructions or deemed instructions. If no instructions are received by the Depositary from any Owner with respect to any of the Deposited Securities represented by the American Depositary Shares evidenced by such Owner’s Receipts on or before the date established by the Depositary for such purpose, the Depositary shall deem such Owner to have instructed the Depositary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with respect to such Deposited Securities and the Depositary shall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to vote such Deposited Securities, provided, that no such instruction shall be deemed given and no such discretionary proxy shall be given with respect to any matter as to which the Company informs the Depositary (and the Company agrees to provide such information as promptly as practicable in writing) that (x) the Company does not wish such proxy given, (y) substantial opposition exists or (z) such matter materially and adversely affects the rights of holders of Shares.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order to give Owners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instruct the Depositary as to the exercise of voting rights relating to Deposited Securities, if the Company requests the Depositary to act under the preceding paragraph, the Company shall give the Depositary notice of any such meeting not less than 30 days prior to the meeting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can be no assurance that Owners generally or any Owner in particular will receive the notice described in the first paragraph of this 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sufficiently prior to the Instruction Date to ensure that the Depositary will vote the Shares or Deposited Securities in accordance with the provisions of that paragraph.</w:t>
      </w:r>
    </w:p>
    <w:p>
      <w:pPr>
        <w:keepNext w:val="0"/>
        <w:spacing w:before="120" w:after="0" w:line="260" w:lineRule="exact"/>
        <w:ind w:left="144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Affecting Deposited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circumstances where the provisions of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do not apply, upon any change in nominal value, change in par value, split-up, consolidation or any other reclassification of Deposited Securities, or upon any recapitalization, reorganization, merger or consolidation or sale of assets affecting the Company or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securities which shall be received by the Depositary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in exchange for or in conversion of or in respect of Deposited Securities, shall be treated as new Deposited Securities under this Deposit Agreement, and American Depositary Shares shall thenceforth represent, in addition to the existing Deposited Securities, if any, the new Deposited Securities so received in exchange or conversion, unless additional Receipts are delivered pursuant to the following sentence. In any such case the Depositary may execute and deliver additional Receipts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in Shares, or call for the surrender of outstanding Receipts to be exchanged for new Receipts specifically describing such new Deposited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shall make available for inspection by Owners at its Corporate Trust Office, as promptly as practicable after receipt, any reports and communications, including any proxy soliciting material, received from the Company which are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received by the Depositary as the holder of the Deposited Securities and (b) made generally available to the holders of such Deposited Securities by the Company. The Depositary shall also send to the Owners copies of such reports furnished by the Company pursuant to 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Any such reports and communications, including any such proxy soliciting material, furnished to the Depositary by the Company shall be furnished in English.</w:t>
      </w:r>
    </w:p>
    <w:p>
      <w:pPr>
        <w:keepNext w:val="0"/>
        <w:spacing w:before="120" w:after="0" w:line="260" w:lineRule="exact"/>
        <w:ind w:left="144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Lists of Owners.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Promptly upon request by the Company, the Depositary shall, at the expense of the Company, furnish to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recent date, of the names, addresses and holdings of American Depositary Shares by all persons in whose names Receipts are registered on the books of the Depositary.</w:t>
      </w:r>
    </w:p>
    <w:p>
      <w:pPr>
        <w:keepNext w:val="0"/>
        <w:spacing w:before="120" w:after="0" w:line="260" w:lineRule="exact"/>
        <w:ind w:left="144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or its agent will remit to the appropriate governmental agencies in the [jurisdiction of the Company’s formation] all amounts withheld and owing to such agencies. The Depositary will forward to the Company or its agent such information from its records as the Company may reasonably request to enable the Company or its agent to file necessary reports with governmental agencies, and the Depositary or the Company or its agent may file any such reports necessary to obtain benefits under the applicable tax treaties for the Owners of Receipts.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the Depositary determines that any distribution in property (including Shares and rights to subscribe therefore) is subject to any tax or other governmental charge which the Depositary is obligated to withhold, the Depositary may by public or private sale dispose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property (including Shares and rights to subscribe therefor) in such amounts and in such manner as the Depositary deems necessary and practicable to pay any such taxes or charges and the Depositary shall distribute the net proceeds of any such sale after deduction of such taxes or charges to the Owners entitled thereto in proportion to the number of American Depositary Shares held by them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DEPOSITARY, THE CUSTODIANS AND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Office and Transfer Books by the Depositary.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Until termination of this Deposit Agreement in accordance with its terms, the Depositary shall maintain in the Borough of Manhattan, The City of New York, facilities for the execution and delivery, registration, registration of transfers and surrender of Receipts in accordance with the provisions of this Deposit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keep books at its Corporate Trust Office for the registration of Receipts and transfers of Receipts which at all reasonable times shall be open for inspection by the Owners and the Company, provided that such inspection shall not be for the purpose of communicating with Owners in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or object other than the business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related to this Deposit Agreement or the Receipts.</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may close the transfer books, at any time or from time to time, when deemed expedient by it in connection with the performance of its duties hereunder or at the reasonable written request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Receipts or the American Depositary Shares evidenced thereby are listed on one or more stock exchanges in the United States, the Depositary shall act as Registrar or, with notice given as promptly as practicable to the Company,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Registrar or one or more co-registrars for registry of American Depositary Shares in accordance with any requirements of that exchange or exchanges. The Depositary shall require each Registrar and co-registrar that it appoints under this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to give notice in writing to the Depositary accepting such appointment and agreeing to abide by the applicable terms of this Deposit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Prevention or Delay in Performance by the Depositary or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Depositary nor the Company nor any of their respective directors, officers, employees, agents or affiliates shall incur any liability to any Owner or Beneficial Owner of any Receipt, if by reason of any provision of any present or future law or regulation of the United States, the [jurisdiction of the Company’s formation] or any other country, or of any governmental or regulatory authority or stock exchange, or by reason of any provision, present or future, of the Memorandum and Articles of Association of the Company, or by reason of any provision of any securities issued or distributed by the Company, or any offering or distribution thereof, or by reason of any act of God or war or terrorism or other circumstances beyond its control, the Depositary or the Company shall be prevented, delayed or forbidden from, or be subject to any civil or criminal penalty on account of, doing or performing any act or thing which by the terms of this Deposit Agreement or the Deposited Securities it is provided shall be done or performed; nor shall the Depositary or the Company or any of their respective directors, officers, employees, agents or affiliates incur any liability to any Owner or Beneficial Owner of any Receipt by reason of any non-performance or delay, caused as aforesaid, in the performance of any act or thing which by the terms of this Deposit Agreement it is provided shall or may be done or performed, or by reason of any exercise of, or failure to exercise, any discretion provided for in this Deposit Agreement. Where, by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of the Deposit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or distribution pursuant to 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of the Deposit Agreement, or for any other reason, such distribution or offering may not be made available to Owners, and the Depositary may not dispose of such distribution or offering on behalf of such Owners and make the net proceeds available to such Owners, then the Depositary shall not make such distribution or offering, and shall allow any rights, if applicable, to lapse, in each such case without liability to the Company or the Depositary.</w:t>
      </w:r>
    </w:p>
    <w:p>
      <w:pPr>
        <w:keepNext w:val="0"/>
        <w:spacing w:before="120" w:after="0" w:line="260" w:lineRule="exact"/>
        <w:ind w:left="144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Depositary, the Custodian and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Company, nor its directors, officers, employees and agents assume any obligation nor shall it or any of them be subject to any liability under this Deposit Agreement to Owners or Beneficial Owners, except that the Company agrees to perform its obligations specifically set forth in this Deposit Agreement without negligence or bad faith.</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Depositary nor its directors, officers, employees and agents assume any obligation nor shall it or any of them be subject to any liability under this Deposit Agreement to any Owner or Beneficial Owner of any Receipt (including, without limitation, liability with respect to the validity or worth of the Deposited Securities), except that the Depositary agrees to perform its obligations specifically set forth in this Deposit Agreement without negligence or bad faith.</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Depositary nor the Company shall be under any obligation to appear in, prosecute or defend any action, suit or other proceeding in respect of any Deposited Securities or in respect of the Receipts that in its opinion may involve it in expense or liability, unless indemnity satisfactory to it against all expenses and liability shall be furnished as often as may be required, and the Custodian shall not be under any obligation whatsoever with respect to such proceedings, the responsibility of the Custodian being solely to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Depositary nor the Company shall be liable for any action or nonaction by it in reliance upon the advice of or information from legal counsel, accountants, any person presenting Shares for deposit, any Owner or any other person believed by it in good faith to be competent to give such advice or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not be liable for any acts or omissions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whether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act or omission of the Depositary or in connection with any matter arising wholly after the removal or resignation of the Depositary, provided that in connection with the issue out of which such potential liability arises the Depositary performed its obligations without negligence or bad faith while it acted as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shall not be responsible for any failure to carry out any instructions to vote any of the Deposited Securities, or for the manner in which any such vote is cast or the effect of any such vote, provided that any such action or nonaction is in good faith.</w:t>
      </w:r>
    </w:p>
    <w:p>
      <w:pPr>
        <w:keepNext w:val="0"/>
        <w:spacing w:before="200" w:after="0" w:line="260" w:lineRule="exact"/>
        <w:ind w:left="1440" w:right="0" w:firstLine="0"/>
        <w:jc w:val="both"/>
      </w:pPr>
      <w:r>
        <w:rPr>
          <w:rFonts w:ascii="Times New Roman" w:hAnsi="Times New Roman" w:eastAsia="Times New Roman" w:cs="Times New Roman"/>
          <w:b w:val="0"/>
          <w:sz w:val="24"/>
        </w:rPr>
        <w:t>No disclaimer of liability under the Securities Act is intended by any provision of this Deposit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Removal of the Depositary.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at any time resign as Depositary hereunder by written notice of its election so to do delivered to the Company, such resignation to take effect upon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and its acceptance of such appointment as hereinafter provided.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at any time be removed by the Company by 120 days prior written notice of such removal, which shall become effective upon the later to occur of (i) the 120th day after delivery of the notice to the Depositary or (ii)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and its acceptance of such appointment as hereinafter provided.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case at any time the Depositary acting hereunder shall resign or be removed, the Company shall use reasonable efforts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which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in the [_____]. Every successor depositary shall execute and deliver to its predecessor and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accepting its appointment hereunder, and thereupon such successor depositary, without any further act or deed, shall become fully vested with all the rights, powers, duties and obligations of its predecessor; but such predecessor, nevertheless, upon payment of all sums due it and on the written request of the Company shall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transferring to such successor all rights and powers of such predecessor hereunder, shall duly assign, transfer and deliver all right, title and interest in the Deposited Securities to such successor, and shall deliver to such successor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Owners of all outstanding Receipts. Any such successor depositary shall promptly mail notice of its appointment to the Owners.</w:t>
      </w:r>
    </w:p>
    <w:p>
      <w:pPr>
        <w:keepNext w:val="0"/>
        <w:spacing w:before="200" w:after="0" w:line="260" w:lineRule="exact"/>
        <w:ind w:left="1440" w:right="0" w:firstLine="0"/>
        <w:jc w:val="both"/>
      </w:pPr>
      <w:r>
        <w:rPr>
          <w:rFonts w:ascii="Times New Roman" w:hAnsi="Times New Roman" w:eastAsia="Times New Roman" w:cs="Times New Roman"/>
          <w:b w:val="0"/>
          <w:sz w:val="24"/>
        </w:rPr>
        <w:t>Any corporation into or with which the Depositary may be merged or consolidated shall be the successor of the Depositary without the execution or filing of any document or any further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Custodians.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Custodian shall be subject at all times and in all respects to the directions of the Depositary and shall be responsible solely to it. Any Custodian may resign and be discharged from its duties hereunder by notice of such resignation delivered to the Depositary at least 30 days prior to the date on which such resignation is to become effective. If upon the effectiveness of such resignation there would be no Custodian acting hereunder, the Depositary shall, promptly after receiving such notice,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custodian or custodians, each of which shall thereafter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hereunder. Whenever the Depositary in its discretion determines that it is in the best interest of the Owners to do so, it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or additional custodian or custodians, each of which shall thereafter be one of the Custodians hereunder. Upon demand of the Depositary any Custodian shall deliver such of the Deposited Securities held by it as are requested of it to any other Custodian or such substitute or additional custodian or custodians. Each such substitute or additional custodian shall deliver to the Depositary, forthwith upon its appointment,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such appointment satisfactory in form and substance to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Upon the appointment of any successor depositary hereunder, each Custodian then acting hereunder shall forthwith become, without any further act or writing, the agent hereunder of such successor depositary and the appointment of such successor depositary shall in no way impair the authority of each Custodian hereunder; but the successor depositary so appointed shall, nevertheless, on the written request of any Custodian, execute and deliver to such Custodian all such instruments as may be proper to give to such Custodian full and complete power and authority as agent hereunder of such successor depositary.</w:t>
      </w:r>
    </w:p>
    <w:p>
      <w:pPr>
        <w:keepNext w:val="0"/>
        <w:spacing w:before="120" w:after="0" w:line="260" w:lineRule="exact"/>
        <w:ind w:left="144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and 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or before the first date on which the Company gives notice, by publication or otherwise, of any meeting of holders of Shares or other Deposited Securities, or of any adjourned meeting of such holders, or of the taking of any action in respect of any cash or other distributions or the offering of any rights, the Company agrees to transmit to the Depositary and the Custodian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thereof in the form given or to be given to holders of Shares or other Deposited Securities.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will arrange for the translation into English, if not already in English, to the extent required pursuant to any regulation of the Commission, and the prompt transmittal by the Company to the Depositary and the Custodian of such notices and any other reports and communications which are made generally available by the Company to holders of its Shares. If requested in writing by the Company, the Depositary will arrange for the mailing, at the Company’s expense, of copies of such notices, reports and communications to all Owners. The Company will timely provide the Depositary with the quantity of such notices, reports, and communications, as requested by the Depositary from time to time, in order for the Depositary to effect such mailings.</w:t>
      </w:r>
    </w:p>
    <w:p>
      <w:pPr>
        <w:keepNext w:val="0"/>
        <w:spacing w:before="120" w:after="0" w:line="260" w:lineRule="exact"/>
        <w:ind w:left="144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Additional Shares, Rights,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or any affiliate of the Company determines to make any issuance or distribution of (1) additional Shares, (2) rights to subscribe for Shares, (3) securities convertible into Shares, or (4) rights to subscribe for such securities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the Company shall notify the Depositary in writing in English as promptly as practicable and in any event before the Distribution starts and, if requested in writing by the Depositary, the Company shall promptly furnish to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from U.S. counsel for the Company that is reasonably satisfactory to the Depositary, stating whether or not the Distribution requires, or, if made in the United States, would require, registration under the Securities Act of 1933. If, in the opinion of that counsel, the Distribution requires, or, if made in the United States, would require, registration under the Securities Act of 1933, that counsel shall furnish to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as to whether or not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Securities Act of 1933 in effect that will cover that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agrees with the Depositary that neither the Company nor any entity or person controlled by, controlling or under common control with the Company will at any time deposit any Shares, either originally issued or previously issued and reacquired by the Company or any such affiliate,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in effect as to such Shares under the Securities Act or the Company furnishes to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from U.S. counsel for the Company, which counsel shall be reasonably satisfactory to the Depositary, stating that the Shares to be deposited could be offered and sold publicly by the holder in the United States without further registration of those Shares under the Securities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agrees to indemnify the Depositary, its directors, employees, agents and affiliates and any Custodian against, and hold each of them harmless from, any liability or expense (including, but not limited to, the fees and expenses of counsel) which may arise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registration with the Commission of Receipts, American Depositary Shares or Deposited Securities or the offer or sale thereof in the United States or (b) acts performed or omitted, pursuant to the provisions of this Deposit Agreement and of the Receipts, as the same may be amended, modified or supplemented from time to time, (i) by either the Depositary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or their respective directors, employees, agents and affiliates, except for any liability or expense arising out of the negligence or bad faith of either of them, or (ii) by the Company or any of its directors, employees, agents and affiliates.</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agrees to indemnify the Company, its directors, employees, agents and affiliates and hold them harmless from any liability or expense (including, but not limited to, the reasonable fees and expense of counsel), which may arise out of acts performed or omitted by the Depositary or its Custodian or their respective directors, employees, agents and affiliates due to their negligence or bad faith.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proceeding (including, but not limited to, any governmental investigation), claim or dispute (collectively,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respect of which indemnity may be sought by either party is brought or asserted against the other party, the party seeking indemnification (the “Indemnitee”) shall promptly (and in no event more than ten (10) days after receipt of notice of such Proceeding) notify the party obligated to provide such indemnification (the “Indemnitor”) of such Proceeding. The failure of the Indemnitee to so notify the Indemnitor shall not impair the Indemnitee’s ability to seek indemnification from the Indemnitor (but only for costs, expenses and liabilities incurred after such notice) unless such failure adversely affects the Indemnitor’s ability to adequately oppose or defend such Proceeding. Upon receipt of such notice from the Indemnitee, the Indemnitor shall be entitled to participate in such Proceeding and, to the extent that it shall so desire and provided no conflict of interest exists as specified in subparagraph (b) below or there are no other defenses available to Indemnitee as specified in subparagraph (d) below, to assume the defense thereof with counsel reasonably satisfactory to the Indemnitee (in which case all attorney’s fees and expenses shall be borne by the Indemnitor and the Indemnitor shall in good faith defend the Indemnitee). The Indemnitee shall have the right to employ separate counsel in any such Proceeding and to participate in the defense thereof, but the fees and expenses of such counsel shall be borne by the Indemnitee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Indemnitor agrees in writing to pay such fees and expenses, (b) the Indemnitee shall have reasonably and in good faith concluded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between the Indemnitor and the Indemnitee in the conduct of the defense of such action, (c) the Indemnitor fails, within ten (10) days prior to the date the first response or appearance is required to be made in such Proceeding, to assume the defense of such Proceeding with counsel reasonably satisfactory to the Indemnitee or (d) there are legal defenses available to Indemnitee that are different from or are in addition to those available to the Indemnitor. No compromise or settlement of such Proceeding may be effected by either party without the other party’s consent unless (i) there is no finding or admission of any violation of law and no effect on any other claims that may be made against such other party and (ii) the sole relief provided is monetary damages that are paid in full by the party seeking the settlement. Neither party shall have any liability with respect to any compromise or settlement effected without its consent, which shall not be unreasonably withheld. The Indemnitor shall have no obligation to indemnify and hold harmless the Indemnitee from any loss, expense or liability incurred by the Indemnitee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judgment entered against the Indemnitee unless such judgment was entered after the Indemnitor agreed, in writing, to assume the defense of such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Charges of Depositary.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agrees to pay the fees, reasonable expenses and out-of-pocket charges of the Depositary and those of any Registrar only in accordance with agreements in writing entered into between the Depositary and the Company from time to time. The Depositary shall present its statement for such charges and expenses to the Company once every three months. The charges and expenses of the Custodian are for the sole account of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charges shall be incurred by any party depositing or withdrawing Shares or by any party surrendering Receipts or to whom Receipts are issued (including, without limitation, issuance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or stock split declared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of stock regarding the Receipts or Deposited Securities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Receipts pursuant to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by Owners, as applicable: (1) taxes, stamp duty and other governmental charges, (2) such registration fees as may from time to time be in effect for the registration of transfers of Shares generally on the Share register of the Company or Foreign Registrar and applicable to transfers of Shares to or from the name of the Depositary or its nominee or the Custodian or its nominee on the making of deposits or withdrawals hereunder, (3) such cable, telex and facsimile transmission expenses as are expressly provided in this Deposit Agreement, (4) such expenses as are incurred by the Depositary in the conversion of foreign currency pursuant to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(5)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100 American Depositary Shares (or portion thereof) for the execution and delivery of Receipts pursuant to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and the surrender of Receipts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American Depositary Share (or portion thereof) for any cash distribution made pursuant to the Deposit Agreement, including, but not limited to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hereof, (7)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for the distribution of securities pursuant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such fee being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fee for the execution and delivery of American Depositary Shares referred to above which would have been charged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deposit of such securities (for purposes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treating all such securities as if they were Shares) but which securities are instead distributed by the Depositary to Owners, (8)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American Depositary Share (or portion thereof) for depositary services, which will accrue on the last day of each calendar year and which will be payable as provided in clause (9) below; provided, however, that no fee will be assessed under this clause (8)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was charged pursuant to clause (6) above during that calendar year and (9) any other charge payable by the Depositary, any of the Depositary’s agents, including the Custodian, or the agents of the Depositary’s agents in connection with the servicing of Shares or other Deposited Securities (which charge shall be assessed against Owners as of the date or dates set by the Depositary in accordance with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and shall be payable at the sole discretion of the Depositary by billing such Owners for such charge or by deducting such charge from one or more cash dividends or other cash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subject to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hereof, may own and deal in any class of securities of the Company and its affiliates and in Receipts.</w:t>
      </w:r>
    </w:p>
    <w:p>
      <w:pPr>
        <w:keepNext w:val="0"/>
        <w:spacing w:before="120" w:after="0" w:line="260" w:lineRule="exact"/>
        <w:ind w:left="144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Retention of Depositary Documents.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is authorized to destroy those documents, records, bills and other data compiled during the term of this Deposit Agreement at the times permitted by the laws or regulations governing the Depositary unless the Company reasonably requests that such papers be retained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period or be delivered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w:t>
      </w:r>
    </w:p>
    <w:p>
      <w:pPr>
        <w:keepNext w:val="0"/>
        <w:spacing w:before="120" w:after="0" w:line="260" w:lineRule="exact"/>
        <w:ind w:left="1440" w:right="0" w:firstLine="0"/>
        <w:jc w:val="left"/>
      </w:pPr>
      <w:r>
        <w:rPr>
          <w:rFonts w:ascii="Times New Roman" w:hAnsi="Times New Roman" w:eastAsia="Times New Roman" w:cs="Times New Roman"/>
          <w:b w:val="0"/>
          <w:sz w:val="24"/>
        </w:rPr>
        <w:t>Section 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Sections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the Company agrees not to appoint any other depositary for issuance of American or global depositary receipts so long as The Bank of New York is acting as Depositary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5.12.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Restricted Securities Owners.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From time to time, the Company shall provide to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setting forth, to the actual knowledge of the Company, those persons or entities who beneficially own Restricted Securities. The Company agrees to advise in writing each of the persons or entities so listed that such Restricted Securities are ineligible for deposit hereunder. The Depositary may rely 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or update but shall not be liable for any action or omission made in reliance thereon.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form of the Receipts and any provisions of this Deposit Agreement may at any time and from time to time be amended by agreement between the Company and the Depositary without the consent of Owners and Beneficial Owners in any respect which they may deem necessary or desirable. Any amendment which shall impose or increase any fees or charges (other than taxes and other governmental charges, registration fees, cable, telex or facsimile transmission costs, delivery costs or other such expenses), or which shall otherwise prejudice any substantial existing right of Owners, shall, however, not become effective as to outstanding Receipts until the expiration of thirty days after notice of such amendment shall have been given to the Owners of outstanding Receipts. Every Owner at the time any amendment so becomes effective shall be deemed, by continuing to hold such Receipt, to consent and agree to such amendment and to be bound by the Deposit Agreement as amended thereby. In no event shall any amendment impair the right of the Owner of any Receipt to surrender such Receipt and receive therefor the Deposited Securities represented thereby, except in order to comply with mandatory provisions of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at any time at the direction of the Company terminate this Deposit Agreement by mailing notice of such termination to the Owners of all Receipts then outstanding at least 30 days prior to the date fixed in such notice for such termination. The Depositary may likewise terminate this Deposit Agreement by mailing notice of such termination to the Company and the Owners of all Receipts then outstanding if at any time 60 days shall have expired after the Depositary shall have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its election to resign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shall not have been appointed and accepted its appointment as provided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On and after the date of termination,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will,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surrender of such Receipt at the Corporate Trust Office of the Depositary, (b) payment of the fee of the Depositary for the surrender of Receipts referred to in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and (c) payment of any applicable taxes or governmental charges, be entitled to delivery, to him or upon his order, of the amount of Deposited Securities represented by the American Depositary Shares evidenced by such Receipt. If any Receipts shall remain outstanding after the date of termination, the Depositary thereafter shall discontinue the registration of transfers of Receipts, shall suspend the distribution of dividends to the Owners thereof, and shall not give any further notices or perform any further acts under this Deposit Agreement, except that the Depositary shall continue to collect dividends and other distributions pertaining to Deposited Securities, shall sell rights and other property as provided in this Deposit Agreement, and shall continue to deliver Deposited Securities, together with any dividends or other distributions received with respect thereto and the net proceeds of the sale of any rights or other property, in exchange for Receipts surrendered to the Depositary (after deducting, in each case, the fee of the Depositary for the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any expenses for the account of the Owner of such Receipt in accordance with the terms and conditions of this Deposit Agreement, and any applicable taxes or governmental charges). At any time after the expiration of six months from the date of termination, the Depositary may sell the Deposited Securities then held hereunder and may thereafter hold uninvested the net proceeds of any such sale, together with any other cash then held by it hereunder, unsegregated and without liability for interest, for the pro rata benefit of the Owners of Receipts which have not theretofore been surrendered, such Owners thereupon becoming general creditors of the Depositary with respect to such net proceeds. After making such sale, the Depositary shall be discharged from all obligations under this Deposit Agreement, except for its obligations to the Company under 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and to account for such net proceeds and other cash (after deducting, in each case, the fee of the Depositary for the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any expenses for the account of the Owner of such Receipt in accordance with the terms and conditions of this Deposit Agreement, and any applicable taxes or governmental charges). Upon the termination of this Deposit Agreement, the Company shall be discharged from all obligations under this Deposit Agreement except for its obligations to the Depositary under Sections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Deposit Agreement may be executed in any number of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such counterparts shall constitute one and the same instrument. Copies of this Deposit Agreement shall be filed with the Depositary and the Custodians and shall be open to inspection by any Owner or Beneficial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during business hours.</w:t>
      </w:r>
    </w:p>
    <w:p>
      <w:pPr>
        <w:keepNext w:val="0"/>
        <w:spacing w:before="120" w:after="0" w:line="260" w:lineRule="exact"/>
        <w:ind w:left="144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Third Party Beneficiaries.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Deposit Agreement is for the exclusive benefit of the parties hereto (which shall include the Owners and Beneficial Owners) and shall not be deemed to give any legal or equitable right, remedy or claim whatsoever to any other person, except as otherwise specifically provided in this Agreement with respect to co-transfer agents and the Custodian.</w:t>
      </w:r>
    </w:p>
    <w:p>
      <w:pPr>
        <w:keepNext w:val="0"/>
        <w:spacing w:before="120" w:after="0" w:line="260" w:lineRule="exact"/>
        <w:ind w:left="144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case any one or more of the provisions contained in this Deposit Agreement or in the Receipts should be or become invalid, illegal or unenforceable in any respect, the validity, legality and enforceability of the remaining provisions contained herein or therein shall in no way be affected, prejudiced or disturbed thereby.</w:t>
      </w:r>
    </w:p>
    <w:p>
      <w:pPr>
        <w:keepNext w:val="0"/>
        <w:spacing w:before="120" w:after="0" w:line="260" w:lineRule="exact"/>
        <w:ind w:left="144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 and Beneficial Owners as Parties; 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Owners and Beneficial Owners of Receipts from time to time shall be parties to this Deposit Agreement and shall be bound by all of the terms and conditions hereof and of the Receipts by acceptance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and all notices to be given to the Company shall be deemed to have been duly given if personally delivered or sent by mail or cable, telex or facsimile transmission confirmed by letter, addressed to [NAME AND ADDRESS OF FOREIGN PRIVATE ISSUER], or any other place to which the Company may have transferred its principal office with notice to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Any and all notices to be given to the Depositary shall be deemed to have been duly given if in English and personally delivered or sent by mail or cable, telex or facsimile transmission confirmed by letter, addressed to [DEPOSITARY BANK, ATTENTION TO PROPER DEPARTMENT], or any other place to which the Depositary may have transferred its Corporate Trust Office with notice to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and all notices to be given to any Owner shall be deemed to have been duly given if personally delivered or sent by mail or cable, telex or facsimile transmission confirmed by letter, addressed to such Owner at the address of such Owner as it appears on the transfer books for Receipts of the Depositary, or, if such Owner shall have filed with the Depositary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that notices intended for such Owner be mailed to some other address, at the address designated in such request.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sent by mail or cable, telex or facsimile transmission shall be deemed to be effected at the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addressed letter containing the same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thereof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cable, telex or facsimile transmission) is deposited, postage prepaid,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post-office letter box. The Depositary or the Company may, however, act upon any cable, telex or facsimile transmission received by it, notwithstanding that such cable, telex or facsimile transmission shall not subsequently be confirmed by letter as aforesaid.</w:t>
      </w:r>
    </w:p>
    <w:p>
      <w:pPr>
        <w:keepNext w:val="0"/>
        <w:spacing w:before="120" w:after="0" w:line="260" w:lineRule="exact"/>
        <w:ind w:left="144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Deposit Agreement and the Receipts shall be interpreted and all rights hereunder and thereunder and provisions hereof and thereof shall be governed by the laws of the State of New York without regard to conflicts of laws, rules or principles thereof.</w:t>
      </w:r>
    </w:p>
    <w:p>
      <w:pPr>
        <w:keepNext w:val="0"/>
        <w:spacing w:before="120" w:after="0" w:line="260" w:lineRule="exact"/>
        <w:ind w:left="144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U.S. Securities Laws.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in this Deposit Agreement to the contrary, the Company and the Depositary each agrees that it will not exercise any rights it has under this Deposit Agreement to permit the withdrawal or delivery of Deposited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would violate the U.S. securities laws, including, but not limited to, Section I.</w:t>
      </w:r>
      <w:r>
        <w:rPr>
          <w:rFonts w:ascii="Times New Roman" w:hAnsi="Times New Roman" w:eastAsia="Times New Roman" w:cs="Times New Roman"/>
          <w:b/>
          <w:sz w:val="24"/>
        </w:rPr>
        <w:t>A</w:t>
      </w:r>
      <w:r>
        <w:rPr>
          <w:rFonts w:ascii="Times New Roman" w:hAnsi="Times New Roman" w:eastAsia="Times New Roman" w:cs="Times New Roman"/>
          <w:b w:val="0"/>
          <w:sz w:val="24"/>
        </w:rPr>
        <w:t>.(1) of the General Instructions to the Form F-6 Registration Statement, as amended from time to time, under the Securities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Submission to Jurisdiction; Appointment of Agent for Service of Process.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hereby (i) irrevocably designates and appoints [_________] as the Company’s authorized agent upon which process may be served in any suit or proceeding arising out of or relating to the Shares or Deposited Securities, the American Depositary Shares, the Receipts or this Agreement, (ii) consents and submits to the jurisdiction of any state or federal court in the State of New York in which any such suit or proceeding may be instituted, and (iii) agrees that service of process upon said authorized agent shall be deemed in every respect effective service of process upon the Company in any such suit or proceeding. The Company agrees to deliver, upon the execution and delivery of this Deposit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acceptance by such agent of its appointment as such agent. The Company further agrees to take any and all action, including the filing of any and all such documents and instruments, as may be necessary to continue such designation and appointment in full force and effect for so long as any American Depositary Shares or Receipts remain outstanding or this Agreement remains in force. In the event the Company fails to continue such designation and appointment in full force and effect, the Company hereby waives personal service of process upon it and consents that any such service of process may be made by certified or registered mail, return receipt requested, directed to the Company at its address last specified for notices hereunder, and service so made shall be deemed completed five (5) days after the same shall have been so mailed.</w:t>
      </w:r>
    </w:p>
    <w:p>
      <w:pPr>
        <w:keepNext w:val="0"/>
        <w:spacing w:before="120" w:after="0" w:line="260" w:lineRule="exact"/>
        <w:ind w:left="144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the Depositary is advised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the United States may not be recognized, the following provisions shall apply: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controversy, claim or cause of action brought by any party or parties hereto against any other party or parties hereto arising out of or relating to the Deposit Agreement shall be settled by arbitration in accordance with the Commercial Arbitration Rules of the American Arbitration Association, and judgment upon the award rendered by the arbitrators may be entered in any court having jurisdiction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of the arbitration shall be the City of New York, State of New York, United States of America, and the language of the arbitration shall be English.</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arbitrators shall be three, each of whom shall be disinterested in the dispute or controversy, shall have no connection with any party thereto, and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experienced in international securities transactions. Each party shall appoint one arbitrator and the two arbitrators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arbitrator who shall serve as chairperson of the tribunal.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controversy or cause of action shall involve more than two parties, the parties shall attempt to align themselves in two sides (i.e., claimant and respondent), each of which shall appoint one arbitrator as if there were only two parties to such dispute, controversy or cause of action. If either or both parties fail to select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or if such alignment (in the event there is more than two parties) shall not have occurred, within sixty (60) calendar days after the initiating party serves the arbitration demand or the two arbitrators fail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arbitrator within sixty (60) calendar days of the selection of the second arbitrator, the American Arbitration Association shall appoint the arbitrator or arbitrators in accordance with its rules. The parties and the American Arbitration Association may appoint the arbitrators from among the nationals of any country,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of that country.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arbitrators shall have no authority to award damages not measured by the prevailing party’s actual damages and shall have no authority to award any consequential, special or punitive damages, and may not, in any event, make any ruling, finding or award that does not conform to the terms and conditions of this Deposit Agreement.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any third-party action or proceeding is instituted against the Depositary relating to or arising from any act or failure to act by the Company, the Company hereby submits to the personal jurisdiction of the court or administrative agency in which such action or proceeding is brought.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[NAME OF FOREIGN PRIVATE ISSUER] and [NAME OF DEPOSITARY INSTITUTION] have duly executed this agreement as of the day and year first set forth above and all Owners and Beneficial Owners shall become parties hereto upon acceptance by them of Receipts issued in accordance with the terms hereof.</w:t>
      </w:r>
    </w:p>
    <w:p>
      <w:pPr>
        <w:keepNext w:val="0"/>
        <w:spacing w:before="120" w:after="0" w:line="260" w:lineRule="exact"/>
        <w:ind w:left="360" w:right="0" w:firstLine="0"/>
        <w:jc w:val="left"/>
      </w:pPr>
      <w:r>
        <w:rPr>
          <w:rFonts w:ascii="Times New Roman" w:hAnsi="Times New Roman" w:eastAsia="Times New Roman" w:cs="Times New Roman"/>
          <w:b w:val="0"/>
          <w:sz w:val="24"/>
        </w:rPr>
        <w:t>[NAME OF FOREIGN PRIVATE ISSUER]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DEPOSITARY INSTITUTION],</w:t>
      </w:r>
    </w:p>
    <w:p>
      <w:pPr>
        <w:keepNext w:val="0"/>
        <w:spacing w:before="120" w:after="0" w:line="260" w:lineRule="exact"/>
        <w:ind w:left="360" w:right="0" w:firstLine="0"/>
        <w:jc w:val="left"/>
      </w:pPr>
      <w:r>
        <w:rPr>
          <w:rFonts w:ascii="Times New Roman" w:hAnsi="Times New Roman" w:eastAsia="Times New Roman" w:cs="Times New Roman"/>
          <w:b w:val="0"/>
          <w:sz w:val="24"/>
        </w:rPr>
        <w:t>as Depositary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DEPOSIT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AMERICAN DEPOSITARY SHARE</w:t>
      </w:r>
    </w:p>
    <w:p>
      <w:pPr>
        <w:keepNext w:val="0"/>
        <w:spacing w:before="200" w:after="0" w:line="260" w:lineRule="exact"/>
        <w:ind w:left="720" w:right="0" w:firstLine="0"/>
        <w:jc w:val="both"/>
      </w:pPr>
      <w:r>
        <w:rPr>
          <w:rFonts w:ascii="Times New Roman" w:hAnsi="Times New Roman" w:eastAsia="Times New Roman" w:cs="Times New Roman"/>
          <w:b w:val="0"/>
          <w:sz w:val="24"/>
        </w:rPr>
        <w:t>(Each American Depositary Share represents [___] deposited Shares)</w:t>
      </w:r>
    </w:p>
    <w:p>
      <w:pPr>
        <w:keepNext w:val="0"/>
        <w:spacing w:before="200" w:after="0" w:line="260" w:lineRule="exact"/>
        <w:ind w:left="720" w:right="0" w:firstLine="0"/>
        <w:jc w:val="both"/>
      </w:pPr>
      <w:r>
        <w:rPr>
          <w:rFonts w:ascii="Times New Roman" w:hAnsi="Times New Roman" w:eastAsia="Times New Roman" w:cs="Times New Roman"/>
          <w:b w:val="0"/>
          <w:sz w:val="24"/>
        </w:rPr>
        <w:t>[NAME OF DEPOSITARY INSTITUTION]</w:t>
      </w:r>
    </w:p>
    <w:p>
      <w:pPr>
        <w:keepNext w:val="0"/>
        <w:spacing w:before="60" w:after="0" w:line="260" w:lineRule="exact"/>
        <w:ind w:left="720" w:right="0" w:firstLine="0"/>
        <w:jc w:val="both"/>
      </w:pPr>
      <w:r>
        <w:rPr>
          <w:rFonts w:ascii="Times New Roman" w:hAnsi="Times New Roman" w:eastAsia="Times New Roman" w:cs="Times New Roman"/>
          <w:b w:val="0"/>
          <w:sz w:val="24"/>
        </w:rPr>
        <w:t>AMERICAN DEPOSITARY RECEIPT</w:t>
      </w:r>
    </w:p>
    <w:p>
      <w:pPr>
        <w:keepNext w:val="0"/>
        <w:spacing w:before="60" w:after="0" w:line="260" w:lineRule="exact"/>
        <w:ind w:left="720" w:right="0" w:firstLine="0"/>
        <w:jc w:val="both"/>
      </w:pPr>
      <w:r>
        <w:rPr>
          <w:rFonts w:ascii="Times New Roman" w:hAnsi="Times New Roman" w:eastAsia="Times New Roman" w:cs="Times New Roman"/>
          <w:b w:val="0"/>
          <w:sz w:val="24"/>
        </w:rPr>
        <w:t>FOR [NAME OF CLASS OF SHARES],</w:t>
      </w:r>
    </w:p>
    <w:p>
      <w:pPr>
        <w:keepNext w:val="0"/>
        <w:spacing w:before="60" w:after="0" w:line="260" w:lineRule="exact"/>
        <w:ind w:left="720" w:right="0" w:firstLine="0"/>
        <w:jc w:val="both"/>
      </w:pPr>
      <w:r>
        <w:rPr>
          <w:rFonts w:ascii="Times New Roman" w:hAnsi="Times New Roman" w:eastAsia="Times New Roman" w:cs="Times New Roman"/>
          <w:b w:val="0"/>
          <w:sz w:val="24"/>
        </w:rPr>
        <w:t>PAR VALUE $[amount] PER SHARE, OF</w:t>
      </w:r>
    </w:p>
    <w:p>
      <w:pPr>
        <w:keepNext w:val="0"/>
        <w:spacing w:before="60" w:after="0" w:line="260" w:lineRule="exact"/>
        <w:ind w:left="720" w:right="0" w:firstLine="0"/>
        <w:jc w:val="both"/>
      </w:pPr>
      <w:r>
        <w:rPr>
          <w:rFonts w:ascii="Times New Roman" w:hAnsi="Times New Roman" w:eastAsia="Times New Roman" w:cs="Times New Roman"/>
          <w:b w:val="0"/>
          <w:sz w:val="24"/>
        </w:rPr>
        <w:t>[_________]</w:t>
      </w:r>
    </w:p>
    <w:p>
      <w:pPr>
        <w:keepNext w:val="0"/>
        <w:spacing w:before="60" w:after="0" w:line="260" w:lineRule="exact"/>
        <w:ind w:left="720" w:right="0" w:firstLine="0"/>
        <w:jc w:val="both"/>
      </w:pPr>
      <w:r>
        <w:rPr>
          <w:rFonts w:ascii="Times New Roman" w:hAnsi="Times New Roman" w:eastAsia="Times New Roman" w:cs="Times New Roman"/>
          <w:b w:val="0"/>
          <w:sz w:val="24"/>
        </w:rPr>
        <w:t>(INCORPORATED UNDER THE LAWS OF [JURISDICTION OF INCORPORATION])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[NAME OF DEPOSITARY INSTITUTION] as depositary (hereinafter called the Depositary), hereby certifies that [_________], or registered assigns IS THE OWNER OF</w:t>
      </w:r>
    </w:p>
    <w:p>
      <w:pPr>
        <w:keepNext w:val="0"/>
        <w:spacing w:before="120" w:after="0" w:line="260" w:lineRule="exact"/>
        <w:ind w:left="720" w:right="0" w:firstLine="0"/>
        <w:jc w:val="left"/>
      </w:pPr>
      <w:r>
        <w:rPr>
          <w:rFonts w:ascii="Times New Roman" w:hAnsi="Times New Roman" w:eastAsia="Times New Roman" w:cs="Times New Roman"/>
          <w:b/>
          <w:sz w:val="24"/>
        </w:rPr>
        <w:t>AMERICAN DEPOSITARY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representing deposited [Name of Class of Shares] (herein called Shares) of [___], incorporated under the laws of the [jurisdiction of formation] (herein called the Company). At the date hereof, each American Depositary Share represents [___] Shares which are either deposited or subject to deposit under the Deposit Agreement referred to below at the principal [OFFICE ADDRESS AND NAME OF CUSTODIAN] (herein called the Custodian). The Depositary’s Corporate Trust Office is located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address than its principal executive office. Its Corporate Trust Office is located at [CORPORATE TRUST OFFICE OF CUSTODIAN].</w:t>
      </w:r>
    </w:p>
    <w:p>
      <w:pPr>
        <w:keepNext w:val="0"/>
        <w:spacing w:before="120" w:after="0" w:line="260" w:lineRule="exact"/>
        <w:ind w:left="720" w:right="0" w:firstLine="0"/>
        <w:jc w:val="left"/>
      </w:pPr>
      <w:r>
        <w:rPr>
          <w:rFonts w:ascii="Times New Roman" w:hAnsi="Times New Roman" w:eastAsia="Times New Roman" w:cs="Times New Roman"/>
          <w:b/>
          <w:sz w:val="24"/>
        </w:rPr>
        <w:t>[ADDRESS OF DEPOSITARY]</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Deposit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American Depositary Receipt is one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 (herein called Receipts), all issued and to be issued upon the terms and conditions set forth in the deposit agreement, dated as of [_______] (the “Deposit Agreement”), by and among the Company, the Depositary, and all Owners and Beneficial Owners from time to time of Receipts issued thereunder, each of whom by accepting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and become bound by all the terms and conditions thereof. The Deposit Agreement sets forth the rights of Owners and Beneficial Owners of the Receipts and the rights and duties of the Depositary in respect of the Shares deposited thereunder and any and all other securities, property and cash from time to time received in respect of such Shares and held thereunder (such Shares, securities, property, and cash are herein called Deposited Securities). Copies of the Deposit Agreement are on file at the Depositary’s Corporate Trust Office in [_______] and at the office of the Custodian.</w:t>
      </w:r>
    </w:p>
    <w:p>
      <w:pPr>
        <w:keepNext w:val="0"/>
        <w:spacing w:before="200" w:after="0" w:line="260" w:lineRule="exact"/>
        <w:ind w:left="1440" w:right="0" w:firstLine="0"/>
        <w:jc w:val="both"/>
      </w:pPr>
      <w:r>
        <w:rPr>
          <w:rFonts w:ascii="Times New Roman" w:hAnsi="Times New Roman" w:eastAsia="Times New Roman" w:cs="Times New Roman"/>
          <w:b w:val="0"/>
          <w:sz w:val="24"/>
        </w:rPr>
        <w:t>The statements made on the face and reverse of this Receipt are summaries of certain provisions of the Deposit Agreement and are qualified by and subject to the detailed provisions of the Deposit Agreement, to which reference is hereby made. Capitalized terms not defined herein shall have the meanings set forth in the Deposit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Surrender of Receipts and Withdrawal of Shares.</w:t>
      </w:r>
    </w:p>
    <w:p>
      <w:pPr>
        <w:keepNext w:val="0"/>
        <w:spacing w:before="200" w:after="0" w:line="260" w:lineRule="exact"/>
        <w:ind w:left="1440" w:right="0" w:firstLine="0"/>
        <w:jc w:val="both"/>
      </w:pPr>
      <w:r>
        <w:rPr>
          <w:rFonts w:ascii="Times New Roman" w:hAnsi="Times New Roman" w:eastAsia="Times New Roman" w:cs="Times New Roman"/>
          <w:b w:val="0"/>
          <w:sz w:val="24"/>
        </w:rPr>
        <w:t>Upon surrender at the Corporate Trust Office of the Depositary of this Receipt, and upon payment of the fee of the Depositary provided in this Receipt, and subject to the terms and conditions of the Deposit Agreement, the Owner hereof is entitled to delivery, to him or upon his order, of the amount of Deposited Securities at the time represented by the American Depositary Shares for which this Receipt is issued. Delivery of such Deposited Securities may be made by the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certificates for Shares in the name of the Owner hereof or as ordered by him or by certificates properly endorsed or accompanied by proper instruments of transfer to such Owner or as ordered by him and (b) any other securities, property and cash to which such Owner is then entitled in respect of this Receipt to such Owner or as ordered by him. Such delivery will be made at the option of the Owner hereof, either at the office of the Custodian or at the Corporate Trust Office of the Depositary, provided that the forwarding of certificates for Shares or other Deposited Securities for such delivery at the Corporate Trust Office of the Depositary shall be at the risk and expense of the Owner hereof. Notwithstanding any other provision of the Deposit Agreement or this Receipt, the surrender of outstanding Receipts and withdrawal of Deposited Securities may be suspended only for (i) temporary delays caused by closing the transfer books of the Depositary or the Company or the deposit of Shares in connection with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or the payment of dividends, (ii) the payment of fees, taxes and similar charges, and (iii) compliance with any U.S. or foreign laws or governmental regulations relating to the Receipts or to the withdrawal of the Deposited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Split-Ups, and Combinations of Receipts.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transfer of this Receipt is registrable on the books of the Depositary at its Corporate Trust Office by the Owner hereof in person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attorney, upon surrender of this Receipt properly endorsed for transfer or accompanied by proper instruments of transfer and funds sufficient to pay any applicable transfer taxes and the expenses of the Depositary and upon compliance with such regulations, if any, as the Depositary may establish for such purpose. This Receipt may be split into other such Receipts, or may be combined with other such Receipts into one Receipt, evidencing the same aggregate number of American Depositary Shares as the Receipt or Receipts surrendered.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the execution and delivery, registration of transfer, split-up, combination, or surrender of any Receipt or withdrawal of any Deposited Securities, the Depositary, the Custodian, or Registrar may require payment from the depositor of Shares or the presenter of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sufficient to reimburse it for any tax, stamp duty or other governmental charge and any stock transfer or registration fee with respect thereto (including any such tax or charge and fee with respect to Shares being deposited or withdrawn) and payment of any applicable fees as provided in this Receipt, may require the production of proof satisfactory to it as to the identity and genuineness of any signature and may also require compliance with any regulations the Depositary may establish consistent with the provisions of the Deposit Agreement or this Receipt.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delivery of Receipts against deposits of Shares generally or against deposits of particular Shares may be suspended, or the transfer of Receipts in particular instances may be refused, or the registration of transfer of outstanding Receipts generally may be suspended, during any period when the transfer books of the Depositary are closed as provided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of the Deposit Agreement, or if any such action is deemed necessary or advisable by the Depositary or the Company at any time or from time to time because of any requirement of law or of any government or governmental body or commission, or under any provision of the Deposit Agreement or this Receipt, or for any other reason. Without limitation of the foregoing, the Depositary shall not knowingly accept for deposit under the Deposit Agreement any Shares required to be registered under the provisions of the Securities Act for public sale in the United States,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in effect as to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Owner for Taxes.</w:t>
      </w:r>
    </w:p>
    <w:p>
      <w:pPr>
        <w:keepNext w:val="0"/>
        <w:spacing w:before="200" w:after="0" w:line="260" w:lineRule="exact"/>
        <w:ind w:left="1440" w:right="0" w:firstLine="0"/>
        <w:jc w:val="both"/>
      </w:pPr>
      <w:r>
        <w:rPr>
          <w:rFonts w:ascii="Times New Roman" w:hAnsi="Times New Roman" w:eastAsia="Times New Roman" w:cs="Times New Roman"/>
          <w:b w:val="0"/>
          <w:sz w:val="24"/>
        </w:rPr>
        <w:t>If any tax or other governmental charge shall become payable with respect to any Receipt or any Deposited Securities represented hereby, such tax or other governmental charge shall be payable by the Owner hereof to the Depositary. The Depositary may refuse to effect any transfer of this Receipt or any withdrawal of Deposited Securities represented by American Depositary Shares evidenced by such Receipt until such payment is made, and may withhold any dividends or other distributions, or may sell for the account of the Owner hereof any part or all of the Deposited Securities represented by the American Depositary Shares evidenced by this Receipt, and may apply such dividends or other distributions or the proceeds of any such sale in payment of such tax or other governmental charge and the Owner hereof shall remain liable for any deficiency.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of Depositors.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Every person depositing Shares under the Deposit Agreement shall be deemed thereby to represent and warrant that such Shares and each certificate therefor, if applicable, are validly issued, fully paid, nonassessable and were not issued in violation of any preemptive rights of the holders of outstanding Shares and that the person making such deposit is duly authorized so to do. Every such person shall also be deemed to represent that the Shares are eligible for deposit in accordance with the Deposit Agreement and the General Instructions to Form F-6 under the Securities Act, and Receipts evidencing American Depositary Shares representing the Shares would not be, Restricted Securities. All representations and warranties deemed made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the Deposit Agreement shall survive the deposit of Shares and delivery or surrender of Receipts.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Proofs, Certificates, and Other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person presenting Shares for deposit or any Owner or Beneficial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may be required from time to time to file with the Depositary or the Custodian such proof of citizenship or residence, exchange control approval, or such information relating to the registration on the books of the Company or the Foreign Registrar, if applicable, to execute such certificates and to make such representations and warranties, as the Depositary may deem necessary or proper. The Depositary may withhold the delivery or registration of transfer of any Receipt or the distribution of any dividend or sale or distribution of rights or of the proceeds thereof or the delivery of any Deposited Securities until such proof or other information is filed or such certificates are executed or such representations and warranties made. If requested in writing, the Depositary shall, as promptly as practicable, provide the Company, at the expense of the Company, with copies of any such proofs, certificates or other information it receives pursuant to this Article, unless prohibited by applicable law. No Share shall be accepted for deposit unless accompanied by evidence satisfactory to the Depositary that any necessary approval has been granted by any governmental body in [jurisdiction of the Company’s formation] which is then performing the function of the regulation of currency exchange.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Charges of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agrees to pay the fees, reasonable expenses and out-of-pocket charges of the Depositary and those of any Registrar only in accordance with agreements in writing entered into between the Depositary and the Company from time to time. The Depositary shall present its statement for such charges and expenses to the Company once every three months. The charges and expenses of the Custodian are for the sole account of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charges shall be incurred by any party depositing or withdrawing Shares or by any party surrendering Receipts or to whom Receipts are issued (including, without limitation, issuance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or stock split declared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of stock regarding the Receipts or Deposited Securities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Receipts pursuant to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of the Deposit Agreement), or by Owners, as applicable: (1) taxes, stamp duty and other governmental charges, (2) such registration fees as may from time to time be in effect for the registration of transfers of Shares generally on the Share register of the Company or Foreign Registrar and applicable to transfers of Shares to or from the name of the Depositary or its nominee or the Custodian or its nominee on the making of deposits or withdrawals under the Deposit Agreement, (3) such cable, telex and facsimile transmission expenses as are expressly provided in the Deposit Agreement, (4) such expenses as are incurred by the Depositary in the conversion of foreign currency pursuant to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of the Deposit Agreement, (5)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[____] American Depositary Shares (or portion thereof) for the execution and delivery of Receipts pursuant to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of the Deposit Agreement and the surrender of Receipts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of the Deposit Agreement, (6)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American Depositary Share (or portion thereof) for any cash distribution made pursuant to the Deposit Agreement, including, but not limited to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of the Deposit Agreement, (7)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for the distribution of securities pursuant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the Deposit Agreement, such fee being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fee for the execution and delivery of American Depositary Shares referred to above which would have been charged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deposit of such securities (for purposes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treating all such securities as if they were Shares) but which securities are instead distributed by the Depositary to Owners, (8)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or less per American Depositary Share (or portion thereof) for depositary services, which will accrue on the last day of each calendar year and which will be payable as provided in clause (9) below; provided, however, that no fee will be assessed under this clause (8)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was charged pursuant to clause (6) above during that calendar year and (9) any other charge payable by the Depositary, any of the Depositary’s agents, including the Custodian, or the agents of the Depositary’s agents in connection with the servicing of Shares or other Deposited Securities (which charge shall be assessed against Owners as of the date or dates set by the Depositary in accordance with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of the Deposit Agreement and shall be payable at the sole discretion of the Depositary by billing such Owners for such charge or by deducting such charge from one or more cash dividends or other cash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subject to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of the Deposit Agreement, may own and deal in any class of securities of the Company and its affiliates and in Receipts.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Pre-Release of Receipts.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notwithstanding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of the Deposit Agreement, execute and deliver Receipts prior to the receipt of Shares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the Deposit Agreement (“Pre-Release”). The Depositary may,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 Deposit Agreement, deliver Shares upon the receipt and cancellation of Receipts which have been Pre-Released, whether or not such cancellation is prior to the termination of such Pre-Release or the Depositary knows that such Receipt has been Pre-Released. The Depositary may receive Receipts in lieu of Shares in satisfaction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Each Pre-Release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preceded or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representation and agreement from the person to whom Receipts are to be delivered (the “Pre-Releasee”) that the Pre-Releasee, or its customer, (i) owns the shares or Receipts to be remitted, as the case may be, (ii) assigns all beneficial rights, title and interest in such Shares or Receipts, as the case may be, to the Depositary in its capacity as such and for the benefit of the Owners, and (iii) will not take any action with respect to such Shares or Receipts, as the case may be, that is inconsistent with the transfer of beneficial ownership (including, without the consent of the Depositary, disposing of such Shares or Receipts, as the case may be), other than in satisfaction of such Pre-Release, (b) at all times fully collateralized with cash, U.S. government securities or such other collateral as the Depositary determines, in good faith, will provide substantially similar liquidity and security, (c) terminable by the Depositary on not more than five (5) business days notice, and (d) subject to such further indemnities and credit regulations as the Depositary deems appropriate. The number of Shares not deposited but represented by American Depositary Shares outstanding at any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Pre-Releases will not normally exceed thirty percent (30%) of the Shares deposited hereunder; provided, however, that the Depositary reserves the right to disregard such limit from time to time as it deems reasonably appropriate, and may, with the prior written consent of the Company, change such limit for purposes of general application. The Depositary will also set Dollar limits with respect to Pre-Release transactions to be entered into hereunder with any particular Pre-Releasee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as the Depositary deems appropriate. For purposes of enabling the Depositary to fulfill its obligations to the Owners under the Deposit Agreement, the collateral referred to in clause (b) above shall be held by the Depositary as security for the performance of the Pre-Releasee’s obligations to the Depositary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transaction, including the Pre-Releasee’s obligation to deliver Shares or Receipts upon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Pre-Release transaction (and shall not, for the avoidance of doubt, constitute Deposited Securities hereunder). </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may retain for its own account any compensation received by it in connection with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to Receipts.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this Receipt and every successive Owner and Beneficial Owner of this Receipt by accepting or holding the same consents and agrees, that title to this Receipt when properly endorsed or accompanied by proper instruments of transfer, is transferable by delivery with the same effect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negotiable instrument; under the laws of New York; provided, however, that the Depositary, notwithstanding any notice to the contrary, may treat the person in whose name this Receipt is registered on the books of the Depositary as the absolute owner hereof for the purpose of determining the person entitled to distribution of dividends or other distributions or to any notice provided for in the Deposit Agreement and for all other purposes.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Validity of Receipt.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Receipt shall not be entitled to any benefits under the Deposit Agreement or be valid or obligatory for any purpose, unless this Receipt shall have been executed by the Depositary by the manual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signatory of the Depositary; provided, however, that such signature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Registrar for the Receipts shall have been appointed, and such Receipts are countersigned by the manual or facsimile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Registrar.</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Inspection of Transfer Books.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is subject to the periodic reporting requirements of the Securities Exchange Act of 1934 and, accordingly, files certain reports with the Securities and Exchange Commission (hereinafter called the “Commission”).</w:t>
      </w:r>
    </w:p>
    <w:p>
      <w:pPr>
        <w:keepNext w:val="0"/>
        <w:spacing w:before="200" w:after="0" w:line="260" w:lineRule="exact"/>
        <w:ind w:left="1440" w:right="0" w:firstLine="0"/>
        <w:jc w:val="both"/>
      </w:pPr>
      <w:r>
        <w:rPr>
          <w:rFonts w:ascii="Times New Roman" w:hAnsi="Times New Roman" w:eastAsia="Times New Roman" w:cs="Times New Roman"/>
          <w:b w:val="0"/>
          <w:sz w:val="24"/>
        </w:rPr>
        <w:t>Such reports and communications will be available for inspection and copying at the public reference facilities maintained by the Commission located at 100 F Street, N.E., Washington, D.C. 20549.</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will make available for inspection by Owners of Receipts at its Corporate Trust Office, as promptly as practicable after receipt, any reports and communications, including any proxy soliciting material, received from the Company which are both (</w:t>
      </w:r>
      <w:r>
        <w:rPr>
          <w:rFonts w:ascii="Times New Roman" w:hAnsi="Times New Roman" w:eastAsia="Times New Roman" w:cs="Times New Roman"/>
          <w:b/>
          <w:sz w:val="24"/>
        </w:rPr>
        <w:t>a</w:t>
      </w:r>
      <w:r>
        <w:rPr>
          <w:rFonts w:ascii="Times New Roman" w:hAnsi="Times New Roman" w:eastAsia="Times New Roman" w:cs="Times New Roman"/>
          <w:b w:val="0"/>
          <w:sz w:val="24"/>
        </w:rPr>
        <w:t>) received by the Depositary as the holder of the Deposited Securities and (b) made generally available to the holders of such Deposited Securities by the Company. The Depositary shall also send to the Owners of Receipts copies of such reports when furnished by the Company pursuant to the Deposit Agreement. Any such reports and communications, including any such proxy soliciting material, furnished to the Depositary by the Company shall be furnished in English.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keep books at its Corporate Trust Office for the registration of Receipts and transfers of Receipts which at all reasonable times shall be open for inspection by the Owners and the Company, provided that such inspection shall not be for the purpose of communicating with Owners of Receipts in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or object other than the business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related to the Deposit Agreement or the Receipts.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 and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the Depositary shall receive any cash dividend or other cash distribution on any Deposited Securities, the Depositary shall, if at the time of receipt thereof any amounts received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currency can in the judgment of the Depositary be converted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into United States dollars transferable to the United States, and subject to the Deposit Agreement, convert such dividend or distribution into Dollars and shall distribute the amount thus received (net of the fees and expenses of the Depositary as provided in the Deposit Agreement, if applicable) to the Owners of Receipts entitled thereto, provided, however, that in the event that the Company or the Depositary shall be required to withhold and does withhold from such cash dividend or such other cash distribution in respect of any Deposited Securities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on account of taxes, the amount distributed to the Owners of the Receipts evidencing American Depositary Shares representing such Deposited Securities shall be reduced accordingly.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provisions of Sections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 whenever the Depositary shall receive any distribution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described in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of the Deposit Agreement, the Depositary shall, subject to all applicable laws, cause the securities or property received by it to be distributed to the Owners of Receipts entitled thereto, after deduction or upon payment of any fees and expenses of the Depositary or any taxes or other governmental charges, in any manner that the Depositary may deem equitable and practicable for accomplishing such distribution; provided, however, that if in the opinion of the Depositary such distribution cannot be made proportionately among the Owners of Receipts entitled thereto, or if for any other reason the Depositary deems such distribution not to be feasible, the Depositary may adopt such method as it may deem equitable and practicable for the purpose of effecting such distribution, including, but not limited to, the public or private sale of the securities or property thus received, or any part thereof, and the net proceeds of any such sale (net of the fees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 shall be distributed by the Depositary to the Owners of Receipts entitled thereto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received in cash. The Depositary may refuse to effect any distribution of securities under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the Deposit Agreement unless it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United States counsel for the Company that is satisfactory to the Depositary that the distribution does not require registration under the Securities Act.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distribution upon any Deposited Securities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in, or free distribution of, Shares, the Depositary may distribute to the Owners of outstanding Receipts entitled thereto, additional Receipts evidencing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number of American Depositary Shares representing the amount of Shares received as such dividend or free distribution, subject to the terms and conditions of the Deposit Agreement with respect to the deposit of Shares and the issuance of American Depositary Shares evidenced by Receipts, including the withholding of any tax or other governmental charge as provided in 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of the Deposit Agreement and the payment of the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 In lieu of delivering Receipts for fractional American Depositary Shares in any such case, the Depositary shall use reasonable efforts to sell the amount of Shares represented by the aggregate of such fractions and distribute any net proceeds to the Owners entitled to them, all in the manner and subject to the conditions set forth in the Deposit Agreement. If additional Receipts are not so distributed, each American Depositary Share shall thenceforth also represent the additional Shares distributed upon the Deposited Securities represented thereby.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or its agent will remit to the appropriate governmental agencies in the [jurisdiction of Company’s formation] all amounts withheld and owing to such agencies. The Depositary will forward to the Company or its agent such information from its records as the Company may reasonably request to enable the Company or its agent to file necessary reports with governmental agencies, and the Depositary or the Company or its agent may file any such reports necessary to obtain benefits under the applicable tax treaties for the Owners of Receipts. In the event that the Depositary determines that any distribution in property (including Shares and rights to subscribe therefor) is subject to any tax or other governmental charge which the Depositary is obligated to withhold, the Depositary may by public or private sale dispose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property (including Shares and rights to subscribe therefor) in such amounts and in such manner as the Depositary deems necessary and practicable to pay any such taxes or charges and the Depositary shall distribute the net proceeds of any such sale after deduction of such taxes or charges to the Owners of Receipts entitled thereto.</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of Foreign Currency.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the Depositary or the Custodian shall receive foreign currency, by way of dividends or other distributions or the net proceeds from the sale of securities, property or rights, and if at the time of the receipt thereof the foreign currency so received can in the judgment of the Depositary be converted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into Dollars and the resulting Dollars transferred to the United States, the Depositary shall convert or cause to be converted, by sale or in any other manner that it may determine, such foreign currency into Dollars, and such Dollars shall be distributed to the Owners entitled thereto or, if the Depositary shall have distributed any warrants or other instruments which entitle the holders thereof to such Dollars, then to the holders of such warrants and/or instruments upon surrender thereof for cancellation. Such distribution may be made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averaged or other practicable basis without regard to any distinctions among Owners on account of exchange restrictions, the date of delivery of any Receipt or otherwise and shall be net of any expenses of conversion into Dollars incurred by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If such conversion or distribution can be effected only with the approval or license of any government or agency thereof, the Depositary shall file such application for approval or license, if any, as it may deem desirable.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at any time the Depositary shall determine that in its judgment any foreign currency received by the Depositary or the Custodian is not convertible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into Dollars transferable to the United States, or if any approval or license of any government or agency thereof which is required for such conversion is denied or in the opinion of the Depositary is not obtainable without excessively burdensome or otherwise unreasonable efforts, or if any such approval or license is not obtained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as determined by the Depositary, or if there are foreign exchange controls in place that prohibit such conversion, the Depositary may distribute the foreign currency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document evidencing the right to receive such foreign currency) received by the Depositary to, or in its discretion may hold such foreign currency uninvested and without liability for interest thereon for the respective accounts of, the Owners entitled to receive the same.</w:t>
      </w:r>
    </w:p>
    <w:p>
      <w:pPr>
        <w:keepNext w:val="0"/>
        <w:spacing w:before="200" w:after="0" w:line="260" w:lineRule="exact"/>
        <w:ind w:left="1440" w:right="0" w:firstLine="0"/>
        <w:jc w:val="both"/>
      </w:pPr>
      <w:r>
        <w:rPr>
          <w:rFonts w:ascii="Times New Roman" w:hAnsi="Times New Roman" w:eastAsia="Times New Roman" w:cs="Times New Roman"/>
          <w:b w:val="0"/>
          <w:sz w:val="24"/>
        </w:rPr>
        <w:t>If any such conversion of foreign currency, in whole or in part, cannot be effected for distribution to some of the Owners entitled thereto, the Depositary may in its discretion make such conversion and distribution in Dollars to the extent permissible to the Owners entitled thereto and may distribute the balance of the foreign currency received by the Depositary to, or hold such balance uninvested and without liability for interest thereon for the respective accounts of, the Owners entitled thereto.</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that the Company shall offer or cause to be offered to the holders of any Deposited Securities any rights to subscribe for additional Shares or any rights of any other nature, the Depositary shall have discretion as to the procedure to be followed in making such rights available to any Owners to them or in disposing of such rights on behalf of any Owners otherwise entitled to them and making the net proceeds available to such Owners or, if by the terms of such rights offering or for any other reason, the Depositary may not either make such rights available to any Owners or dispose of such rights and make the net proceeds available to such Owners, then the Depositary shall allow the rights to lapse. If at the time of the offering of any rights the Depositary determines in its reasonable discretion that it is lawful and feasible to make such rights available to all Owners or to certain Owners but not to other Owners, the Depositary may distribute, to any Owner to whom it determines the distribution to be lawful and feasible, in proportion to the number of American Depositary Shares held by such Owner, warrants or other instruments therefor in such form as it deems appropriate.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circumstances in which rights would otherwise not be distributed,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Receipts requests the distribution of warrants or other instruments in order to exercise the rights allocable to the American Depositary Shares of such Owner under the Deposit Agreement, the Depositary will make such rights available to such Owner upon written notice from the Company to the Depositary that (</w:t>
      </w:r>
      <w:r>
        <w:rPr>
          <w:rFonts w:ascii="Times New Roman" w:hAnsi="Times New Roman" w:eastAsia="Times New Roman" w:cs="Times New Roman"/>
          <w:b/>
          <w:sz w:val="24"/>
        </w:rPr>
        <w:t>a</w:t>
      </w:r>
      <w:r>
        <w:rPr>
          <w:rFonts w:ascii="Times New Roman" w:hAnsi="Times New Roman" w:eastAsia="Times New Roman" w:cs="Times New Roman"/>
          <w:b w:val="0"/>
          <w:sz w:val="24"/>
        </w:rPr>
        <w:t>) the Company has elected in its sole discretion to permit such rights to be exercised and (b) such Owner has executed such documents as the Company has determined in its sole discretion are reasonably required under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Depositary has distributed warrants or other instruments for rights to all or certain Owners, then upon instruction from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pursuant to such warrants or other instruments to the Depositary from such Owner to exercise such rights, upon payment by such Owner to the Depositary for the account of such Owner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purchase price of the Shares to be received upon the exercise of the rights, and upon payment of the fees and expenses of the Depositary and any other charges as set forth in such warrants or other instruments, the Depositary shall, on behalf of such Owner, exercise the rights and purchase the Shares, and the Company shall cause the Shares so purchased to be delivered to the Depositary on behalf of such Owner. As agent for such Owner, the Depositary will cause the Shares so purchased to be deposited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the Deposit Agreement, and shall, pursuant to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of the Deposit Agreement, execute and deliver Receipts to such Owner.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the second paragraph of this Article, such Receipts shall be legended in accordance with applicable U.S. laws, and shall be subject to the appropriate restrictions on sale, deposit, cancellation and transfer under such 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Depositary determines in its reasonable discretion that it is not lawful and feasible to make such rights available to all or certain Owners, it may sell the rights, warrants or other instruments in proportion to the number of American Depositary Shares held by the Owners to whom it has determined it may not lawfully or feasibly make such rights available, and allocate the net proceeds of such sales (net of the fees and expenses of the Depositary as provided in Section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 and all taxes and governmental charges payable in connection with such rights and subject to the terms and conditions of the Deposit Agreement) for the account of such Owners otherwise entitled to such rights, warrants or other instruments,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averaged or other practical basis without regard to any distinctions among such Owners because of exchange restrictions or the date of delivery of any Receipt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will not offer rights to Owners unless both the rights and the securities to which such rights relate are either exempt from registration under the Securities Act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Owners or are registered under the provisions of the Securities Act; provided, however, that nothing in the Deposit Agreement shall create any obligation on the part of the Company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respect to such rights or underlying securities or to endeavor to have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declared effective.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Receipts requests distribution of warrants or other instruments, notwithstanding that there has been no such registration under the Securities Act, the Depositary shall not effect such distribution unless it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from recognized counsel in the United States for the Company upon which the Depositary may rely that such distribution to such Owner is exempt from such registration; provided, however, that the Company shall have no obligation to cause its counsel to issue such opinion at the request of such Owner.</w:t>
      </w:r>
    </w:p>
    <w:p>
      <w:pPr>
        <w:keepNext w:val="0"/>
        <w:spacing w:before="200" w:after="0" w:line="260" w:lineRule="exact"/>
        <w:ind w:left="1440" w:right="0" w:firstLine="0"/>
        <w:jc w:val="both"/>
      </w:pPr>
      <w:r>
        <w:rPr>
          <w:rFonts w:ascii="Times New Roman" w:hAnsi="Times New Roman" w:eastAsia="Times New Roman" w:cs="Times New Roman"/>
          <w:b w:val="0"/>
          <w:sz w:val="24"/>
        </w:rPr>
        <w:t>The Depositary shall not be responsible for any reasonable failure to determine that it may be lawful or feasible to make such rights available to Owners in general or any Owner in particular.</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any cash dividend or other cash distribution shall become payable or any distribution other than cash shall be made, or whenever rights shall be issued with respect to the Deposited Securities, or whenever for any reason the Depositary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number of Shares that are represented by each American Depositary Share, or whenever the Depositary shall receive notice of any meeting of holders of Shares or other Deposited Securities, or whenever the Depositary shall find it necessary or convenient, the Depositary shall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date shall be the same date, to the extent practicable, as the record date for the Deposited Securities or if different, as close thereto as practicable (</w:t>
      </w:r>
      <w:r>
        <w:rPr>
          <w:rFonts w:ascii="Times New Roman" w:hAnsi="Times New Roman" w:eastAsia="Times New Roman" w:cs="Times New Roman"/>
          <w:b/>
          <w:sz w:val="24"/>
        </w:rPr>
        <w:t>a</w:t>
      </w:r>
      <w:r>
        <w:rPr>
          <w:rFonts w:ascii="Times New Roman" w:hAnsi="Times New Roman" w:eastAsia="Times New Roman" w:cs="Times New Roman"/>
          <w:b w:val="0"/>
          <w:sz w:val="24"/>
        </w:rPr>
        <w:t>) for the determination of the Owners of Receipts who shall be (i) entitled to receive such dividend, distribution or rights or the net proceeds of the sale thereof or (ii) entitled to give instructions for the exercise of voting rights at any such meeting, (b) on or after which each American Depositary Share will represent the changed number of Shares or (c) for any other matter, subject to the provisions of the Deposit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of Deposited Securities.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receipt of notice of any meeting of holders of Shares or other Deposited Securities, if requested in writing by the Company the Depositary shall, as soon as practicable thereafter, mail to the Owners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form of which notice shall be in the discretion of the Depositary and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information as is contained in such notice of meeting,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Owners as of the close of business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record date will be entitled, subject to any applicable provision of [jurisdiction of company’s formation] law and of the Memorandum and Articles of Association of the Company, to instruct the Depositary as to the exercise of the voting rights, if any, pertaining to the amount of Shares or other Deposited Securities represented by their respective American Depositary Shares and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as to the manner in which such instructions may be given,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indication that such instructions may be given or deemed given in accordance with the last sentence of this paragraph if no instruction is received, to the Depositary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Upon the written request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on such record date, received on or before the date established by the Depositary for such purpose (the “Instruction Date”), the Depositary shall endeavor, in so far as practicable, to vote or cause to be voted the amount of Shares or other Deposited Securities represented by the American Depositary Shares evidenced by such Receipt in accordance with the instructions set forth in such request. The Depositary shall not vote or attempt to exercise the right to vote that attaches to such Shares or other Deposited Securities other than in accordance with such instructions or deemed instructions. If no instructions are received by the Depositary from any Owner with respect to any of the Deposited Securities represented by the American Depositary Shares evidenced by such Owner’s Receipts on or before the date established by the Depositary for such purpose, the Depositary shall deem such Owner to have instructed the Depositary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with respect to such Deposited Securities and the Depositary shall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proxy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the Company to vote such Deposited Securities; provided, that no such instruction shall be deemed given and no such discretionary proxy shall be given with respect to any matter as to which the Company informs the Depositary (and the Company agrees to provide such information as promptly as practicable in writing) that (x) the Company does not wish such proxy given, (y) substantial opposition exists or (z) such matter materially and adversely affects the rights of holders of Shares.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can be no assurance that Owners generally or any Owner in particular will receive the notice described in the first paragraph of 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of the Deposit Agreement sufficiently prior to the Instruction Date to ensure that the Depositary will vote the Shares or Deposited Securities in accordance with the provisions of that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Affecting Deposited Securities.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circumstances where the provisions of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of the Deposit Agreement do not apply, upon any change in nominal value, change in par value, split-up, consolidation or any other reclassification of Deposited Securities, or upon any recapitalization, reorganization, merger or consolidation, or sale of assets affecting the Company or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securities which shall be received by the Depositary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in exchange for or in conversion of or in respect of Deposited Securities shall be treated as new Deposited Securities under the Deposit Agreement, and American Depositary Shares shall thenceforth represent, in addition to the existing Deposited Securities, if any, the new Deposited Securities so received in exchange or conversion, unless additional Receipts are delivered pursuant to the following sentence. In any such case the Depositary may execute and deliver additional Receipts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in Shares, or call for the surrender of outstanding Receipts to be exchanged for new Receipts specifically describing such new Deposited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The Company and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Depositary nor the Company nor any of their respective directors, officers, employees, agents or affiliates shall incur any liability to any Owner or Beneficial Owner of any Receipt, if by reason of any provision of any present or future law or regulation of the United States, [jurisdiction of Company’s formation] or any other country, or of any governmental or regulatory authority or stock exchange, or by reason of any provision, present or future, of the Memorandum and Articles of Association of the Company, or by reason of any provision of any securities issued or distributed by the Company, or any Offering or distribution thereof or by reason of any act of God or war or terrorism or other circumstances beyond its control, the Depositary or the Company shall be prevented, delayed or forbidden from, or be subject to any civil or criminal penalty on account of, doing or performing any act or thing which by the terms of the Deposit Agreement or Deposited Securities it is provided shall be done or performed; nor shall the Depositary or the Company or any of their respective directors, officers, employees, agents or affiliates incur any liability to any Owner or Beneficial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by reason of any non-performance or delay, caused as aforesaid, in the performance of any act or thing which by the terms of the Deposit Agreement it is provided shall or may be done or performed, or by reason of any exercise of, or failure to exercise, any discretion provided for in the Deposit Agreement. Where, by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of the Deposit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or distribution pursuant to 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of the Deposit Agreement, or for any other reason, such distribution or offering may not be made available to Owners of Receipts, and the Depositary may not dispose of such distribution or offering on behalf of such Owners and make the net proceeds available to such Owners, then the Depositary shall not make such distribution or offering, and shall allow any rights, if applicable, to lapse in each such case without liability to the Company or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Company nor the Depositary nor any of their directors, officers, employees, agents or affiliates assumes any obligation or shall be subject to any liability under the Deposit Agreement to Owners or Beneficial Owners of Receipts, except that the Company and the Depositary agree to perform their obligations specifically set forth in the Deposit Agreement without negligence or bad faith. The Depositary shall not be subject to any liability with respect to the validity or worth of the Deposited Securities. Neither the Depositary nor the Company shall be under any obligation to appear in, prosecute or defend any action, suit or other proceeding in respect of any Deposited Securities or in respect of the Receipts that in its opinion may involve it in expense or liability, unless indemnity satisfactory to it against all expenses and liability shall be furnished as often as may be required, and the Custodian shall not be under any obligation whatsoever with respect to such proceedings, the responsibility of the Custodian being solely to the Depositary. Neither the Depositary nor the Company shall be liable for any action or nonaction by it in reliance upon the advice of or information from legal counsel, accountants, any person presenting Shares for deposit, any Owner or Beneficial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any other person believed by it in good faith to be competent to give such advice or information. The Depositary shall not be liable for any acts or omissions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whether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act or omission of the Depositary or in connection with any matter arising wholly after the removal or resignation of the Depositary, provided that in connection with the issue out of which such potential liability arises the Depositary performed its obligations without negligence or bad faith while it acted as Depositary. The Depositary shall not be responsible for any failure to carry out any instructions to vote any of the Deposited Securities, or for the manner in which any such vote is cast or the effect of any such vote, provided that any such action or nonaction is in good faith. No disclaimer of liability under the Securities Act is intended by any provision of the Deposit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Removal of the Depositary.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may at any time resign as Depositary under the Deposit Agreement by written notice of its election so to do delivered to the Company, such resignation to take effect upon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and its acceptance of such appointment as provided in the Deposit Agreement. The Depositary may at any time be removed by the Company by 120 days prior written notice of such removal, which shall become effective upon the later to occur of the (i) 120th day after delivery of the notice to the Depositary or (ii)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and its acceptance of such appointment as provided in the Deposit Agreement. Whenever the Depositary in its discretion determines that it is in the best interest of the Owners of Receipts to do so, it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or additional custodian or custodians.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form of the Receipts and any provisions of the Deposit Agreement may at any time and from time to time be amended by agreement between the Company and the Depositary without the consent of Owners and Beneficial Owners in any respect which they may deem necessary or desirable. Any amendment which shall impose or increase any fees or charges (other than taxes and other governmental charges, registration fees, cable, telex or facsimile transmission costs, delivery costs or other such expenses), or which shall otherwise prejudice any substantial existing right of Owners of Receipts, shall, however, not become effective as to outstanding Receipts until the expiration of 30 days after notice of such amendment shall have been given to the Owners of outstanding Receipts. Every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at the time any amendment so becomes effective shall be deemed, by continuing to hold such Receipt, to consent and agree to such amendment and to be bound by the Deposit Agreement as amended thereby. In no event shall any amendment impair the right of the Owner of any Receipt to surrender such Receipt and receive therefor the Deposited Securities represented thereby, except in order to comply with mandatory provisions of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Deposit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Depositary shall at any time at the direction of the Company terminate the Deposit Agreement by mailing notice of such termination to the Owners of all Receipts then outstanding at least 30 days prior to the date fixed in such notice for such termination. The Depositary may likewise terminate the Deposit Agreement by mailing notice of such termination to the Company and the Owners of all Receipts then outstanding if at any time 60 days shall have expired after the Depositary shall have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its election to resign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depositary shall not have been appointed and accepted its appointment as provided in the Deposit Agreement. On and after the date of termination,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will,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surrender of such Receipt at the Corporate Trust Office of the Depositary, (b) payment of the fee of the Depositary for the surrender of Receipts referred to in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 Deposit Agreement and (c) payment of any applicable taxes or governmental charges, be entitled to delivery, to him or upon his order, of the amount of Deposited Securities represented by the American Depositary Shares evidenced by such Receipt. If any Receipts shall remain outstanding after the date of termination, the Depositary thereafter shall discontinue the registration of transfers of Receipts, shall suspend the distribution of dividends to the Owners thereof, and shall not give any further notices or perform any further acts under the Deposit Agreement, except that the Depositary shall continue to collect dividends and other distributions pertaining to Deposited Securities, shall sell rights and other property as provided in the Deposit Agreement, and shall continue to deliver Deposited Securities, together with any dividends or other distributions received with respect thereto and the net proceeds of the sale of any rights or other property, in exchange for Receipts surrendered to the Depositary (after deducting, in each case, the fee of the Depositary for the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any expenses for the account of the Owner of such Receipt in accordance with the terms and conditions of the Deposit Agreement and any applicable taxes or governmental charges). At any time after the expiration of six months from the date of termination, the Depositary may sell the Deposited Securities then held under the Deposit Agreement and may thereafter hold uninvested the net proceeds of any such sale, together with any other cash then held by it thereunder, unsegregated and without liability for interest, for the pro rata benefit of the Owners of Receipts which have not theretofore been surrendered, such Owners thereupon becoming general creditors of the Depositary with respect to such net proceeds. After making such sale, the Depositary shall be discharged from all obligations under the Deposit Agreement, except for its obligations to the Company under 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of the Deposit Agreement and to account for such net proceeds and other cash (after deducting, in each case, the fee of the Depositary for the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any expenses for the account of the Owner of such Receipt in accordance with the terms and conditions of the Deposit Agreement, and any applicable taxes or governmental charges). Upon the termination of the Deposit Agreement, the Company shall be discharged from all obligations under the Deposit Agreement except for its obligations to the Depositary under Sections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of the Deposit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Submission to Jurisdiction; Appointment of Agent for Service of Process.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has (i) irrevocably designated and appointed [_____], as the Company’s authorized agent upon which process may be served in any suit or proceeding arising out of or relating to the Shares or Deposited Securities, the American Depositary Shares, the Receipts or this Agreement, (ii) consents and submits to the jurisdiction of any state or federal court in the State of New York in which any such suit or proceeding may be instituted, and (iii) agrees that service of process upon said authorized agent shall be deemed in every respect effective service of process upon the Company in any such suit or proceeding. The Company agrees to deliver, upon the execution and delivery of the Deposit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acceptance by such agent of its appointment as such agent. The Company further agrees to take any and all action, including the filing of any and all such documents and instruments, as may be necessary to continue such designation and appointment in full force and effect for so long as any American Depositary Shares or Receipts remain outstanding or the Deposit Agreement remains in force. In the event the Company fails to continue such designation and appointment in full force and effect, the Company hereby waives personal service of process upon it and consents that any such service of process may be made by certified or registered mail, return receipt requested, directed to the Company at its address last specified for notices hereunder, and service so made shall be deemed completed five (5) days after the same shall have been so mailed.</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the Depositary is advised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the United States court may not be recognized, the following provisions shall apply:</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controversy, claim or cause of action brought by any party or parties hereto against any other party or parties hereto arising out of or relating to the Deposit Agreement shall be settled by arbitration in accordance with the Commercial Arbitration Rules of the American Arbitration Association, and judgment upon the award rendered by the arbitrators may be entered in any court having jurisdiction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of the arbitration shall be the City of New York, State of New York, United States of America, and the language of the arbitration shall be English.</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arbitrators shall be three, each of whom shall be disinterested in the dispute or controversy, shall have no connection with any party thereto, and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experienced in international securities transactions. Each party shall appoint one arbitrator and the two arbitrators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arbitrator who shall serve as chairperson of the tribunal.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controversy or cause of action shall involve more than two parties, the parties shall attempt to align themselves in two sides (i.e., claimant and respondent), each of which shall appoint one arbitrator as if there were only two parties to such dispute, controversy or cause of action. If either or both parties fail to select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or if such alignment (in the event there is more than two parties) shall not have occurred, within sixty (60) calendar days after the initiating party serves the arbitration demand or the two arbitrators fail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arbitrator within sixty (60) calendar days of the selection of the second arbitrator, the American Arbitration Association shall appoint the arbitrator or arbitrators in accordance with its rules. The parties and the American Arbitration Association may appoint the arbitrators from among the nationals of any country,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of that country.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arbitrators shall have no authority to award damages not measured by the prevailing party’s actual damages and shall have no authority to award any consequential, special or punitive damages, and may not, in any event, make any ruling, finding or award that does not conform to the terms and conditions of the Deposit Agreement.</w:t>
      </w:r>
    </w:p>
    <w:p>
      <w:pPr>
        <w:keepNext w:val="0"/>
        <w:spacing w:before="200" w:after="0" w:line="260" w:lineRule="exact"/>
        <w:ind w:left="1800" w:right="0" w:firstLine="0"/>
        <w:jc w:val="both"/>
      </w:pPr>
      <w:r>
        <w:rPr>
          <w:rFonts w:ascii="Times New Roman" w:hAnsi="Times New Roman" w:eastAsia="Times New Roman" w:cs="Times New Roman"/>
          <w:b w:val="0"/>
          <w:sz w:val="24"/>
        </w:rPr>
        <w:t>In the event any third-party action or proceeding is instituted against the Depositary relating to or arising from any act or failure to act by the Company, the Company hereby submits to the personal jurisdiction of the court or administrative agency in which such action or proceeding is brought.</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U.S. Securities 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in the Deposit Agreement to the contrary, the Company and the Depositary each agrees that it will not exercise any rights it has under the Deposit Agreement to permit the withdrawal or delivery of Deposited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would violate the U.S. securities laws, including, but not limited to, Section I.</w:t>
      </w:r>
      <w:r>
        <w:rPr>
          <w:rFonts w:ascii="Times New Roman" w:hAnsi="Times New Roman" w:eastAsia="Times New Roman" w:cs="Times New Roman"/>
          <w:b/>
          <w:sz w:val="24"/>
        </w:rPr>
        <w:t>A</w:t>
      </w:r>
      <w:r>
        <w:rPr>
          <w:rFonts w:ascii="Times New Roman" w:hAnsi="Times New Roman" w:eastAsia="Times New Roman" w:cs="Times New Roman"/>
          <w:b w:val="0"/>
          <w:sz w:val="24"/>
        </w:rPr>
        <w:t>.(1) of the General Instructions to the Form F-6 Registration Statement, as amended from time to time, under the Securities 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