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North Carolina Rule of Civil Procedure 30(b)(6), [Plaintiff/ Defendant] [name] will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upon oral examination of [organization name], [address, if known],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Rule 30(b)(6), [organization name] must designate one or more persons to testify concerning the categories of information listed in the attached appendix, said person(s) to possess knowledge known or reasonably available to [organization name].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[sound/audiovisual/stenographic] means.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APPENDIX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DEFINITIONS AND INSTRUCTIONS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used herein, the terms "you" and "your" refer to [organization name], its agents, affiliates, representatives, subsidiaries, and predecessors, as well as all officers, executives, directors, employees and all other persons acting or purporting to act on its behalf.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DEPOSITION TOPICS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[identify topic]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[identify topic]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[continue as needed]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NOTICE OF RULE 30(b)(6) DEPOSITION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