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that, pursuant to Colorado Rules of Civil Procedure 30(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[Plaintiff/ Defendant] [name] will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upon oral examination of [witness name], [witness 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[sound/audiovisual/stenographic] means.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Notice of Deposition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