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bar number of deposing party's attorney of record]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[Deposing 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witness's attorney of record]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Federal Rule of Civil Procedure 30, [Plaintiff/ Defendant] [deposing party name] will take the deposition upon oral examination of [witness name], commencing at [deposition time] on [deposition date] at [deposition address]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or other officer authorized to administer oaths.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deposition will be recorded by stenographic means.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deposing party's attorney of record]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 [deposing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