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[NAME OF COURT] COURT OF [NAME OF COUNTY]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Opposing Counsel]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Opposing Counsel]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[plaintiff/defendant] [party’s name] will take the deposition upon oral examination of [name of deponent], [address of deponent], pursuant to O.C.G.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 § 9-11-30, before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authorized court reporter commencing at [time]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.m./p.m.] on [month and day], [year], at [location of deposition].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____________ day of __________________, 20______.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 [party’s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