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CIRCUIT COURT OF THE [CIRCUIT NUMBER] JUDICIAL CIRCUIT [NAME OF COUNTY] COUNTY, ILLINOIS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DEPOSITION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Illinois Supreme Court Rule 202, [Plaintiff/ Defendant] [party name] will take the [discovery/evidence] deposition upon oral examination of [witness name], [witness address, if known],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Illinois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Firm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Notice of Deposition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