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designation, e.g., Plaintiff] [party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CALIFORNIA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TAKE NOTICE that on [deposition date], beginning at [deposition starting time], at [address where deposition will be taken or method of remote deposition], [noticing party designation, e.g., Plaintiff] [noticing party name] will take the deposition, on oral examination, of [deponent party designation, e.g., Defendant] [deponent name].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deposition will be taken before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deposition officer or specify name and title of deposition officer] who is authorized to administer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oath.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[noticing party designation, e.g., Plaintiff] [deposing party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[Attach list of parties and attorneys served, if not included in proof of service]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