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INTENT TO TAKE ORAL DEPOSITION OF DEPONENT NAME] [AND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DEMAND FOR PRODUCTION OF (ITEMS DEMANDED (E.G., DOCUMENTS AND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ELECTRONICALLY STORED INFORMATION)]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[Names of deponent and of parties to action] and to their attorneys of record.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that, pursuant to Conn. Gen. Stat. § 52-148b and Practice Book Sections 13-26 through 13-32, [deposing party designation (e.g., Plaintiff)] [deposing party name] will on [date], at [time], at [location] take the deposition of [name of deponent (e.g., Defendant [name])], whose address is [address of deponent], on oral examination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court reporter of the State of Connecticut who is authorized to administer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oath and who shall stenographically record the deposition. The deposition shall be subject to continuance or adjournment until complete.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invited to attend and cross-examine.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designation (e.g., Plaintiff(s)],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name(s)]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 / Their]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above Notice of Intent to Take Oral Deposition of [deponent name] [and Demand for Production of (items)] was mailed or delivered electronically or nonelectronically on [date of service] to all counsel and self-represented parties of record and that written consent for electronic delivery was received from all counsel and self-represented parties of record who were electronically served.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Parties and/or attorneys served: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name of each party and attorney served and address at which service was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attorney or party making service)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 or party making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