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MICHIGAN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NOTICE OF DEPOSITION ON ORAL EXAMINATION OF [deponent name]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that, pursuant to MCR [2.305 and/or 2.306], [Plaintiff or Defendant] will take the deposition on oral examination of [name of deponent]. The deposition will be taken on [date of deposition], commencing at [time of deposition], at [specify location of deposition, e.g., the office of Plaintiff's counsel, located at the address set forth below]. The deposition shall be subject to continuance or adjournment until complete.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stenographically recorded by [name of certified shorthand reporter], whose business address and telephone number are as follows: [stenographer's address and phone number].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[notice 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 name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request for production of documents, if desired]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