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DEPOSITION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[Full name of party to be deposed]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c/o [deponent's attorney's name, if deponent is represented by counsel]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attorney/unrepresented defendant]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on [date], at [time], [plaintiff/defendant] will take the oral deposition of [name and address of deponent] at [address] before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authorized by law to administer oaths. The oral examination will continue from day to day until completed.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COURT OF COMMON PLEAS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[NAME] COUNTY, PENNSYLVANIA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Undersigned hereby certifies that on [date]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Notice to Deposition was served upon the [individuals/entities] listed below by United States Regular Mail, postage prepaid [and electronic mail or other type of service, if applicable].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[Names and full addresses of individual/entities being served]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