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INTENT TO TAKE ORAL DEPOSITION OF [DEPONENT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[AND DEMAND FOR PRODUCTION OF (ITEMS DEMANDED (E.G., DOCUMENTS AND ELECTRONICALLY STORED INFORMATION)]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[Names of deponent and of parties to action] and to their attorneys of record.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[party designation (e.g., plaintiff)] [name of party noticing deposition] will take the oral deposition of [deponent name]. The deposition will take place at [place] at [time] on [date]. All parties are invited to attend and examine the deponent as prescribed by the Texas Rules of Civil Procedure.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of Texas No. [state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Plaintiff)] [party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above Notice of Intent to Take Oral Deposition of [deponent name] [and Demand for Production of [items]] has this day been served on the following [party/parties] by [manner of service (e.g., electronically by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the state's electronic filing manager)]: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Plaintiff)]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