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[NAME OF COURT]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DIVISION]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COUNTY] COUNTY, OHIO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Ohio Rule of Civil Procedure 30, [Plaintiff/ Defendant] [name] will take the deposition upon oral examination of [witness name], [witness address, if known]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stenographic means.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invited to attend and cross-examine.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DEFENDANT(S)]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their attorney(s),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Supreme Court Registration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[Plaintiff/Defendant] [name], in the above-entitled action, hereby certify that on the [numerical day of the month, e.g. 14th] day of [name of 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NOTICE OF DEPOSITION</w:t>
      </w:r>
      <w:r>
        <w:rPr>
          <w:rFonts w:ascii="Times New Roman" w:hAnsi="Times New Roman" w:eastAsia="Times New Roman" w:cs="Times New Roman"/>
          <w:b w:val="0"/>
          <w:sz w:val="24"/>
        </w:rPr>
        <w:t>, electronically, to the parties and counsel of record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