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Deposition Notice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STATE OF MICHIGAN </w:t>
      </w:r>
    </w:p>
    <w:p>
      <w:pPr>
        <w:keepNext w:val="0"/>
        <w:spacing w:before="200" w:after="0" w:line="260" w:lineRule="exact"/>
        <w:ind w:left="360" w:right="0" w:firstLine="0"/>
        <w:jc w:val="center"/>
      </w:pPr>
      <w:r>
        <w:rPr>
          <w:rFonts w:ascii="Times New Roman" w:hAnsi="Times New Roman" w:eastAsia="Times New Roman" w:cs="Times New Roman"/>
          <w:b w:val="0"/>
          <w:sz w:val="24"/>
        </w:rPr>
        <w:t>[county name] COUNTY CIRCUIT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that pursuant to MCR [2.305 and/or 2.306], [designation of party taking deposition, e.g., Plaintiff] [party name] will on [date of deposition], at [time of deposition], at [location of deposition, including address] take the deposition of [deponent name and party designation, if applicable], [type of organization or entity, e.g.,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Michigan corporation], whose address is [deponent's address], on oral examination before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reporter authorized to administer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oath. The deposition shall be subject to continuance or adjournment until complete.</w:t>
      </w:r>
    </w:p>
    <w:p>
      <w:pPr>
        <w:keepNext w:val="0"/>
        <w:spacing w:before="200" w:after="0" w:line="260" w:lineRule="exact"/>
        <w:ind w:left="360" w:right="0" w:firstLine="0"/>
        <w:jc w:val="both"/>
      </w:pPr>
      <w:r>
        <w:rPr>
          <w:rFonts w:ascii="Times New Roman" w:hAnsi="Times New Roman" w:eastAsia="Times New Roman" w:cs="Times New Roman"/>
          <w:b w:val="0"/>
          <w:sz w:val="24"/>
        </w:rPr>
        <w:t>Pursuant to MCR [2.305(</w:t>
      </w:r>
      <w:r>
        <w:rPr>
          <w:rFonts w:ascii="Times New Roman" w:hAnsi="Times New Roman" w:eastAsia="Times New Roman" w:cs="Times New Roman"/>
          <w:b/>
          <w:sz w:val="24"/>
        </w:rPr>
        <w:t>A</w:t>
      </w:r>
      <w:r>
        <w:rPr>
          <w:rFonts w:ascii="Times New Roman" w:hAnsi="Times New Roman" w:eastAsia="Times New Roman" w:cs="Times New Roman"/>
          <w:b w:val="0"/>
          <w:sz w:val="24"/>
        </w:rPr>
        <w:t>)(6) and/or 2.306(B)(5)], [deponent name and party designation, if applicable] is required to designate one or more officers, directors, or managing agents, or other persons who consent to testify on its behalf, to testify at the time and place specified above, on the following topics: [specify topics].</w:t>
      </w:r>
    </w:p>
    <w:p>
      <w:pPr>
        <w:keepNext w:val="0"/>
        <w:spacing w:before="200" w:after="0" w:line="260" w:lineRule="exact"/>
        <w:ind w:left="360" w:right="0" w:firstLine="0"/>
        <w:jc w:val="both"/>
      </w:pPr>
      <w:r>
        <w:rPr>
          <w:rFonts w:ascii="Times New Roman" w:hAnsi="Times New Roman" w:eastAsia="Times New Roman" w:cs="Times New Roman"/>
          <w:b w:val="0"/>
          <w:sz w:val="24"/>
        </w:rPr>
        <w:t>[Deponent name and party designation, if applicable] is requested to identify the person(s) designated to testify on its behalf on each of the above listed topics at least [specify number of days] days prior to the deposition.</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[party designation, e.g., Plaintiff] [party name]</w:t>
      </w:r>
    </w:p>
    <w:p>
      <w:pPr>
        <w:keepNext w:val="0"/>
        <w:spacing w:before="200" w:after="0" w:line="260" w:lineRule="exact"/>
        <w:ind w:left="360" w:right="0" w:firstLine="0"/>
        <w:jc w:val="center"/>
      </w:pPr>
      <w:r>
        <w:rPr>
          <w:rFonts w:ascii="Times New Roman" w:hAnsi="Times New Roman" w:eastAsia="Times New Roman" w:cs="Times New Roman"/>
          <w:b w:val="0"/>
          <w:sz w:val="24"/>
        </w:rPr>
        <w:t>[</w:t>
      </w:r>
      <w:r>
        <w:rPr>
          <w:rFonts w:ascii="Times New Roman" w:hAnsi="Times New Roman" w:eastAsia="Times New Roman" w:cs="Times New Roman"/>
          <w:b w:val="0"/>
          <w:sz w:val="24"/>
        </w:rPr>
        <w:t>Attach request for production of documents, if desired</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