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Deposition Notice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IN THE COURT OF COMMON PLEAS</w:t>
      </w:r>
    </w:p>
    <w:p>
      <w:pPr>
        <w:keepNext w:val="0"/>
        <w:spacing w:before="200" w:after="0" w:line="260" w:lineRule="exact"/>
        <w:ind w:left="360" w:right="0" w:firstLine="0"/>
        <w:jc w:val="center"/>
      </w:pPr>
      <w:r>
        <w:rPr>
          <w:rFonts w:ascii="Times New Roman" w:hAnsi="Times New Roman" w:eastAsia="Times New Roman" w:cs="Times New Roman"/>
          <w:b w:val="0"/>
          <w:sz w:val="24"/>
        </w:rPr>
        <w:t>[NAME] COUNTY, PENNSYLVANIA</w:t>
      </w:r>
    </w:p>
    <w:p>
      <w:pPr>
        <w:keepNext w:val="0"/>
        <w:spacing w:before="120" w:after="0" w:line="260" w:lineRule="exact"/>
        <w:ind w:left="360" w:right="0" w:firstLine="0"/>
        <w:jc w:val="left"/>
      </w:pPr>
      <w:r>
        <w:rPr>
          <w:rFonts w:ascii="Times New Roman" w:hAnsi="Times New Roman" w:eastAsia="Times New Roman" w:cs="Times New Roman"/>
          <w:b w:val="0"/>
          <w:sz w:val="24"/>
        </w:rPr>
        <w:t>NOTICE OF DEPOSITION</w:t>
      </w:r>
    </w:p>
    <w:p>
      <w:pPr>
        <w:keepNext w:val="0"/>
        <w:spacing w:before="200" w:after="0" w:line="260" w:lineRule="exact"/>
        <w:ind w:left="720" w:right="0" w:firstLine="0"/>
        <w:jc w:val="both"/>
      </w:pPr>
      <w:r>
        <w:rPr>
          <w:rFonts w:ascii="Times New Roman" w:hAnsi="Times New Roman" w:eastAsia="Times New Roman" w:cs="Times New Roman"/>
          <w:b w:val="0"/>
          <w:sz w:val="24"/>
        </w:rPr>
        <w:t>To: [Full name of party to be deposed]</w:t>
      </w:r>
    </w:p>
    <w:p>
      <w:pPr>
        <w:keepNext w:val="0"/>
        <w:spacing w:before="200" w:after="0" w:line="260" w:lineRule="exact"/>
        <w:ind w:left="720" w:right="0" w:firstLine="0"/>
        <w:jc w:val="both"/>
      </w:pPr>
      <w:r>
        <w:rPr>
          <w:rFonts w:ascii="Times New Roman" w:hAnsi="Times New Roman" w:eastAsia="Times New Roman" w:cs="Times New Roman"/>
          <w:b w:val="0"/>
          <w:sz w:val="24"/>
        </w:rPr>
        <w:t>c/o [deponent's attorney's name, if deponent is represented by counsel]</w:t>
      </w:r>
    </w:p>
    <w:p>
      <w:pPr>
        <w:keepNext w:val="0"/>
        <w:spacing w:before="200" w:after="0" w:line="260" w:lineRule="exact"/>
        <w:ind w:left="720" w:right="0" w:firstLine="0"/>
        <w:jc w:val="both"/>
      </w:pPr>
      <w:r>
        <w:rPr>
          <w:rFonts w:ascii="Times New Roman" w:hAnsi="Times New Roman" w:eastAsia="Times New Roman" w:cs="Times New Roman"/>
          <w:b w:val="0"/>
          <w:sz w:val="24"/>
        </w:rPr>
        <w:t>[address of attorney/unrepresented defendant]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Please take notice that on [date], at [time], the Plaintiff will take the oral deposition of Defendant [party name], pursuant to Pa.R.Civ.P. 4007.1, at [address]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authorized by law to administer oaths.</w:t>
      </w:r>
    </w:p>
    <w:p>
      <w:pPr>
        <w:keepNext w:val="0"/>
        <w:spacing w:before="200" w:after="0" w:line="260" w:lineRule="exact"/>
        <w:ind w:left="720" w:right="0" w:firstLine="0"/>
        <w:jc w:val="both"/>
      </w:pPr>
      <w:r>
        <w:rPr>
          <w:rFonts w:ascii="Times New Roman" w:hAnsi="Times New Roman" w:eastAsia="Times New Roman" w:cs="Times New Roman"/>
          <w:b w:val="0"/>
          <w:sz w:val="24"/>
        </w:rPr>
        <w:t>Plaintiff will conduct inquiry into the following matters:</w:t>
      </w:r>
    </w:p>
    <w:p>
      <w:pPr>
        <w:keepNext w:val="0"/>
        <w:spacing w:before="200" w:after="0" w:line="260" w:lineRule="exact"/>
        <w:ind w:left="720" w:right="0" w:firstLine="0"/>
        <w:jc w:val="both"/>
      </w:pPr>
      <w:r>
        <w:rPr>
          <w:rFonts w:ascii="Times New Roman" w:hAnsi="Times New Roman" w:eastAsia="Times New Roman" w:cs="Times New Roman"/>
          <w:b w:val="0"/>
          <w:sz w:val="24"/>
        </w:rPr>
        <w:t>[Description of the purpose &amp; intended subject matter of the deposition]</w:t>
      </w:r>
    </w:p>
    <w:p>
      <w:pPr>
        <w:keepNext w:val="0"/>
        <w:spacing w:before="200" w:after="0" w:line="260" w:lineRule="exact"/>
        <w:ind w:left="720" w:right="0" w:firstLine="0"/>
        <w:jc w:val="both"/>
      </w:pPr>
      <w:r>
        <w:rPr>
          <w:rFonts w:ascii="Times New Roman" w:hAnsi="Times New Roman" w:eastAsia="Times New Roman" w:cs="Times New Roman"/>
          <w:b w:val="0"/>
          <w:sz w:val="24"/>
        </w:rPr>
        <w:t>You are required, under Pa. R. Civ. P. 4007.1(e), to designate one or more officers, directors, or managing agents or other persons who will testify on behalf of the named deponent at the deposition, and such designee is requested to set forth with particularity the matters upon which each will testify.</w:t>
      </w:r>
    </w:p>
    <w:p>
      <w:pPr>
        <w:keepNext w:val="0"/>
        <w:spacing w:before="200" w:after="0" w:line="260" w:lineRule="exact"/>
        <w:ind w:left="720" w:right="0" w:firstLine="0"/>
        <w:jc w:val="both"/>
      </w:pPr>
      <w:r>
        <w:rPr>
          <w:rFonts w:ascii="Times New Roman" w:hAnsi="Times New Roman" w:eastAsia="Times New Roman" w:cs="Times New Roman"/>
          <w:b w:val="0"/>
          <w:sz w:val="24"/>
        </w:rPr>
        <w:t>The oral examination will continue from day to day until completed. You are invited to attend and participate in this examination.</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Attorney for [Plaintiff/Defendant]</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IN THE COURT OF COMMON PLEAS</w:t>
      </w:r>
    </w:p>
    <w:p>
      <w:pPr>
        <w:keepNext w:val="0"/>
        <w:spacing w:before="200" w:after="0" w:line="260" w:lineRule="exact"/>
        <w:ind w:left="360" w:right="0" w:firstLine="0"/>
        <w:jc w:val="center"/>
      </w:pPr>
      <w:r>
        <w:rPr>
          <w:rFonts w:ascii="Times New Roman" w:hAnsi="Times New Roman" w:eastAsia="Times New Roman" w:cs="Times New Roman"/>
          <w:b w:val="0"/>
          <w:sz w:val="24"/>
        </w:rPr>
        <w:t>[NAME] COUNTY, PENNSYLVANIA</w:t>
      </w:r>
    </w:p>
    <w:p>
      <w:pPr>
        <w:keepNext w:val="0"/>
        <w:spacing w:before="120" w:after="0" w:line="260" w:lineRule="exact"/>
        <w:ind w:left="360" w:right="0" w:firstLine="0"/>
        <w:jc w:val="left"/>
      </w:pPr>
      <w:r>
        <w:rPr>
          <w:rFonts w:ascii="Times New Roman" w:hAnsi="Times New Roman" w:eastAsia="Times New Roman" w:cs="Times New Roman"/>
          <w:b w:val="0"/>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hereby certifies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correct copy of the Notice to Deposition was served upon the [individuals/entities] listed below by United States Regular Mail, postage prepaid [and electronic mail or other type of service, if applicable].</w:t>
      </w:r>
    </w:p>
    <w:p>
      <w:pPr>
        <w:keepNext w:val="0"/>
        <w:spacing w:before="200" w:after="0" w:line="260" w:lineRule="exact"/>
        <w:ind w:left="720" w:right="0" w:firstLine="0"/>
        <w:jc w:val="both"/>
      </w:pPr>
      <w:r>
        <w:rPr>
          <w:rFonts w:ascii="Times New Roman" w:hAnsi="Times New Roman" w:eastAsia="Times New Roman" w:cs="Times New Roman"/>
          <w:b w:val="0"/>
          <w:sz w:val="24"/>
        </w:rPr>
        <w:t>[Names and full addresses of individual/entities being served]</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Attorney for [Plaintiff/Defendant]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