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Deposition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NO. [case file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INTENT TO TAKE ORAL DEPOSITION OF [ORGANIZATION NAME]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[AND DEMAND FOR PRODUCTION OF [ITEMS DEMANDED (E.G., DOCUMENTS AND ELECTRONICALLY STORED INFORMATION)]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[Names of deponent organization and of parties to action] and to their attorneys of record.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TAKE NOTICE that [deposing party designation (e.g., Plaintiff)] [deposing party name] will take the oral deposition of [organization name]. The deposition will take place at [place] at [time] on [date]. All parties are invited to attend and examine the deponent as prescribed by the Texas Rules of Civil Procedure.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[Deposing party designation (e.g., Plaintiff)] [deposing party name] intends to question [organization name] about [description of matters on which examination is requested]. We therefore request, pursuant to Tex. R. Civ. P. 199.2(b)(1), that [organization name] designate one or more individuals to testify on its behalf and notify [deposing party name] and all other parties,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reasonable time before the deposition, of the names of the designated individuals, their positions or relationships with [organization name], and the matters on which each individual will testify.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Respectfully submitted,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[firm name, if any]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(attorney signature)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State Bar of Texas No. [state bar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[telephone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[fax number, if any]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[deposing party designation (e.g., Plaintiff)] [party name]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certify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copy of the above Notice of Intent to Take Oral Deposition of [organization name] [and Demand for Production of [items]] has this day been served on the following [party/parties] by [manner of service (e.g., electronically by transmission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electronic filing service provider for service through the state's electronic filing manager)]: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[counsel/party name(s), address(es), party designation(s)]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(attorney signature)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[deposing party designation (e.g., Plaintiff)] [party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