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Deposition Questions</w:t>
      </w:r>
    </w:p>
    <w:p>
      <w:pPr/>
      <w:r>
        <w:rPr>
          <w:rFonts w:ascii="Times New Roman" w:hAnsi="Times New Roman" w:eastAsia="Times New Roman" w:cs="Times New Roman"/>
          <w:sz w:val="24"/>
        </w:rPr>
        <w:t>Discrimination Questions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your employer subjected you to discrimination?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 at the company discriminated against you?</w:t>
      </w:r>
    </w:p>
    <w:p>
      <w:pPr/>
      <w:r>
        <w:rPr>
          <w:rFonts w:ascii="Times New Roman" w:hAnsi="Times New Roman" w:eastAsia="Times New Roman" w:cs="Times New Roman"/>
          <w:sz w:val="24"/>
        </w:rPr>
        <w:t>Why do you feel that [name] discriminated against you? When?</w:t>
      </w:r>
    </w:p>
    <w:p>
      <w:pPr/>
      <w:r>
        <w:rPr>
          <w:rFonts w:ascii="Times New Roman" w:hAnsi="Times New Roman" w:eastAsia="Times New Roman" w:cs="Times New Roman"/>
          <w:sz w:val="24"/>
        </w:rPr>
        <w:t>What specifically did [name] do that you believe was discriminatory?</w:t>
      </w:r>
    </w:p>
    <w:p>
      <w:pPr/>
      <w:r>
        <w:rPr>
          <w:rFonts w:ascii="Times New Roman" w:hAnsi="Times New Roman" w:eastAsia="Times New Roman" w:cs="Times New Roman"/>
          <w:sz w:val="24"/>
        </w:rPr>
        <w:t>[For each alleged discriminatory action] Did anyone witness [name] [describe discriminatory allegation]?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anything else that [name] did that you feel was discriminatory?</w:t>
      </w:r>
    </w:p>
    <w:p>
      <w:pPr/>
      <w:r>
        <w:rPr>
          <w:rFonts w:ascii="Times New Roman" w:hAnsi="Times New Roman" w:eastAsia="Times New Roman" w:cs="Times New Roman"/>
          <w:sz w:val="24"/>
        </w:rPr>
        <w:t>What facts do you have that support your belief that the employer’s decision was because of your [age, gender, race, or other protected category]?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anything else?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 other evidence that you believe supports your claim that [name] discriminated against you because of your [age, gender, race or other protected activity]?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your employer treat any of your co-workers better? </w:t>
      </w:r>
      <w:r>
        <w:rPr>
          <w:rFonts w:ascii="Times New Roman" w:hAnsi="Times New Roman" w:eastAsia="Times New Roman" w:cs="Times New Roman"/>
          <w:sz w:val="24"/>
        </w:rPr>
        <w:t>Worse?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so?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witnesses?</w:t>
      </w:r>
    </w:p>
    <w:p>
      <w:pPr/>
      <w:r>
        <w:rPr>
          <w:rFonts w:ascii="Times New Roman" w:hAnsi="Times New Roman" w:eastAsia="Times New Roman" w:cs="Times New Roman"/>
          <w:sz w:val="24"/>
        </w:rPr>
        <w:t>Were any other employees subjected to discrimination?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so?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witnesses?</w:t>
      </w:r>
    </w:p>
    <w:p>
      <w:pPr/>
      <w:r>
        <w:rPr>
          <w:rFonts w:ascii="Times New Roman" w:hAnsi="Times New Roman" w:eastAsia="Times New Roman" w:cs="Times New Roman"/>
          <w:sz w:val="24"/>
        </w:rPr>
        <w:t>Have your supervisors made any [ageist, sexist, racist, other protected category] remarks while you were present?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What did [name] say that you believe was [category of discrimination]?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Where?</w:t>
      </w:r>
    </w:p>
    <w:p>
      <w:pPr/>
      <w:r>
        <w:rPr>
          <w:rFonts w:ascii="Times New Roman" w:hAnsi="Times New Roman" w:eastAsia="Times New Roman" w:cs="Times New Roman"/>
          <w:sz w:val="24"/>
        </w:rPr>
        <w:t>Was anyone else present?</w:t>
      </w:r>
    </w:p>
    <w:p>
      <w:pPr/>
      <w:r>
        <w:rPr>
          <w:rFonts w:ascii="Times New Roman" w:hAnsi="Times New Roman" w:eastAsia="Times New Roman" w:cs="Times New Roman"/>
          <w:sz w:val="24"/>
        </w:rPr>
        <w:t>Have your co-workers made any [ageist, sexist, racist, other protected category] remarks while you were present?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What did [name] say that you believe was [category of discrimination]?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Where?</w:t>
      </w:r>
    </w:p>
    <w:p>
      <w:pPr/>
      <w:r>
        <w:rPr>
          <w:rFonts w:ascii="Times New Roman" w:hAnsi="Times New Roman" w:eastAsia="Times New Roman" w:cs="Times New Roman"/>
          <w:sz w:val="24"/>
        </w:rPr>
        <w:t>Was a supervisor there?</w:t>
      </w:r>
    </w:p>
    <w:p>
      <w:pPr/>
      <w:r>
        <w:rPr>
          <w:rFonts w:ascii="Times New Roman" w:hAnsi="Times New Roman" w:eastAsia="Times New Roman" w:cs="Times New Roman"/>
          <w:sz w:val="24"/>
        </w:rPr>
        <w:t>What did the supervisor do?</w:t>
      </w:r>
    </w:p>
    <w:p>
      <w:pPr/>
      <w:r>
        <w:rPr>
          <w:rFonts w:ascii="Times New Roman" w:hAnsi="Times New Roman" w:eastAsia="Times New Roman" w:cs="Times New Roman"/>
          <w:sz w:val="24"/>
        </w:rPr>
        <w:t>Was anyone else present?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 ever report your concerns to anyone? </w:t>
      </w:r>
      <w:r>
        <w:rPr>
          <w:rFonts w:ascii="Times New Roman" w:hAnsi="Times New Roman" w:eastAsia="Times New Roman" w:cs="Times New Roman"/>
          <w:sz w:val="24"/>
        </w:rPr>
        <w:t>To any supervisor, manager or anyone in Human Resources?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To whom?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How? In writing? Orally?</w:t>
      </w:r>
    </w:p>
    <w:p>
      <w:pPr/>
      <w:r>
        <w:rPr>
          <w:rFonts w:ascii="Times New Roman" w:hAnsi="Times New Roman" w:eastAsia="Times New Roman" w:cs="Times New Roman"/>
          <w:sz w:val="24"/>
        </w:rPr>
        <w:t>What specifically did you say?</w:t>
      </w:r>
    </w:p>
    <w:p>
      <w:pPr/>
      <w:r>
        <w:rPr>
          <w:rFonts w:ascii="Times New Roman" w:hAnsi="Times New Roman" w:eastAsia="Times New Roman" w:cs="Times New Roman"/>
          <w:sz w:val="24"/>
        </w:rPr>
        <w:t>How did [he/she/they] respond to your report?</w:t>
      </w:r>
    </w:p>
    <w:p>
      <w:pPr/>
      <w:r>
        <w:rPr>
          <w:rFonts w:ascii="Times New Roman" w:hAnsi="Times New Roman" w:eastAsia="Times New Roman" w:cs="Times New Roman"/>
          <w:sz w:val="24"/>
        </w:rPr>
        <w:t>Harassment Questions</w:t>
      </w:r>
    </w:p>
    <w:p>
      <w:pPr/>
      <w:r>
        <w:rPr>
          <w:rFonts w:ascii="Times New Roman" w:hAnsi="Times New Roman" w:eastAsia="Times New Roman" w:cs="Times New Roman"/>
          <w:sz w:val="24"/>
        </w:rPr>
        <w:t>Do you feel anyone at [employer] harassed you in any way?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did [name] harass you?</w:t>
      </w:r>
    </w:p>
    <w:p>
      <w:pPr/>
      <w:r>
        <w:rPr>
          <w:rFonts w:ascii="Times New Roman" w:hAnsi="Times New Roman" w:eastAsia="Times New Roman" w:cs="Times New Roman"/>
          <w:sz w:val="24"/>
        </w:rPr>
        <w:t>What specifically did [name] do that you believe was harassment?</w:t>
      </w:r>
    </w:p>
    <w:p>
      <w:pPr/>
      <w:r>
        <w:rPr>
          <w:rFonts w:ascii="Times New Roman" w:hAnsi="Times New Roman" w:eastAsia="Times New Roman" w:cs="Times New Roman"/>
          <w:sz w:val="24"/>
        </w:rPr>
        <w:t>When did this happen? On how many occasions did this occur?</w:t>
      </w:r>
    </w:p>
    <w:p>
      <w:pPr/>
      <w:r>
        <w:rPr>
          <w:rFonts w:ascii="Times New Roman" w:hAnsi="Times New Roman" w:eastAsia="Times New Roman" w:cs="Times New Roman"/>
          <w:sz w:val="24"/>
        </w:rPr>
        <w:t>How did this alleged harassment affect you? Did it prevent you from doing your job in any way? How so? Can you give examples?</w:t>
      </w:r>
    </w:p>
    <w:p>
      <w:pPr/>
      <w:r>
        <w:rPr>
          <w:rFonts w:ascii="Times New Roman" w:hAnsi="Times New Roman" w:eastAsia="Times New Roman" w:cs="Times New Roman"/>
          <w:sz w:val="24"/>
        </w:rPr>
        <w:t>Did anyone witness this alleged harassment?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anything else [name] did that you believe was harassment?</w:t>
      </w:r>
    </w:p>
    <w:p>
      <w:pPr/>
      <w:r>
        <w:rPr>
          <w:rFonts w:ascii="Times New Roman" w:hAnsi="Times New Roman" w:eastAsia="Times New Roman" w:cs="Times New Roman"/>
          <w:sz w:val="24"/>
        </w:rPr>
        <w:t>Why do you feel that [name] treated you this way?</w:t>
      </w:r>
    </w:p>
    <w:p>
      <w:pPr/>
      <w:r>
        <w:rPr>
          <w:rFonts w:ascii="Times New Roman" w:hAnsi="Times New Roman" w:eastAsia="Times New Roman" w:cs="Times New Roman"/>
          <w:sz w:val="24"/>
        </w:rPr>
        <w:t>What facts do you rely on to support your belief that [name]’s treatment of you was because your [age, gender, race, or other protected category]?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anything else?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 other evidence that you believe supports your claim that [name] harassed you because of your [age, gender, race, or other protected activity]?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[name] treat any of your co-workers better? </w:t>
      </w:r>
      <w:r>
        <w:rPr>
          <w:rFonts w:ascii="Times New Roman" w:hAnsi="Times New Roman" w:eastAsia="Times New Roman" w:cs="Times New Roman"/>
          <w:sz w:val="24"/>
        </w:rPr>
        <w:t>Worse?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so?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>Were any other employees subject to harassment?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so?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>Other than [name(s)], is there anyone else at [employer] that you believe harassed you?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so?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 ever report your concerns to anyone? </w:t>
      </w:r>
      <w:r>
        <w:rPr>
          <w:rFonts w:ascii="Times New Roman" w:hAnsi="Times New Roman" w:eastAsia="Times New Roman" w:cs="Times New Roman"/>
          <w:sz w:val="24"/>
        </w:rPr>
        <w:t>To any supervisor?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Manager?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Anyone in Human Resources?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To whom?</w:t>
      </w:r>
    </w:p>
    <w:p>
      <w:pPr/>
      <w:r>
        <w:rPr>
          <w:rFonts w:ascii="Times New Roman" w:hAnsi="Times New Roman" w:eastAsia="Times New Roman" w:cs="Times New Roman"/>
          <w:sz w:val="24"/>
        </w:rPr>
        <w:t>How? In writing? Orally?</w:t>
      </w:r>
    </w:p>
    <w:p>
      <w:pPr/>
      <w:r>
        <w:rPr>
          <w:rFonts w:ascii="Times New Roman" w:hAnsi="Times New Roman" w:eastAsia="Times New Roman" w:cs="Times New Roman"/>
          <w:sz w:val="24"/>
        </w:rPr>
        <w:t>What did you say?</w:t>
      </w:r>
    </w:p>
    <w:p>
      <w:pPr/>
      <w:r>
        <w:rPr>
          <w:rFonts w:ascii="Times New Roman" w:hAnsi="Times New Roman" w:eastAsia="Times New Roman" w:cs="Times New Roman"/>
          <w:sz w:val="24"/>
        </w:rPr>
        <w:t>How did [he/she/they] respond to your report?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Retaliation Questions</w:t>
      </w:r>
    </w:p>
    <w:p>
      <w:pPr/>
      <w:r>
        <w:rPr>
          <w:rFonts w:ascii="Times New Roman" w:hAnsi="Times New Roman" w:eastAsia="Times New Roman" w:cs="Times New Roman"/>
          <w:sz w:val="24"/>
        </w:rPr>
        <w:t>[If alleged] What activity did you engage in that you believe is protected?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[If alleged protected activity is an internal complaint] To whom did you complain?</w:t>
      </w:r>
    </w:p>
    <w:p>
      <w:pPr/>
      <w:r>
        <w:rPr>
          <w:rFonts w:ascii="Times New Roman" w:hAnsi="Times New Roman" w:eastAsia="Times New Roman" w:cs="Times New Roman"/>
          <w:sz w:val="24"/>
        </w:rPr>
        <w:t>How? In writing? Orally?</w:t>
      </w:r>
    </w:p>
    <w:p>
      <w:pPr/>
      <w:r>
        <w:rPr>
          <w:rFonts w:ascii="Times New Roman" w:hAnsi="Times New Roman" w:eastAsia="Times New Roman" w:cs="Times New Roman"/>
          <w:sz w:val="24"/>
        </w:rPr>
        <w:t>What specifically did you say?</w:t>
      </w:r>
    </w:p>
    <w:p>
      <w:pPr/>
      <w:r>
        <w:rPr>
          <w:rFonts w:ascii="Times New Roman" w:hAnsi="Times New Roman" w:eastAsia="Times New Roman" w:cs="Times New Roman"/>
          <w:sz w:val="24"/>
        </w:rPr>
        <w:t>What did [he/she/they] say in response to your report?</w:t>
      </w:r>
    </w:p>
    <w:p>
      <w:pPr/>
      <w:r>
        <w:rPr>
          <w:rFonts w:ascii="Times New Roman" w:hAnsi="Times New Roman" w:eastAsia="Times New Roman" w:cs="Times New Roman"/>
          <w:sz w:val="24"/>
        </w:rPr>
        <w:t>When did you make this complaint?</w:t>
      </w:r>
    </w:p>
    <w:p>
      <w:pPr/>
      <w:r>
        <w:rPr>
          <w:rFonts w:ascii="Times New Roman" w:hAnsi="Times New Roman" w:eastAsia="Times New Roman" w:cs="Times New Roman"/>
          <w:sz w:val="24"/>
        </w:rPr>
        <w:t>Who at [employer] retaliated against you in any way because [describe alleged protected activity]?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How did [name] retaliate against you?</w:t>
      </w:r>
    </w:p>
    <w:p>
      <w:pPr/>
      <w:r>
        <w:rPr>
          <w:rFonts w:ascii="Times New Roman" w:hAnsi="Times New Roman" w:eastAsia="Times New Roman" w:cs="Times New Roman"/>
          <w:sz w:val="24"/>
        </w:rPr>
        <w:t>Why do you believe [name] knew about your protected activity?</w:t>
      </w:r>
    </w:p>
    <w:p>
      <w:pPr/>
      <w:r>
        <w:rPr>
          <w:rFonts w:ascii="Times New Roman" w:hAnsi="Times New Roman" w:eastAsia="Times New Roman" w:cs="Times New Roman"/>
          <w:sz w:val="24"/>
        </w:rPr>
        <w:t>What specifically did [name] do that you believe was retaliation?</w:t>
      </w:r>
    </w:p>
    <w:p>
      <w:pPr/>
      <w:r>
        <w:rPr>
          <w:rFonts w:ascii="Times New Roman" w:hAnsi="Times New Roman" w:eastAsia="Times New Roman" w:cs="Times New Roman"/>
          <w:sz w:val="24"/>
        </w:rPr>
        <w:t>When did this happen?</w:t>
      </w:r>
    </w:p>
    <w:p>
      <w:pPr/>
      <w:r>
        <w:rPr>
          <w:rFonts w:ascii="Times New Roman" w:hAnsi="Times New Roman" w:eastAsia="Times New Roman" w:cs="Times New Roman"/>
          <w:sz w:val="24"/>
        </w:rPr>
        <w:t>Did anyone witness this?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anything else that [name] did that you believe was retaliation?</w:t>
      </w:r>
    </w:p>
    <w:p>
      <w:pPr/>
      <w:r>
        <w:rPr>
          <w:rFonts w:ascii="Times New Roman" w:hAnsi="Times New Roman" w:eastAsia="Times New Roman" w:cs="Times New Roman"/>
          <w:sz w:val="24"/>
        </w:rPr>
        <w:t>Why do you feel that [name] treated you this way?</w:t>
      </w:r>
    </w:p>
    <w:p>
      <w:pPr/>
      <w:r>
        <w:rPr>
          <w:rFonts w:ascii="Times New Roman" w:hAnsi="Times New Roman" w:eastAsia="Times New Roman" w:cs="Times New Roman"/>
          <w:sz w:val="24"/>
        </w:rPr>
        <w:t>What facts do you rely on to support your belief that [name]’s treatment of you was because you [describe alleged protected activity]?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anything else?</w:t>
      </w:r>
    </w:p>
    <w:p>
      <w:pPr/>
      <w:r>
        <w:rPr>
          <w:rFonts w:ascii="Times New Roman" w:hAnsi="Times New Roman" w:eastAsia="Times New Roman" w:cs="Times New Roman"/>
          <w:sz w:val="24"/>
        </w:rPr>
        <w:t>Is there any other evidence that you believe supports your claim that [name] retaliated against you because of your [describe protected activity]?</w:t>
      </w:r>
    </w:p>
    <w:p>
      <w:pPr/>
      <w:r>
        <w:rPr>
          <w:rFonts w:ascii="Times New Roman" w:hAnsi="Times New Roman" w:eastAsia="Times New Roman" w:cs="Times New Roman"/>
          <w:sz w:val="24"/>
        </w:rPr>
        <w:t>Did any other co-workers engage in [describe alleged protected activity]?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did [he/she] [describe alleged protected activity]?</w:t>
      </w:r>
    </w:p>
    <w:p>
      <w:pPr/>
      <w:r>
        <w:rPr>
          <w:rFonts w:ascii="Times New Roman" w:hAnsi="Times New Roman" w:eastAsia="Times New Roman" w:cs="Times New Roman"/>
          <w:sz w:val="24"/>
        </w:rPr>
        <w:t>Did anyone retaliate against [him/her]?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 to this?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[name of alleged retaliator] treat any of your co-workers better than you? </w:t>
      </w:r>
      <w:r>
        <w:rPr>
          <w:rFonts w:ascii="Times New Roman" w:hAnsi="Times New Roman" w:eastAsia="Times New Roman" w:cs="Times New Roman"/>
          <w:sz w:val="24"/>
        </w:rPr>
        <w:t>Worse?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so?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>Were any other employees subject to retaliation?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so?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>Other than [name(s) of retaliator(s)], is there anyone else at [employer] that you believe retaliated against you?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How so?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Were there any witnesses?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know this?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 ever report your concerns to anyone? </w:t>
      </w:r>
      <w:r>
        <w:rPr>
          <w:rFonts w:ascii="Times New Roman" w:hAnsi="Times New Roman" w:eastAsia="Times New Roman" w:cs="Times New Roman"/>
          <w:sz w:val="24"/>
        </w:rPr>
        <w:t>To any supervisor?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Manager?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Anyone in Human Resources?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To whom?</w:t>
      </w:r>
    </w:p>
    <w:p>
      <w:pPr/>
      <w:r>
        <w:rPr>
          <w:rFonts w:ascii="Times New Roman" w:hAnsi="Times New Roman" w:eastAsia="Times New Roman" w:cs="Times New Roman"/>
          <w:sz w:val="24"/>
        </w:rPr>
        <w:t>How? (In writing? Orally?)</w:t>
      </w:r>
    </w:p>
    <w:p>
      <w:pPr/>
      <w:r>
        <w:rPr>
          <w:rFonts w:ascii="Times New Roman" w:hAnsi="Times New Roman" w:eastAsia="Times New Roman" w:cs="Times New Roman"/>
          <w:sz w:val="24"/>
        </w:rPr>
        <w:t>What did you say?</w:t>
      </w:r>
    </w:p>
    <w:p>
      <w:pPr/>
      <w:r>
        <w:rPr>
          <w:rFonts w:ascii="Times New Roman" w:hAnsi="Times New Roman" w:eastAsia="Times New Roman" w:cs="Times New Roman"/>
          <w:sz w:val="24"/>
        </w:rPr>
        <w:t>How did [he/she/they] respond to your report?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Economic Damages and Mitigation Questions</w:t>
      </w:r>
    </w:p>
    <w:p>
      <w:pPr/>
      <w:r>
        <w:rPr>
          <w:rFonts w:ascii="Times New Roman" w:hAnsi="Times New Roman" w:eastAsia="Times New Roman" w:cs="Times New Roman"/>
          <w:sz w:val="24"/>
        </w:rPr>
        <w:t>After your employment with [employer] ended, did you look for work?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When did you first look for new work?</w:t>
      </w:r>
    </w:p>
    <w:p>
      <w:pPr/>
      <w:r>
        <w:rPr>
          <w:rFonts w:ascii="Times New Roman" w:hAnsi="Times New Roman" w:eastAsia="Times New Roman" w:cs="Times New Roman"/>
          <w:sz w:val="24"/>
        </w:rPr>
        <w:t>Did you stop looking for new work at any point? Why?</w:t>
      </w:r>
    </w:p>
    <w:p>
      <w:pPr/>
      <w:r>
        <w:rPr>
          <w:rFonts w:ascii="Times New Roman" w:hAnsi="Times New Roman" w:eastAsia="Times New Roman" w:cs="Times New Roman"/>
          <w:sz w:val="24"/>
        </w:rPr>
        <w:t>What steps did you take to find new work?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Where did you look for job openings? Did you use the internet? Job boards? Look at newspaper classifieds? Use a recruiter?</w:t>
      </w:r>
    </w:p>
    <w:p>
      <w:pPr/>
      <w:r>
        <w:rPr>
          <w:rFonts w:ascii="Times New Roman" w:hAnsi="Times New Roman" w:eastAsia="Times New Roman" w:cs="Times New Roman"/>
          <w:sz w:val="24"/>
        </w:rPr>
        <w:t>How often did you look for job openings?</w:t>
      </w:r>
    </w:p>
    <w:p>
      <w:pPr/>
      <w:r>
        <w:rPr>
          <w:rFonts w:ascii="Times New Roman" w:hAnsi="Times New Roman" w:eastAsia="Times New Roman" w:cs="Times New Roman"/>
          <w:sz w:val="24"/>
        </w:rPr>
        <w:t>Did you apply to any job openings? Which ones?</w:t>
      </w:r>
    </w:p>
    <w:p>
      <w:pPr/>
      <w:r>
        <w:rPr>
          <w:rFonts w:ascii="Times New Roman" w:hAnsi="Times New Roman" w:eastAsia="Times New Roman" w:cs="Times New Roman"/>
          <w:sz w:val="24"/>
        </w:rPr>
        <w:t>How did you apply for these job openings?</w:t>
      </w:r>
    </w:p>
    <w:p>
      <w:pPr/>
      <w:r>
        <w:rPr>
          <w:rFonts w:ascii="Times New Roman" w:hAnsi="Times New Roman" w:eastAsia="Times New Roman" w:cs="Times New Roman"/>
          <w:sz w:val="24"/>
        </w:rPr>
        <w:t>Did you hear back about any of these job openings? Which ones? What happened?</w:t>
      </w:r>
    </w:p>
    <w:p>
      <w:pPr/>
      <w:r>
        <w:rPr>
          <w:rFonts w:ascii="Times New Roman" w:hAnsi="Times New Roman" w:eastAsia="Times New Roman" w:cs="Times New Roman"/>
          <w:sz w:val="24"/>
        </w:rPr>
        <w:t>Did you interview for any job openings? Which ones? [For each] What happened?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receive a job offer?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receive any job offers?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Did you reject any job offers? Why?</w:t>
      </w:r>
    </w:p>
    <w:p>
      <w:pPr/>
      <w:r>
        <w:rPr>
          <w:rFonts w:ascii="Times New Roman" w:hAnsi="Times New Roman" w:eastAsia="Times New Roman" w:cs="Times New Roman"/>
          <w:sz w:val="24"/>
        </w:rPr>
        <w:t>How soon after leaving [employer] did you get a new job?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How many jobs have you had since you left [employer]?</w:t>
      </w:r>
    </w:p>
    <w:p>
      <w:pPr/>
      <w:r>
        <w:rPr>
          <w:rFonts w:ascii="Times New Roman" w:hAnsi="Times New Roman" w:eastAsia="Times New Roman" w:cs="Times New Roman"/>
          <w:sz w:val="24"/>
        </w:rPr>
        <w:t>[For each new position] What is [company]? What is its address?</w:t>
      </w:r>
    </w:p>
    <w:p>
      <w:pPr/>
      <w:r>
        <w:rPr>
          <w:rFonts w:ascii="Times New Roman" w:hAnsi="Times New Roman" w:eastAsia="Times New Roman" w:cs="Times New Roman"/>
          <w:sz w:val="24"/>
        </w:rPr>
        <w:t>How did you get the job?</w:t>
      </w:r>
    </w:p>
    <w:p>
      <w:pPr/>
      <w:r>
        <w:rPr>
          <w:rFonts w:ascii="Times New Roman" w:hAnsi="Times New Roman" w:eastAsia="Times New Roman" w:cs="Times New Roman"/>
          <w:sz w:val="24"/>
        </w:rPr>
        <w:t>When did you begin work at [company]?</w:t>
      </w:r>
    </w:p>
    <w:p>
      <w:pPr/>
      <w:r>
        <w:rPr>
          <w:rFonts w:ascii="Times New Roman" w:hAnsi="Times New Roman" w:eastAsia="Times New Roman" w:cs="Times New Roman"/>
          <w:sz w:val="24"/>
        </w:rPr>
        <w:t>What was your position at [company]?</w:t>
      </w:r>
    </w:p>
    <w:p>
      <w:pPr/>
      <w:r>
        <w:rPr>
          <w:rFonts w:ascii="Times New Roman" w:hAnsi="Times New Roman" w:eastAsia="Times New Roman" w:cs="Times New Roman"/>
          <w:sz w:val="24"/>
        </w:rPr>
        <w:t>What were your hours at [company]?</w:t>
      </w:r>
    </w:p>
    <w:p>
      <w:pPr/>
      <w:r>
        <w:rPr>
          <w:rFonts w:ascii="Times New Roman" w:hAnsi="Times New Roman" w:eastAsia="Times New Roman" w:cs="Times New Roman"/>
          <w:sz w:val="24"/>
        </w:rPr>
        <w:t>What was your compensation? Bonus? Any other compensation?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receive any benefits with this position? What were they?</w:t>
      </w:r>
    </w:p>
    <w:p>
      <w:pPr/>
      <w:r>
        <w:rPr>
          <w:rFonts w:ascii="Times New Roman" w:hAnsi="Times New Roman" w:eastAsia="Times New Roman" w:cs="Times New Roman"/>
          <w:sz w:val="24"/>
        </w:rPr>
        <w:t>Any other benefits? Expense Reimbursement? Fringe benefits?</w:t>
      </w:r>
    </w:p>
    <w:p>
      <w:pPr/>
      <w:r>
        <w:rPr>
          <w:rFonts w:ascii="Times New Roman" w:hAnsi="Times New Roman" w:eastAsia="Times New Roman" w:cs="Times New Roman"/>
          <w:sz w:val="24"/>
        </w:rPr>
        <w:t>Do you still work there?</w:t>
      </w:r>
    </w:p>
    <w:p>
      <w:pPr/>
      <w:r>
        <w:rPr>
          <w:rFonts w:ascii="Times New Roman" w:hAnsi="Times New Roman" w:eastAsia="Times New Roman" w:cs="Times New Roman"/>
          <w:sz w:val="24"/>
        </w:rPr>
        <w:t>[If no] When did you stop working at [company]? Why did you stop working at [company]?</w:t>
      </w:r>
    </w:p>
    <w:p>
      <w:pPr/>
      <w:r>
        <w:rPr>
          <w:rFonts w:ascii="Times New Roman" w:hAnsi="Times New Roman" w:eastAsia="Times New Roman" w:cs="Times New Roman"/>
          <w:sz w:val="24"/>
        </w:rPr>
        <w:t>After leaving [company], what other sources of income did you have that we have not yet covered?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source of the income?</w:t>
      </w:r>
    </w:p>
    <w:p>
      <w:pPr/>
      <w:r>
        <w:rPr>
          <w:rFonts w:ascii="Times New Roman" w:hAnsi="Times New Roman" w:eastAsia="Times New Roman" w:cs="Times New Roman"/>
          <w:sz w:val="24"/>
        </w:rPr>
        <w:t>How much was the income?</w:t>
      </w:r>
    </w:p>
    <w:p>
      <w:pPr/>
      <w:r>
        <w:rPr>
          <w:rFonts w:ascii="Times New Roman" w:hAnsi="Times New Roman" w:eastAsia="Times New Roman" w:cs="Times New Roman"/>
          <w:sz w:val="24"/>
        </w:rPr>
        <w:t>How often did your receive the income?</w:t>
      </w:r>
    </w:p>
    <w:p>
      <w:pPr/>
      <w:r>
        <w:rPr>
          <w:rFonts w:ascii="Times New Roman" w:hAnsi="Times New Roman" w:eastAsia="Times New Roman" w:cs="Times New Roman"/>
          <w:sz w:val="24"/>
        </w:rPr>
        <w:t>For how long did you receive income? Are you still receiving?</w:t>
      </w:r>
    </w:p>
    <w:p>
      <w:pPr/>
      <w:r>
        <w:rPr>
          <w:rFonts w:ascii="Times New Roman" w:hAnsi="Times New Roman" w:eastAsia="Times New Roman" w:cs="Times New Roman"/>
          <w:sz w:val="24"/>
        </w:rPr>
        <w:t>Did you ever receive unemployment?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[If yes] Ask When? How much?</w:t>
      </w:r>
    </w:p>
    <w:p>
      <w:pPr/>
      <w:r>
        <w:rPr>
          <w:rFonts w:ascii="Times New Roman" w:hAnsi="Times New Roman" w:eastAsia="Times New Roman" w:cs="Times New Roman"/>
          <w:sz w:val="24"/>
        </w:rPr>
        <w:t>What documents do you have that reflect your efforts to find new employment?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Do you have copies of any job applications?</w:t>
      </w:r>
    </w:p>
    <w:p>
      <w:pPr/>
      <w:r>
        <w:rPr>
          <w:rFonts w:ascii="Times New Roman" w:hAnsi="Times New Roman" w:eastAsia="Times New Roman" w:cs="Times New Roman"/>
          <w:sz w:val="24"/>
        </w:rPr>
        <w:t>Do you have any cover letters or other correspondence with potential employers?</w:t>
      </w:r>
    </w:p>
    <w:p>
      <w:pPr/>
      <w:r>
        <w:rPr>
          <w:rFonts w:ascii="Times New Roman" w:hAnsi="Times New Roman" w:eastAsia="Times New Roman" w:cs="Times New Roman"/>
          <w:sz w:val="24"/>
        </w:rPr>
        <w:t>Do you have any e-mail confirmations reflecting that you applied to a job?</w:t>
      </w:r>
    </w:p>
    <w:p>
      <w:pPr/>
      <w:r>
        <w:rPr>
          <w:rFonts w:ascii="Times New Roman" w:hAnsi="Times New Roman" w:eastAsia="Times New Roman" w:cs="Times New Roman"/>
          <w:sz w:val="24"/>
        </w:rPr>
        <w:t>Have you received any rejection letters?</w:t>
      </w:r>
    </w:p>
    <w:p>
      <w:pPr/>
      <w:r>
        <w:rPr>
          <w:rFonts w:ascii="Times New Roman" w:hAnsi="Times New Roman" w:eastAsia="Times New Roman" w:cs="Times New Roman"/>
          <w:sz w:val="24"/>
        </w:rPr>
        <w:t>Do you have any documents reflecting networking events that you attended?</w:t>
      </w:r>
    </w:p>
    <w:p>
      <w:pPr/>
      <w:r>
        <w:rPr>
          <w:rFonts w:ascii="Times New Roman" w:hAnsi="Times New Roman" w:eastAsia="Times New Roman" w:cs="Times New Roman"/>
          <w:sz w:val="24"/>
        </w:rPr>
        <w:t>Do you have any documents, including electronic documents, showing that you subscribe to any job search websites or lists?</w:t>
      </w:r>
    </w:p>
    <w:p>
      <w:pPr/>
      <w:r>
        <w:rPr>
          <w:rFonts w:ascii="Times New Roman" w:hAnsi="Times New Roman" w:eastAsia="Times New Roman" w:cs="Times New Roman"/>
          <w:sz w:val="24"/>
        </w:rPr>
        <w:t>Emotional Distress</w:t>
      </w:r>
    </w:p>
    <w:p>
      <w:pPr/>
      <w:r>
        <w:rPr>
          <w:rFonts w:ascii="Times New Roman" w:hAnsi="Times New Roman" w:eastAsia="Times New Roman" w:cs="Times New Roman"/>
          <w:sz w:val="24"/>
        </w:rPr>
        <w:t>[If alleged] Can you describe the emotional distress that you allege you suffered?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[For each type of emotional distress, ask the following] Can you describe what you mean by [type of emotional distress]?</w:t>
      </w:r>
    </w:p>
    <w:p>
      <w:pPr/>
      <w:r>
        <w:rPr>
          <w:rFonts w:ascii="Times New Roman" w:hAnsi="Times New Roman" w:eastAsia="Times New Roman" w:cs="Times New Roman"/>
          <w:sz w:val="24"/>
        </w:rPr>
        <w:t>When did this start? When did it stop?</w:t>
      </w:r>
    </w:p>
    <w:p>
      <w:pPr/>
      <w:r>
        <w:rPr>
          <w:rFonts w:ascii="Times New Roman" w:hAnsi="Times New Roman" w:eastAsia="Times New Roman" w:cs="Times New Roman"/>
          <w:sz w:val="24"/>
        </w:rPr>
        <w:t>How did the [type of emotional distress] affect you at work? At home?</w:t>
      </w:r>
    </w:p>
    <w:p>
      <w:pPr/>
      <w:r>
        <w:rPr>
          <w:rFonts w:ascii="Times New Roman" w:hAnsi="Times New Roman" w:eastAsia="Times New Roman" w:cs="Times New Roman"/>
          <w:sz w:val="24"/>
        </w:rPr>
        <w:t>How did the [type of emotional distress] affect your relationship with family? With friends? Any other relationships?</w:t>
      </w:r>
    </w:p>
    <w:p>
      <w:pPr/>
      <w:r>
        <w:rPr>
          <w:rFonts w:ascii="Times New Roman" w:hAnsi="Times New Roman" w:eastAsia="Times New Roman" w:cs="Times New Roman"/>
          <w:sz w:val="24"/>
        </w:rPr>
        <w:t>What vacations, if any, have you taken since [relevant date]?</w:t>
      </w:r>
    </w:p>
    <w:p>
      <w:pPr/>
      <w:r>
        <w:rPr>
          <w:rFonts w:ascii="Times New Roman" w:hAnsi="Times New Roman" w:eastAsia="Times New Roman" w:cs="Times New Roman"/>
          <w:sz w:val="24"/>
        </w:rPr>
        <w:t>What symptoms did you experience from the alleged emotional distress? Did it affect your appetite? Your sleep?</w:t>
      </w:r>
    </w:p>
    <w:p>
      <w:pPr/>
      <w:r>
        <w:rPr>
          <w:rFonts w:ascii="Times New Roman" w:hAnsi="Times New Roman" w:eastAsia="Times New Roman" w:cs="Times New Roman"/>
          <w:sz w:val="24"/>
        </w:rPr>
        <w:t>Did you seek treatment from any doctors or medical professionals?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[If no] Why not?</w:t>
      </w:r>
    </w:p>
    <w:p>
      <w:pPr/>
      <w:r>
        <w:rPr>
          <w:rFonts w:ascii="Times New Roman" w:hAnsi="Times New Roman" w:eastAsia="Times New Roman" w:cs="Times New Roman"/>
          <w:sz w:val="24"/>
        </w:rPr>
        <w:t>[If yes] Who? When? What did you discuss with [name of doctor or medical professional]? What did [he/she] tell you?</w:t>
      </w:r>
    </w:p>
    <w:p>
      <w:pPr/>
      <w:r>
        <w:rPr>
          <w:rFonts w:ascii="Times New Roman" w:hAnsi="Times New Roman" w:eastAsia="Times New Roman" w:cs="Times New Roman"/>
          <w:sz w:val="24"/>
        </w:rPr>
        <w:t>Did [name of doctor] prescribe any medication? Did you take any medication? When did you start? When did you stop?</w:t>
      </w:r>
    </w:p>
    <w:p>
      <w:pPr/>
      <w:r>
        <w:rPr>
          <w:rFonts w:ascii="Times New Roman" w:hAnsi="Times New Roman" w:eastAsia="Times New Roman" w:cs="Times New Roman"/>
          <w:sz w:val="24"/>
        </w:rPr>
        <w:t>Have you ever taken [type of medication] before? [If yes] What caused you to take [type of medication] prior to this?</w:t>
      </w:r>
    </w:p>
    <w:p>
      <w:pPr/>
      <w:r>
        <w:rPr>
          <w:rFonts w:ascii="Times New Roman" w:hAnsi="Times New Roman" w:eastAsia="Times New Roman" w:cs="Times New Roman"/>
          <w:sz w:val="24"/>
        </w:rPr>
        <w:t>Did you do anything else to treat the [type of emotional distress]?</w:t>
      </w:r>
    </w:p>
    <w:p>
      <w:pPr/>
      <w:r>
        <w:rPr>
          <w:rFonts w:ascii="Times New Roman" w:hAnsi="Times New Roman" w:eastAsia="Times New Roman" w:cs="Times New Roman"/>
          <w:sz w:val="24"/>
        </w:rPr>
        <w:t>Have you ever experienced [type of emotional distress] before?</w:t>
      </w:r>
    </w:p>
    <w:p>
      <w:pPr/>
      <w:r>
        <w:rPr>
          <w:rFonts w:ascii="Times New Roman" w:hAnsi="Times New Roman" w:eastAsia="Times New Roman" w:cs="Times New Roman"/>
          <w:sz w:val="24"/>
        </w:rPr>
        <w:t>[If yes] When? What caused it? How did you treat it?</w:t>
      </w:r>
    </w:p>
    <w:p>
      <w:pPr/>
      <w:r>
        <w:rPr>
          <w:rFonts w:ascii="Times New Roman" w:hAnsi="Times New Roman" w:eastAsia="Times New Roman" w:cs="Times New Roman"/>
          <w:sz w:val="24"/>
        </w:rPr>
        <w:t>Have you experienced any other difficulties during the relevant time period?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Are you married? [If yes] How would you characterize your marital relationship? How often do you fight? Have you ever sought counseling? Have you or, to your knowledge, your husband, ever been unfaithful?</w:t>
      </w:r>
    </w:p>
    <w:p>
      <w:pPr/>
      <w:r>
        <w:rPr>
          <w:rFonts w:ascii="Times New Roman" w:hAnsi="Times New Roman" w:eastAsia="Times New Roman" w:cs="Times New Roman"/>
          <w:sz w:val="24"/>
        </w:rPr>
        <w:t>How would you charact</w:t>
      </w:r>
      <w:r>
        <w:rPr>
          <w:rFonts w:ascii="Times New Roman" w:hAnsi="Times New Roman" w:eastAsia="Times New Roman" w:cs="Times New Roman"/>
          <w:sz w:val="24"/>
        </w:rPr>
        <w:t>erize your financial wellbeing?</w:t>
      </w:r>
    </w:p>
    <w:p>
      <w:pPr/>
      <w:r>
        <w:rPr>
          <w:rFonts w:ascii="Times New Roman" w:hAnsi="Times New Roman" w:eastAsia="Times New Roman" w:cs="Times New Roman"/>
          <w:sz w:val="24"/>
        </w:rPr>
        <w:t>How is your health? How is the health of your spouse? Children? Parents? Any other close family member?</w:t>
      </w:r>
    </w:p>
    <w:p>
      <w:pPr/>
      <w:r>
        <w:rPr>
          <w:rFonts w:ascii="Times New Roman" w:hAnsi="Times New Roman" w:eastAsia="Times New Roman" w:cs="Times New Roman"/>
          <w:sz w:val="24"/>
        </w:rPr>
        <w:t>[If the plaintiff has children] How old are you children? Describe your relationship with them. How are your children performing at school academically? Soc</w:t>
      </w:r>
      <w:r>
        <w:rPr>
          <w:rFonts w:ascii="Times New Roman" w:hAnsi="Times New Roman" w:eastAsia="Times New Roman" w:cs="Times New Roman"/>
          <w:sz w:val="24"/>
        </w:rPr>
        <w:t>ially? Any disciplinary issues?</w:t>
      </w:r>
    </w:p>
    <w:p>
      <w:pPr/>
      <w:r>
        <w:rPr>
          <w:rFonts w:ascii="Times New Roman" w:hAnsi="Times New Roman" w:eastAsia="Times New Roman" w:cs="Times New Roman"/>
          <w:sz w:val="24"/>
        </w:rPr>
        <w:t>How often do you drink alcohol, if at all? How often do you use controlled substances? [Repeat questions for spouse and other close family members]</w:t>
      </w:r>
    </w:p>
    <w:p>
      <w:pPr/>
      <w:r>
        <w:rPr>
          <w:rFonts w:ascii="Times New Roman" w:hAnsi="Times New Roman" w:eastAsia="Times New Roman" w:cs="Times New Roman"/>
          <w:sz w:val="24"/>
        </w:rPr>
        <w:t>Why do you believe the [type of emotional distress] was the result of the alleged [discrimination/harassment/retaliation]?</w:t>
      </w:r>
    </w:p>
    <w:p>
      <w:pPr/>
      <w:r>
        <w:rPr>
          <w:rFonts w:ascii="Times New Roman" w:hAnsi="Times New Roman" w:eastAsia="Times New Roman" w:cs="Times New Roman"/>
          <w:sz w:val="24"/>
        </w:rPr>
        <w:t>Do you allege that you suffered any physical injuries due to this alleged [discrimination/harassment retaliation]?</w:t>
      </w:r>
    </w:p>
    <w:p>
      <w:pPr/>
      <w:r>
        <w:rPr>
          <w:rFonts w:ascii="Times New Roman" w:hAnsi="Times New Roman" w:eastAsia="Times New Roman" w:cs="Times New Roman"/>
          <w:sz w:val="24"/>
        </w:rPr>
        <w:t>Follow up:</w:t>
      </w:r>
    </w:p>
    <w:p>
      <w:pPr/>
      <w:r>
        <w:rPr>
          <w:rFonts w:ascii="Times New Roman" w:hAnsi="Times New Roman" w:eastAsia="Times New Roman" w:cs="Times New Roman"/>
          <w:sz w:val="24"/>
        </w:rPr>
        <w:t>[If yes] Please describe the full extent of the physical injuries that you allege that you suffered.</w:t>
      </w:r>
    </w:p>
    <w:p>
      <w:pPr/>
      <w:r>
        <w:rPr>
          <w:rFonts w:ascii="Times New Roman" w:hAnsi="Times New Roman" w:eastAsia="Times New Roman" w:cs="Times New Roman"/>
          <w:sz w:val="24"/>
        </w:rPr>
        <w:t>[For each type of physical injury, ask the same questions outlined above for emotional distress when applicable.]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