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Deposition Questions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QUESTIONS RELATED TO PREPARATION FOR DEPOSITION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do anything to prepare for this deposition?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Without telling me anything that your lawyer said to you or anything that you said to your lawyer, tell me what you did to prepare for this deposition?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review any documents to prepare for your deposition today?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speak to anyone other than the company’s attorneys to prepare for this deposition today?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reviewed the deposition notice that we served on [name of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understand that you have been identified by [name of employer] to answer questions on these topics?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understand that you will be answering questions on behalf of [name of employer] and not on your own behalf?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you prepared to answer questions about each of these topics?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bring any documents with you to today’s deposition?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QUESTIONS RELATED TO THE WITNESS’S BACKGROUND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is your present address?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long have you lived at this location?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own any other homes?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ever gone by any other names or aliases?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graduate high school?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attend college?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taken any courses or classes on discrimination or harassment outside of college?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is your current employer?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is your job title?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did you begin working for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held any other job titles during your employment with [current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Where is your office located?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are your job duties as [current job title]?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your job duties include investigating claims made by employees regarding discrimination, harassment, or retaliation?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received any anti-discrimination, anti-harassment, or anti-retaliation training during the course of your employment with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is your supervisor?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is [name of supervisor]’s job title?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ever been disciplined by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Prior to working for [employer], where did you work?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While employed by [prior employer], what job titles or positions did you hold?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were your job duties while employed as [job title]?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ever testified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deposition, administrative proceeding, or court on behalf of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ever been involved in any EEOC proceeding related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 of discrimination, harassment, or retaliation?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ever been involved in any [state agency] proceeding related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 of discrimination, harassment, or retaliation?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even been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party to any lawsuit, either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plaintiff 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defendant?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ever been convicted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crime?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ever been the subject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complaint to human resources?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ever been the subject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complaint of [discrimination, harassment, or retaliation]?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QUESTIONS ABOUT THE EMPLOYER’S POLICIES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receive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 manual or handbook while employed at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did you receive it?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receive any revisions to the manual or handbook?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there postings around the office regarding what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 who feels that he or she has been the victim of harassment, discrimination, or retaliation can do to redress the problem?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Where is this posted?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do these postings say about what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victim of harassment, discrimination, or retaliation can do to redress the problem?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[employer] have policies regarding the handling complaints by employees of discrimination?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are those policies?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all employees receive written copies of these policies?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these policies address [type of claim, e.g., sexual harassment, racial discrimination, etc.]?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do they say about [type of claim alleged in complaint]?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the policy address what constitutes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complaint of [type of claim]?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the policy address how the company will respond to complaints made by employees?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the policy address what type of complaints merit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response or investigation by human resources and which do not?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the policy make any distinction between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formal complaint and other types of complaints?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During your employment with [employer], have you handled any investigation into any claims of discrimination, harassment, or retaliation by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ever been involved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investigation that resulted in discipline for the alleged wrongdoer?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QUESTIONS RELATED TO OTHER COMPLAINTS OF DISCRIMINATION, HARASSMENT, OR RETALIATION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Has any employee of [employer] made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[formal or informal] complaint of [type of discrimination, e.g., race, sex, national origin, etc.] discrimination in connection with their employment with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Has any employee of [employer] made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[formal or informal] complaint of [type of harassment, e.g., race, sex, national origin, etc.] harassment in connection with their employment with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Has any employee of [employer] made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[formal or informal] complaint of retaliation in connection with their employment with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many employees made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[formal or informal] complaint of [discrimination, harassment, or retaliation]?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are the names of the employees that made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[formal or informal] complaint of [discrimination, harassment, or retaliation]?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were the circumstances of [name]’s complaint?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specifically did [name] allege was [discrimination, harassment, or retaliation]?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did [employer] do in response to [name]’s complaint?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[employer] conduct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investigation into [name]’s complaint?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conducted the investigation?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did [employer] interview in response to [name]’s complaint?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documents did [employer] interview in the course of investigating [name]’s complaint?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conclusion did [employer]’s investigation into [name]’s complaint?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[employer] take any action to address to the concerns that [name] raised in [his or her] complaint?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action did [employer] take?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QUESTIONS RELATED TO ALLEGATIONS IN THE COMPLAINT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[employer] deny that [read or summarize specific allegation in the complaint]?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is the basis for [employer’s] denial that [employer or individual] did not [summarize the allegation in the complaint]?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facts does [employer] believe support the belief that [employer or name of individual] did not [summarize the allegation in the complaint]?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witnesses does [employer] believe support this belief that [employer or name of individual] did not [summarize the allegation in the complaint]?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information does [employer] believe that [name of witness] has about this belief that [employer or name of individual] did not [summarize the allegation in the complaint]?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documents does [employer] believe support this belief that [employer or name of individual] did not [summarize the allegation in the complaint]?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QUESTIONS RELATED TO EMPLOYER’S AFFIRMATIVE DEFENSES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is the basis for [employer’s] [number] affirmative defense, namely that [summarize or quote affirmative defense]?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facts does [employer] believe support this defense?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witnesses does [employer] believe have information that support this defense?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information does [employer] believe that [name of witness] has about this defense? 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