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>Deposition Questions</w:t>
      </w:r>
    </w:p>
    <w:p>
      <w:pPr/>
      <w:r>
        <w:rPr>
          <w:rFonts w:ascii="Times New Roman" w:hAnsi="Times New Roman" w:eastAsia="Times New Roman" w:cs="Times New Roman"/>
          <w:sz w:val="24"/>
        </w:rPr>
        <w:t>SECTION 1: GENERAL DEPOSITION QUESTIONS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Please state your full name for the record.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Have you ever been known by any other names? </w:t>
      </w:r>
    </w:p>
    <w:p>
      <w:pPr/>
      <w:r>
        <w:rPr>
          <w:rFonts w:ascii="Times New Roman" w:hAnsi="Times New Roman" w:eastAsia="Times New Roman" w:cs="Times New Roman"/>
          <w:sz w:val="24"/>
        </w:rPr>
        <w:t>What did you do to prepare for this deposition?</w:t>
      </w:r>
    </w:p>
    <w:p>
      <w:pPr/>
      <w:r>
        <w:rPr>
          <w:rFonts w:ascii="Times New Roman" w:hAnsi="Times New Roman" w:eastAsia="Times New Roman" w:cs="Times New Roman"/>
          <w:sz w:val="24"/>
        </w:rPr>
        <w:t>Did you meet with anyone to prepare for this deposition?</w:t>
      </w:r>
    </w:p>
    <w:p>
      <w:pPr/>
      <w:r>
        <w:rPr>
          <w:rFonts w:ascii="Times New Roman" w:hAnsi="Times New Roman" w:eastAsia="Times New Roman" w:cs="Times New Roman"/>
          <w:sz w:val="24"/>
        </w:rPr>
        <w:t>Who?</w:t>
      </w:r>
    </w:p>
    <w:p>
      <w:pPr/>
      <w:r>
        <w:rPr>
          <w:rFonts w:ascii="Times New Roman" w:hAnsi="Times New Roman" w:eastAsia="Times New Roman" w:cs="Times New Roman"/>
          <w:sz w:val="24"/>
        </w:rPr>
        <w:t>When?</w:t>
      </w:r>
    </w:p>
    <w:p>
      <w:pPr/>
      <w:r>
        <w:rPr>
          <w:rFonts w:ascii="Times New Roman" w:hAnsi="Times New Roman" w:eastAsia="Times New Roman" w:cs="Times New Roman"/>
          <w:sz w:val="24"/>
        </w:rPr>
        <w:t>Where?</w:t>
      </w:r>
    </w:p>
    <w:p>
      <w:pPr/>
      <w:r>
        <w:rPr>
          <w:rFonts w:ascii="Times New Roman" w:hAnsi="Times New Roman" w:eastAsia="Times New Roman" w:cs="Times New Roman"/>
          <w:sz w:val="24"/>
        </w:rPr>
        <w:t>Was anyone else present for this meeting?</w:t>
      </w:r>
    </w:p>
    <w:p>
      <w:pPr/>
      <w:r>
        <w:rPr>
          <w:rFonts w:ascii="Times New Roman" w:hAnsi="Times New Roman" w:eastAsia="Times New Roman" w:cs="Times New Roman"/>
          <w:sz w:val="24"/>
        </w:rPr>
        <w:t>Did you review any documents to prepare for this deposition?</w:t>
      </w:r>
    </w:p>
    <w:p>
      <w:pPr/>
      <w:r>
        <w:rPr>
          <w:rFonts w:ascii="Times New Roman" w:hAnsi="Times New Roman" w:eastAsia="Times New Roman" w:cs="Times New Roman"/>
          <w:sz w:val="24"/>
        </w:rPr>
        <w:t>Which documents?</w:t>
      </w:r>
    </w:p>
    <w:p>
      <w:pPr/>
      <w:r>
        <w:rPr>
          <w:rFonts w:ascii="Times New Roman" w:hAnsi="Times New Roman" w:eastAsia="Times New Roman" w:cs="Times New Roman"/>
          <w:sz w:val="24"/>
        </w:rPr>
        <w:t>SECTION 2: QUESTIONS RELATED TO EDUCATIONAL BACKGROUND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you go to college? </w:t>
      </w:r>
    </w:p>
    <w:p>
      <w:pPr/>
      <w:r>
        <w:rPr>
          <w:rFonts w:ascii="Times New Roman" w:hAnsi="Times New Roman" w:eastAsia="Times New Roman" w:cs="Times New Roman"/>
          <w:sz w:val="24"/>
        </w:rPr>
        <w:t>Where did you go to college?</w:t>
      </w:r>
    </w:p>
    <w:p>
      <w:pPr/>
      <w:r>
        <w:rPr>
          <w:rFonts w:ascii="Times New Roman" w:hAnsi="Times New Roman" w:eastAsia="Times New Roman" w:cs="Times New Roman"/>
          <w:sz w:val="24"/>
        </w:rPr>
        <w:t>What did you study at [name of college(s)]?</w:t>
      </w:r>
    </w:p>
    <w:p>
      <w:pPr/>
      <w:r>
        <w:rPr>
          <w:rFonts w:ascii="Times New Roman" w:hAnsi="Times New Roman" w:eastAsia="Times New Roman" w:cs="Times New Roman"/>
          <w:sz w:val="24"/>
        </w:rPr>
        <w:t>Did you obtain a degree?</w:t>
      </w:r>
    </w:p>
    <w:p>
      <w:pPr/>
      <w:r>
        <w:rPr>
          <w:rFonts w:ascii="Times New Roman" w:hAnsi="Times New Roman" w:eastAsia="Times New Roman" w:cs="Times New Roman"/>
          <w:sz w:val="24"/>
        </w:rPr>
        <w:t>What degree(s) did you obtain?</w:t>
      </w:r>
    </w:p>
    <w:p>
      <w:pPr/>
      <w:r>
        <w:rPr>
          <w:rFonts w:ascii="Times New Roman" w:hAnsi="Times New Roman" w:eastAsia="Times New Roman" w:cs="Times New Roman"/>
          <w:sz w:val="24"/>
        </w:rPr>
        <w:t>Did you do any post-graduate study at a college or university?</w:t>
      </w:r>
    </w:p>
    <w:p>
      <w:pPr/>
      <w:r>
        <w:rPr>
          <w:rFonts w:ascii="Times New Roman" w:hAnsi="Times New Roman" w:eastAsia="Times New Roman" w:cs="Times New Roman"/>
          <w:sz w:val="24"/>
        </w:rPr>
        <w:t>Which colleges or universities?</w:t>
      </w:r>
    </w:p>
    <w:p>
      <w:pPr/>
      <w:r>
        <w:rPr>
          <w:rFonts w:ascii="Times New Roman" w:hAnsi="Times New Roman" w:eastAsia="Times New Roman" w:cs="Times New Roman"/>
          <w:sz w:val="24"/>
        </w:rPr>
        <w:t>What did you study?</w:t>
      </w:r>
    </w:p>
    <w:p>
      <w:pPr/>
      <w:r>
        <w:rPr>
          <w:rFonts w:ascii="Times New Roman" w:hAnsi="Times New Roman" w:eastAsia="Times New Roman" w:cs="Times New Roman"/>
          <w:sz w:val="24"/>
        </w:rPr>
        <w:t>Did you obtain a degree?</w:t>
      </w:r>
    </w:p>
    <w:p>
      <w:pPr/>
      <w:r>
        <w:rPr>
          <w:rFonts w:ascii="Times New Roman" w:hAnsi="Times New Roman" w:eastAsia="Times New Roman" w:cs="Times New Roman"/>
          <w:sz w:val="24"/>
        </w:rPr>
        <w:t>What degree(s) did you obtain?</w:t>
      </w:r>
    </w:p>
    <w:p>
      <w:pPr/>
      <w:r>
        <w:rPr>
          <w:rFonts w:ascii="Times New Roman" w:hAnsi="Times New Roman" w:eastAsia="Times New Roman" w:cs="Times New Roman"/>
          <w:sz w:val="24"/>
        </w:rPr>
        <w:t>Have you taken any courses other than post-graduate study at a college or university?</w:t>
      </w:r>
    </w:p>
    <w:p>
      <w:pPr/>
      <w:r>
        <w:rPr>
          <w:rFonts w:ascii="Times New Roman" w:hAnsi="Times New Roman" w:eastAsia="Times New Roman" w:cs="Times New Roman"/>
          <w:sz w:val="24"/>
        </w:rPr>
        <w:t>Have you obtained any certificate or license in any field?</w:t>
      </w:r>
    </w:p>
    <w:p>
      <w:pPr/>
      <w:r>
        <w:rPr>
          <w:rFonts w:ascii="Times New Roman" w:hAnsi="Times New Roman" w:eastAsia="Times New Roman" w:cs="Times New Roman"/>
          <w:sz w:val="24"/>
        </w:rPr>
        <w:t>Have you taken any other courses in [the area that the plaintiffs hired the expert to provide expert opinion]?</w:t>
      </w:r>
    </w:p>
    <w:p>
      <w:pPr/>
      <w:r>
        <w:rPr>
          <w:rFonts w:ascii="Times New Roman" w:hAnsi="Times New Roman" w:eastAsia="Times New Roman" w:cs="Times New Roman"/>
          <w:sz w:val="24"/>
        </w:rPr>
        <w:t>Are you a member of any professional organization related to [area of expertise]?</w:t>
      </w:r>
    </w:p>
    <w:p>
      <w:pPr/>
      <w:r>
        <w:rPr>
          <w:rFonts w:ascii="Times New Roman" w:hAnsi="Times New Roman" w:eastAsia="Times New Roman" w:cs="Times New Roman"/>
          <w:sz w:val="24"/>
        </w:rPr>
        <w:t>Have you been elected to or appointed to a leadership role in any professional organization related to [area of expertise]?</w:t>
      </w:r>
    </w:p>
    <w:p>
      <w:pPr/>
      <w:r>
        <w:rPr>
          <w:rFonts w:ascii="Times New Roman" w:hAnsi="Times New Roman" w:eastAsia="Times New Roman" w:cs="Times New Roman"/>
          <w:sz w:val="24"/>
        </w:rPr>
        <w:t>Do you subscribe to any publications or periodicals that focus on [area of expertise]?</w:t>
      </w:r>
    </w:p>
    <w:p>
      <w:pPr/>
      <w:r>
        <w:rPr>
          <w:rFonts w:ascii="Times New Roman" w:hAnsi="Times New Roman" w:eastAsia="Times New Roman" w:cs="Times New Roman"/>
          <w:sz w:val="24"/>
        </w:rPr>
        <w:t>Do you serve on any board of directors for any corporation or other organization?</w:t>
      </w:r>
    </w:p>
    <w:p>
      <w:pPr/>
      <w:r>
        <w:rPr>
          <w:rFonts w:ascii="Times New Roman" w:hAnsi="Times New Roman" w:eastAsia="Times New Roman" w:cs="Times New Roman"/>
          <w:sz w:val="24"/>
        </w:rPr>
        <w:t>SECTION 3: QUESTIONS RELATED TO EMPLOYMENT BACKGROUND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Are you currently employed? </w:t>
      </w:r>
    </w:p>
    <w:p>
      <w:pPr/>
      <w:r>
        <w:rPr>
          <w:rFonts w:ascii="Times New Roman" w:hAnsi="Times New Roman" w:eastAsia="Times New Roman" w:cs="Times New Roman"/>
          <w:sz w:val="24"/>
        </w:rPr>
        <w:t>What is the name of your current employer?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How long have you been employed by [current employer]? </w:t>
      </w:r>
    </w:p>
    <w:p>
      <w:pPr/>
      <w:r>
        <w:rPr>
          <w:rFonts w:ascii="Times New Roman" w:hAnsi="Times New Roman" w:eastAsia="Times New Roman" w:cs="Times New Roman"/>
          <w:sz w:val="24"/>
        </w:rPr>
        <w:t>What is your current position with [current employer]?</w:t>
      </w:r>
    </w:p>
    <w:p>
      <w:pPr/>
      <w:r>
        <w:rPr>
          <w:rFonts w:ascii="Times New Roman" w:hAnsi="Times New Roman" w:eastAsia="Times New Roman" w:cs="Times New Roman"/>
          <w:sz w:val="24"/>
        </w:rPr>
        <w:t>How long have you held this position with [current employer]?</w:t>
      </w:r>
    </w:p>
    <w:p>
      <w:pPr/>
      <w:r>
        <w:rPr>
          <w:rFonts w:ascii="Times New Roman" w:hAnsi="Times New Roman" w:eastAsia="Times New Roman" w:cs="Times New Roman"/>
          <w:sz w:val="24"/>
        </w:rPr>
        <w:t>What are your job duties as [current job title]?</w:t>
      </w:r>
    </w:p>
    <w:p>
      <w:pPr/>
      <w:r>
        <w:rPr>
          <w:rFonts w:ascii="Times New Roman" w:hAnsi="Times New Roman" w:eastAsia="Times New Roman" w:cs="Times New Roman"/>
          <w:sz w:val="24"/>
        </w:rPr>
        <w:t>Have you held any other position with [current employer]?</w:t>
      </w:r>
    </w:p>
    <w:p>
      <w:pPr/>
      <w:r>
        <w:rPr>
          <w:rFonts w:ascii="Times New Roman" w:hAnsi="Times New Roman" w:eastAsia="Times New Roman" w:cs="Times New Roman"/>
          <w:sz w:val="24"/>
        </w:rPr>
        <w:t>What were your job duties as [each former job title]?</w:t>
      </w:r>
    </w:p>
    <w:p>
      <w:pPr/>
      <w:r>
        <w:rPr>
          <w:rFonts w:ascii="Times New Roman" w:hAnsi="Times New Roman" w:eastAsia="Times New Roman" w:cs="Times New Roman"/>
          <w:sz w:val="24"/>
        </w:rPr>
        <w:t>Where were you employed before working for [current employer]?</w:t>
      </w:r>
    </w:p>
    <w:p>
      <w:pPr/>
      <w:r>
        <w:rPr>
          <w:rFonts w:ascii="Times New Roman" w:hAnsi="Times New Roman" w:eastAsia="Times New Roman" w:cs="Times New Roman"/>
          <w:sz w:val="24"/>
        </w:rPr>
        <w:t>What job titles did you hold while working for [prior employer(s)]?</w:t>
      </w:r>
    </w:p>
    <w:p>
      <w:pPr/>
      <w:r>
        <w:rPr>
          <w:rFonts w:ascii="Times New Roman" w:hAnsi="Times New Roman" w:eastAsia="Times New Roman" w:cs="Times New Roman"/>
          <w:sz w:val="24"/>
        </w:rPr>
        <w:t>What were your job duties as [each former job title] for [prior employer(s)]?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How did your employment with [prior employer(s)] end? </w:t>
      </w:r>
    </w:p>
    <w:p>
      <w:pPr/>
      <w:r>
        <w:rPr>
          <w:rFonts w:ascii="Times New Roman" w:hAnsi="Times New Roman" w:eastAsia="Times New Roman" w:cs="Times New Roman"/>
          <w:sz w:val="24"/>
        </w:rPr>
        <w:t>SECTION 4: EXPERIENCE AS EXPERT WITNESS</w:t>
      </w:r>
    </w:p>
    <w:p>
      <w:pPr/>
      <w:r>
        <w:rPr>
          <w:rFonts w:ascii="Times New Roman" w:hAnsi="Times New Roman" w:eastAsia="Times New Roman" w:cs="Times New Roman"/>
          <w:sz w:val="24"/>
        </w:rPr>
        <w:t>Does your expert report list each of the cases where you testified at trial or in a deposition in the last four years?</w:t>
      </w:r>
    </w:p>
    <w:p>
      <w:pPr/>
      <w:r>
        <w:rPr>
          <w:rFonts w:ascii="Times New Roman" w:hAnsi="Times New Roman" w:eastAsia="Times New Roman" w:cs="Times New Roman"/>
          <w:sz w:val="24"/>
        </w:rPr>
        <w:t>What areas do you believe that you are qualified in to testify as an expert witness?</w:t>
      </w:r>
    </w:p>
    <w:p>
      <w:pPr/>
      <w:r>
        <w:rPr>
          <w:rFonts w:ascii="Times New Roman" w:hAnsi="Times New Roman" w:eastAsia="Times New Roman" w:cs="Times New Roman"/>
          <w:sz w:val="24"/>
        </w:rPr>
        <w:t>How many times have you been hired by a party in litigation to serve as an expert witness?</w:t>
      </w:r>
    </w:p>
    <w:p>
      <w:pPr/>
      <w:r>
        <w:rPr>
          <w:rFonts w:ascii="Times New Roman" w:hAnsi="Times New Roman" w:eastAsia="Times New Roman" w:cs="Times New Roman"/>
          <w:sz w:val="24"/>
        </w:rPr>
        <w:t>How many times have you been qualified by a court to testify as an expert at trial?</w:t>
      </w:r>
    </w:p>
    <w:p>
      <w:pPr/>
      <w:r>
        <w:rPr>
          <w:rFonts w:ascii="Times New Roman" w:hAnsi="Times New Roman" w:eastAsia="Times New Roman" w:cs="Times New Roman"/>
          <w:sz w:val="24"/>
        </w:rPr>
        <w:t>Did you prepare a report in any cases over the last four years where you were not called to testify at trial or deposition?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For each case where you testified: </w:t>
      </w:r>
    </w:p>
    <w:p>
      <w:pPr/>
      <w:r>
        <w:rPr>
          <w:rFonts w:ascii="Times New Roman" w:hAnsi="Times New Roman" w:eastAsia="Times New Roman" w:cs="Times New Roman"/>
          <w:sz w:val="24"/>
        </w:rPr>
        <w:t>What was the case about?</w:t>
      </w:r>
    </w:p>
    <w:p>
      <w:pPr/>
      <w:r>
        <w:rPr>
          <w:rFonts w:ascii="Times New Roman" w:hAnsi="Times New Roman" w:eastAsia="Times New Roman" w:cs="Times New Roman"/>
          <w:sz w:val="24"/>
        </w:rPr>
        <w:t>Where was the case filed, federal court or state court?</w:t>
      </w:r>
    </w:p>
    <w:p>
      <w:pPr/>
      <w:r>
        <w:rPr>
          <w:rFonts w:ascii="Times New Roman" w:hAnsi="Times New Roman" w:eastAsia="Times New Roman" w:cs="Times New Roman"/>
          <w:sz w:val="24"/>
        </w:rPr>
        <w:t>What did you testify about?</w:t>
      </w:r>
    </w:p>
    <w:p>
      <w:pPr/>
      <w:r>
        <w:rPr>
          <w:rFonts w:ascii="Times New Roman" w:hAnsi="Times New Roman" w:eastAsia="Times New Roman" w:cs="Times New Roman"/>
          <w:sz w:val="24"/>
        </w:rPr>
        <w:t>Did you testify for the plaintiff or the defendant?</w:t>
      </w:r>
    </w:p>
    <w:p>
      <w:pPr/>
      <w:r>
        <w:rPr>
          <w:rFonts w:ascii="Times New Roman" w:hAnsi="Times New Roman" w:eastAsia="Times New Roman" w:cs="Times New Roman"/>
          <w:sz w:val="24"/>
        </w:rPr>
        <w:t>How much were you paid as an expert witness in that case?</w:t>
      </w:r>
    </w:p>
    <w:p>
      <w:pPr/>
      <w:r>
        <w:rPr>
          <w:rFonts w:ascii="Times New Roman" w:hAnsi="Times New Roman" w:eastAsia="Times New Roman" w:cs="Times New Roman"/>
          <w:sz w:val="24"/>
        </w:rPr>
        <w:t>Did you prepare a report?</w:t>
      </w:r>
    </w:p>
    <w:p>
      <w:pPr/>
      <w:r>
        <w:rPr>
          <w:rFonts w:ascii="Times New Roman" w:hAnsi="Times New Roman" w:eastAsia="Times New Roman" w:cs="Times New Roman"/>
          <w:sz w:val="24"/>
        </w:rPr>
        <w:t>Have you provided a copy of that report to Plaintiffs’ counsel to produce in this matter?</w:t>
      </w:r>
    </w:p>
    <w:p>
      <w:pPr/>
      <w:r>
        <w:rPr>
          <w:rFonts w:ascii="Times New Roman" w:hAnsi="Times New Roman" w:eastAsia="Times New Roman" w:cs="Times New Roman"/>
          <w:sz w:val="24"/>
        </w:rPr>
        <w:t>Did you testify at a deposition?</w:t>
      </w:r>
    </w:p>
    <w:p>
      <w:pPr/>
      <w:r>
        <w:rPr>
          <w:rFonts w:ascii="Times New Roman" w:hAnsi="Times New Roman" w:eastAsia="Times New Roman" w:cs="Times New Roman"/>
          <w:sz w:val="24"/>
        </w:rPr>
        <w:t>Do you have a copy of the deposition transcript?</w:t>
      </w:r>
    </w:p>
    <w:p>
      <w:pPr/>
      <w:r>
        <w:rPr>
          <w:rFonts w:ascii="Times New Roman" w:hAnsi="Times New Roman" w:eastAsia="Times New Roman" w:cs="Times New Roman"/>
          <w:sz w:val="24"/>
        </w:rPr>
        <w:t>Did you testify at trial?</w:t>
      </w:r>
    </w:p>
    <w:p>
      <w:pPr/>
      <w:r>
        <w:rPr>
          <w:rFonts w:ascii="Times New Roman" w:hAnsi="Times New Roman" w:eastAsia="Times New Roman" w:cs="Times New Roman"/>
          <w:sz w:val="24"/>
        </w:rPr>
        <w:t>Do you have a copy of the transcript of your testimony at trial?</w:t>
      </w:r>
    </w:p>
    <w:p>
      <w:pPr/>
      <w:r>
        <w:rPr>
          <w:rFonts w:ascii="Times New Roman" w:hAnsi="Times New Roman" w:eastAsia="Times New Roman" w:cs="Times New Roman"/>
          <w:sz w:val="24"/>
        </w:rPr>
        <w:t>Did the other side file a motion to exclude your testimony?</w:t>
      </w:r>
    </w:p>
    <w:p>
      <w:pPr/>
      <w:r>
        <w:rPr>
          <w:rFonts w:ascii="Times New Roman" w:hAnsi="Times New Roman" w:eastAsia="Times New Roman" w:cs="Times New Roman"/>
          <w:sz w:val="24"/>
        </w:rPr>
        <w:t>Did the judge hold a Daubert hearing?</w:t>
      </w:r>
    </w:p>
    <w:p>
      <w:pPr/>
      <w:r>
        <w:rPr>
          <w:rFonts w:ascii="Times New Roman" w:hAnsi="Times New Roman" w:eastAsia="Times New Roman" w:cs="Times New Roman"/>
          <w:sz w:val="24"/>
        </w:rPr>
        <w:t>What was the result of the Daubert hearing?</w:t>
      </w:r>
    </w:p>
    <w:p>
      <w:pPr/>
      <w:r>
        <w:rPr>
          <w:rFonts w:ascii="Times New Roman" w:hAnsi="Times New Roman" w:eastAsia="Times New Roman" w:cs="Times New Roman"/>
          <w:sz w:val="24"/>
        </w:rPr>
        <w:t>What was the result in that case?</w:t>
      </w:r>
    </w:p>
    <w:p>
      <w:pPr/>
      <w:r>
        <w:rPr>
          <w:rFonts w:ascii="Times New Roman" w:hAnsi="Times New Roman" w:eastAsia="Times New Roman" w:cs="Times New Roman"/>
          <w:sz w:val="24"/>
        </w:rPr>
        <w:t>How much of your income comes from serving as an expert witness in lawsuits?</w:t>
      </w:r>
    </w:p>
    <w:p>
      <w:pPr/>
      <w:r>
        <w:rPr>
          <w:rFonts w:ascii="Times New Roman" w:hAnsi="Times New Roman" w:eastAsia="Times New Roman" w:cs="Times New Roman"/>
          <w:sz w:val="24"/>
        </w:rPr>
        <w:t>In what percent of cases are you retained by the plaintiffs?</w:t>
      </w:r>
    </w:p>
    <w:p>
      <w:pPr/>
      <w:r>
        <w:rPr>
          <w:rFonts w:ascii="Times New Roman" w:hAnsi="Times New Roman" w:eastAsia="Times New Roman" w:cs="Times New Roman"/>
          <w:sz w:val="24"/>
        </w:rPr>
        <w:t>In what percent of cases are you retained by the defendants?</w:t>
      </w:r>
    </w:p>
    <w:p>
      <w:pPr/>
      <w:r>
        <w:rPr>
          <w:rFonts w:ascii="Times New Roman" w:hAnsi="Times New Roman" w:eastAsia="Times New Roman" w:cs="Times New Roman"/>
          <w:sz w:val="24"/>
        </w:rPr>
        <w:t>SECTION 5: QUESTIONS ABOUT RETENTION IN THIS CASE</w:t>
      </w:r>
    </w:p>
    <w:p>
      <w:pPr/>
      <w:r>
        <w:rPr>
          <w:rFonts w:ascii="Times New Roman" w:hAnsi="Times New Roman" w:eastAsia="Times New Roman" w:cs="Times New Roman"/>
          <w:sz w:val="24"/>
        </w:rPr>
        <w:t>When were you retained as an expert in this case?</w:t>
      </w:r>
    </w:p>
    <w:p>
      <w:pPr/>
      <w:r>
        <w:rPr>
          <w:rFonts w:ascii="Times New Roman" w:hAnsi="Times New Roman" w:eastAsia="Times New Roman" w:cs="Times New Roman"/>
          <w:sz w:val="24"/>
        </w:rPr>
        <w:t>Who first contacted you about this case?</w:t>
      </w:r>
    </w:p>
    <w:p>
      <w:pPr/>
      <w:r>
        <w:rPr>
          <w:rFonts w:ascii="Times New Roman" w:hAnsi="Times New Roman" w:eastAsia="Times New Roman" w:cs="Times New Roman"/>
          <w:sz w:val="24"/>
        </w:rPr>
        <w:t>Have you worked with [plaintiffs’ law firm] before?</w:t>
      </w:r>
    </w:p>
    <w:p>
      <w:pPr/>
      <w:r>
        <w:rPr>
          <w:rFonts w:ascii="Times New Roman" w:hAnsi="Times New Roman" w:eastAsia="Times New Roman" w:cs="Times New Roman"/>
          <w:sz w:val="24"/>
        </w:rPr>
        <w:t>How much are you charging the plaintiffs to serve as an expert in this case?</w:t>
      </w:r>
    </w:p>
    <w:p>
      <w:pPr/>
      <w:r>
        <w:rPr>
          <w:rFonts w:ascii="Times New Roman" w:hAnsi="Times New Roman" w:eastAsia="Times New Roman" w:cs="Times New Roman"/>
          <w:sz w:val="24"/>
        </w:rPr>
        <w:t>How much have you billed to date?</w:t>
      </w:r>
    </w:p>
    <w:p>
      <w:pPr/>
      <w:r>
        <w:rPr>
          <w:rFonts w:ascii="Times New Roman" w:hAnsi="Times New Roman" w:eastAsia="Times New Roman" w:cs="Times New Roman"/>
          <w:sz w:val="24"/>
        </w:rPr>
        <w:t>How much are you owed to date?</w:t>
      </w:r>
    </w:p>
    <w:p>
      <w:pPr/>
      <w:r>
        <w:rPr>
          <w:rFonts w:ascii="Times New Roman" w:hAnsi="Times New Roman" w:eastAsia="Times New Roman" w:cs="Times New Roman"/>
          <w:sz w:val="24"/>
        </w:rPr>
        <w:t>What were you told about the case when you were retainer?</w:t>
      </w:r>
    </w:p>
    <w:p>
      <w:pPr/>
      <w:r>
        <w:rPr>
          <w:rFonts w:ascii="Times New Roman" w:hAnsi="Times New Roman" w:eastAsia="Times New Roman" w:cs="Times New Roman"/>
          <w:sz w:val="24"/>
        </w:rPr>
        <w:t>What were you told about the issues that Plaintiffs’ counsel wanted you to address?</w:t>
      </w:r>
    </w:p>
    <w:p>
      <w:pPr/>
      <w:r>
        <w:rPr>
          <w:rFonts w:ascii="Times New Roman" w:hAnsi="Times New Roman" w:eastAsia="Times New Roman" w:cs="Times New Roman"/>
          <w:sz w:val="24"/>
        </w:rPr>
        <w:t>Did Plaintiffs’ counsel provide you with any documents to formulate your opinion?</w:t>
      </w:r>
    </w:p>
    <w:p>
      <w:pPr/>
      <w:r>
        <w:rPr>
          <w:rFonts w:ascii="Times New Roman" w:hAnsi="Times New Roman" w:eastAsia="Times New Roman" w:cs="Times New Roman"/>
          <w:sz w:val="24"/>
        </w:rPr>
        <w:t>Did you request any documents from Plaintiffs’ counsel?</w:t>
      </w:r>
    </w:p>
    <w:p>
      <w:pPr/>
      <w:r>
        <w:rPr>
          <w:rFonts w:ascii="Times New Roman" w:hAnsi="Times New Roman" w:eastAsia="Times New Roman" w:cs="Times New Roman"/>
          <w:sz w:val="24"/>
        </w:rPr>
        <w:t>Did Plaintiffs’ counsel provide you with transcripts of any of the depositions that were already taken in this case?</w:t>
      </w:r>
    </w:p>
    <w:p>
      <w:pPr/>
      <w:r>
        <w:rPr>
          <w:rFonts w:ascii="Times New Roman" w:hAnsi="Times New Roman" w:eastAsia="Times New Roman" w:cs="Times New Roman"/>
          <w:sz w:val="24"/>
        </w:rPr>
        <w:t>SECTION 6: QUESTIONS ABOUT THE EXPERT’S OPINION AND EXPERT REPORT</w:t>
      </w:r>
    </w:p>
    <w:p>
      <w:pPr/>
      <w:r>
        <w:rPr>
          <w:rFonts w:ascii="Times New Roman" w:hAnsi="Times New Roman" w:eastAsia="Times New Roman" w:cs="Times New Roman"/>
          <w:sz w:val="24"/>
        </w:rPr>
        <w:t>Did you prepare a report expressing an opinion about [the issue that plaintiffs retained him or her to address]?</w:t>
      </w:r>
    </w:p>
    <w:p>
      <w:pPr/>
      <w:r>
        <w:rPr>
          <w:rFonts w:ascii="Times New Roman" w:hAnsi="Times New Roman" w:eastAsia="Times New Roman" w:cs="Times New Roman"/>
          <w:sz w:val="24"/>
        </w:rPr>
        <w:t>Did you write the report?</w:t>
      </w:r>
    </w:p>
    <w:p>
      <w:pPr/>
      <w:r>
        <w:rPr>
          <w:rFonts w:ascii="Times New Roman" w:hAnsi="Times New Roman" w:eastAsia="Times New Roman" w:cs="Times New Roman"/>
          <w:sz w:val="24"/>
        </w:rPr>
        <w:t>Did anyone assist in writing the report?</w:t>
      </w:r>
    </w:p>
    <w:p>
      <w:pPr/>
      <w:r>
        <w:rPr>
          <w:rFonts w:ascii="Times New Roman" w:hAnsi="Times New Roman" w:eastAsia="Times New Roman" w:cs="Times New Roman"/>
          <w:sz w:val="24"/>
        </w:rPr>
        <w:t>Can you explain the process of how you wrote the report?</w:t>
      </w:r>
    </w:p>
    <w:p>
      <w:pPr/>
      <w:r>
        <w:rPr>
          <w:rFonts w:ascii="Times New Roman" w:hAnsi="Times New Roman" w:eastAsia="Times New Roman" w:cs="Times New Roman"/>
          <w:sz w:val="24"/>
        </w:rPr>
        <w:t>Did Plaintiffs’ counsel review a copy of the report before it was finalized?</w:t>
      </w:r>
    </w:p>
    <w:p>
      <w:pPr/>
      <w:r>
        <w:rPr>
          <w:rFonts w:ascii="Times New Roman" w:hAnsi="Times New Roman" w:eastAsia="Times New Roman" w:cs="Times New Roman"/>
          <w:sz w:val="24"/>
        </w:rPr>
        <w:t>Did you provide a copy of the report to Plaintiffs’ counsel before it was finalized?</w:t>
      </w:r>
    </w:p>
    <w:p>
      <w:pPr/>
      <w:r>
        <w:rPr>
          <w:rFonts w:ascii="Times New Roman" w:hAnsi="Times New Roman" w:eastAsia="Times New Roman" w:cs="Times New Roman"/>
          <w:sz w:val="24"/>
        </w:rPr>
        <w:t>Was your expert report based on any assumptions?</w:t>
      </w:r>
    </w:p>
    <w:p>
      <w:pPr/>
      <w:r>
        <w:rPr>
          <w:rFonts w:ascii="Times New Roman" w:hAnsi="Times New Roman" w:eastAsia="Times New Roman" w:cs="Times New Roman"/>
          <w:sz w:val="24"/>
        </w:rPr>
        <w:t>What assumptions are included in your expert report?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you </w:t>
      </w:r>
      <w:r>
        <w:rPr>
          <w:rFonts w:ascii="Times New Roman" w:hAnsi="Times New Roman" w:eastAsia="Times New Roman" w:cs="Times New Roman"/>
          <w:sz w:val="24"/>
        </w:rPr>
        <w:t>make the assumption</w:t>
      </w:r>
      <w:r>
        <w:rPr>
          <w:rFonts w:ascii="Times New Roman" w:hAnsi="Times New Roman" w:eastAsia="Times New Roman" w:cs="Times New Roman"/>
          <w:sz w:val="24"/>
        </w:rPr>
        <w:t xml:space="preserve"> that [each assumption] or did Plaintiffs’ counsel tell you to make that assumption?</w:t>
      </w:r>
    </w:p>
    <w:p>
      <w:pPr/>
      <w:r>
        <w:rPr>
          <w:rFonts w:ascii="Times New Roman" w:hAnsi="Times New Roman" w:eastAsia="Times New Roman" w:cs="Times New Roman"/>
          <w:sz w:val="24"/>
        </w:rPr>
        <w:t>What information did Plaintiffs’ counsel provide you that you relied on in preparing your report?</w:t>
      </w:r>
    </w:p>
    <w:p>
      <w:pPr/>
      <w:r>
        <w:rPr>
          <w:rFonts w:ascii="Times New Roman" w:hAnsi="Times New Roman" w:eastAsia="Times New Roman" w:cs="Times New Roman"/>
          <w:sz w:val="24"/>
        </w:rPr>
        <w:t>Did you do anything to investigate the accuracy of information that Plaintiffs’ counsel provided to you?</w:t>
      </w:r>
    </w:p>
    <w:p>
      <w:pPr/>
      <w:r>
        <w:rPr>
          <w:rFonts w:ascii="Times New Roman" w:hAnsi="Times New Roman" w:eastAsia="Times New Roman" w:cs="Times New Roman"/>
          <w:sz w:val="24"/>
        </w:rPr>
        <w:t>If the information that Plaintiffs’ counsel provided to you was not accurate, you agree that might affect your opinion, right?</w:t>
      </w:r>
    </w:p>
    <w:p>
      <w:pPr/>
      <w:r>
        <w:rPr>
          <w:rFonts w:ascii="Times New Roman" w:hAnsi="Times New Roman" w:eastAsia="Times New Roman" w:cs="Times New Roman"/>
          <w:sz w:val="24"/>
        </w:rPr>
        <w:t>Did you conduct any independent investigation to obtain information that you relied upon in preparing your report?</w:t>
      </w:r>
    </w:p>
    <w:p>
      <w:pPr/>
      <w:r>
        <w:rPr>
          <w:rFonts w:ascii="Times New Roman" w:hAnsi="Times New Roman" w:eastAsia="Times New Roman" w:cs="Times New Roman"/>
          <w:sz w:val="24"/>
        </w:rPr>
        <w:t>What opinions does your report express about this case?</w:t>
      </w:r>
    </w:p>
    <w:p>
      <w:pPr/>
      <w:r>
        <w:rPr>
          <w:rFonts w:ascii="Times New Roman" w:hAnsi="Times New Roman" w:eastAsia="Times New Roman" w:cs="Times New Roman"/>
          <w:sz w:val="24"/>
        </w:rPr>
        <w:t>What information did you review in reaching the opinion that [each opinion that expert reached]?</w:t>
      </w:r>
    </w:p>
    <w:p>
      <w:pPr/>
      <w:r>
        <w:rPr>
          <w:rFonts w:ascii="Times New Roman" w:hAnsi="Times New Roman" w:eastAsia="Times New Roman" w:cs="Times New Roman"/>
          <w:sz w:val="24"/>
        </w:rPr>
        <w:t>Did you rely on any published materials in reaching the opinion that [each opinion that the expert reached]?</w:t>
      </w:r>
    </w:p>
    <w:p>
      <w:pPr/>
      <w:r>
        <w:rPr>
          <w:rFonts w:ascii="Times New Roman" w:hAnsi="Times New Roman" w:eastAsia="Times New Roman" w:cs="Times New Roman"/>
          <w:sz w:val="24"/>
        </w:rPr>
        <w:t>Would your opinion have changed if you considered [cite specific facts from the case]?</w:t>
      </w:r>
    </w:p>
    <w:p>
      <w:pPr/>
      <w:r>
        <w:rPr>
          <w:rFonts w:ascii="Times New Roman" w:hAnsi="Times New Roman" w:eastAsia="Times New Roman" w:cs="Times New Roman"/>
          <w:sz w:val="24"/>
        </w:rPr>
        <w:t>Your report was prepared [number] [weeks/months] ago, correct?</w:t>
      </w:r>
    </w:p>
    <w:p>
      <w:pPr/>
      <w:r>
        <w:rPr>
          <w:rFonts w:ascii="Times New Roman" w:hAnsi="Times New Roman" w:eastAsia="Times New Roman" w:cs="Times New Roman"/>
          <w:sz w:val="24"/>
        </w:rPr>
        <w:t>Have your opinions changed in any way since you wrote this report?</w:t>
      </w:r>
    </w:p>
    <w:p>
      <w:pPr/>
      <w:r>
        <w:rPr>
          <w:rFonts w:ascii="Times New Roman" w:hAnsi="Times New Roman" w:eastAsia="Times New Roman" w:cs="Times New Roman"/>
          <w:sz w:val="24"/>
        </w:rPr>
        <w:t>Do you anticipate doing any additional work on these topics after your deposition today?</w:t>
      </w:r>
    </w:p>
    <w:p>
      <w:pPr/>
      <w:r>
        <w:rPr>
          <w:rFonts w:ascii="Times New Roman" w:hAnsi="Times New Roman" w:eastAsia="Times New Roman" w:cs="Times New Roman"/>
          <w:sz w:val="24"/>
        </w:rPr>
        <w:t>Do you expect that your opinion will change in any after your deposition today?</w:t>
      </w:r>
    </w:p>
    <w:p>
      <w:pPr/>
      <w:r>
        <w:rPr>
          <w:rFonts w:ascii="Times New Roman" w:hAnsi="Times New Roman" w:eastAsia="Times New Roman" w:cs="Times New Roman"/>
          <w:sz w:val="24"/>
        </w:rPr>
        <w:t>So</w:t>
      </w:r>
      <w:r>
        <w:rPr>
          <w:rFonts w:ascii="Times New Roman" w:hAnsi="Times New Roman" w:eastAsia="Times New Roman" w:cs="Times New Roman"/>
          <w:sz w:val="24"/>
        </w:rPr>
        <w:t xml:space="preserve"> the opinion that is outlined in your report is what you anticipate you will testify to at trial in this matter, correct?</w:t>
      </w:r>
    </w:p>
    <w:p>
      <w:pPr/>
      <w:r>
        <w:rPr>
          <w:rFonts w:ascii="Times New Roman" w:hAnsi="Times New Roman" w:eastAsia="Times New Roman" w:cs="Times New Roman"/>
          <w:sz w:val="24"/>
        </w:rPr>
        <w:t>SECTION 7: QUESTIONS ABOUT DEFENDANT’S EXPERT REPORT</w:t>
      </w:r>
    </w:p>
    <w:p>
      <w:pPr/>
      <w:r>
        <w:rPr>
          <w:rFonts w:ascii="Times New Roman" w:hAnsi="Times New Roman" w:eastAsia="Times New Roman" w:cs="Times New Roman"/>
          <w:sz w:val="24"/>
        </w:rPr>
        <w:t>Have you had a chance to review the report prepared by [defendant’s expert]?</w:t>
      </w:r>
    </w:p>
    <w:p>
      <w:pPr/>
      <w:r>
        <w:rPr>
          <w:rFonts w:ascii="Times New Roman" w:hAnsi="Times New Roman" w:eastAsia="Times New Roman" w:cs="Times New Roman"/>
          <w:sz w:val="24"/>
        </w:rPr>
        <w:t>Do you agree with the methodology that [defendant’s expert] used?</w:t>
      </w:r>
    </w:p>
    <w:p>
      <w:pPr/>
      <w:r>
        <w:rPr>
          <w:rFonts w:ascii="Times New Roman" w:hAnsi="Times New Roman" w:eastAsia="Times New Roman" w:cs="Times New Roman"/>
          <w:sz w:val="24"/>
        </w:rPr>
        <w:t>Why or why not?</w:t>
      </w:r>
    </w:p>
    <w:p>
      <w:pPr/>
      <w:r>
        <w:rPr>
          <w:rFonts w:ascii="Times New Roman" w:hAnsi="Times New Roman" w:eastAsia="Times New Roman" w:cs="Times New Roman"/>
          <w:sz w:val="24"/>
        </w:rPr>
        <w:t>What methodology did you use?</w:t>
      </w:r>
    </w:p>
    <w:p>
      <w:pPr/>
      <w:r>
        <w:rPr>
          <w:rFonts w:ascii="Times New Roman" w:hAnsi="Times New Roman" w:eastAsia="Times New Roman" w:cs="Times New Roman"/>
          <w:sz w:val="24"/>
        </w:rPr>
        <w:t>Why did you use that methodology instead of the methodology used by [defendant’s expert]?</w:t>
      </w:r>
    </w:p>
    <w:p>
      <w:pPr/>
      <w:r>
        <w:rPr>
          <w:rFonts w:ascii="Times New Roman" w:hAnsi="Times New Roman" w:eastAsia="Times New Roman" w:cs="Times New Roman"/>
          <w:sz w:val="24"/>
        </w:rPr>
        <w:t>Do you agree with the assumptions that [defendant’s expert] made?</w:t>
      </w:r>
    </w:p>
    <w:p>
      <w:pPr/>
      <w:r>
        <w:rPr>
          <w:rFonts w:ascii="Times New Roman" w:hAnsi="Times New Roman" w:eastAsia="Times New Roman" w:cs="Times New Roman"/>
          <w:sz w:val="24"/>
        </w:rPr>
        <w:t>Which assumptions do you agree with?</w:t>
      </w:r>
    </w:p>
    <w:p>
      <w:pPr/>
      <w:r>
        <w:rPr>
          <w:rFonts w:ascii="Times New Roman" w:hAnsi="Times New Roman" w:eastAsia="Times New Roman" w:cs="Times New Roman"/>
          <w:sz w:val="24"/>
        </w:rPr>
        <w:t>Why?</w:t>
      </w:r>
    </w:p>
    <w:p>
      <w:pPr/>
      <w:r>
        <w:rPr>
          <w:rFonts w:ascii="Times New Roman" w:hAnsi="Times New Roman" w:eastAsia="Times New Roman" w:cs="Times New Roman"/>
          <w:sz w:val="24"/>
        </w:rPr>
        <w:t>Which assumptions do you disagree with?</w:t>
      </w:r>
    </w:p>
    <w:p>
      <w:pPr/>
      <w:r>
        <w:rPr>
          <w:rFonts w:ascii="Times New Roman" w:hAnsi="Times New Roman" w:eastAsia="Times New Roman" w:cs="Times New Roman"/>
          <w:sz w:val="24"/>
        </w:rPr>
        <w:t>Why?</w:t>
      </w:r>
    </w:p>
    <w:p>
      <w:pPr/>
      <w:r>
        <w:rPr>
          <w:rFonts w:ascii="Times New Roman" w:hAnsi="Times New Roman" w:eastAsia="Times New Roman" w:cs="Times New Roman"/>
          <w:sz w:val="24"/>
        </w:rPr>
        <w:t>Did you consider [evidence that plaintiffs’ expert report did not consider]?</w:t>
      </w:r>
    </w:p>
    <w:p>
      <w:pPr/>
      <w:r>
        <w:rPr>
          <w:rFonts w:ascii="Times New Roman" w:hAnsi="Times New Roman" w:eastAsia="Times New Roman" w:cs="Times New Roman"/>
          <w:sz w:val="24"/>
        </w:rPr>
        <w:t>Why not?</w:t>
      </w:r>
    </w:p>
    <w:p>
      <w:pPr/>
      <w:r>
        <w:rPr>
          <w:rFonts w:ascii="Times New Roman" w:hAnsi="Times New Roman" w:eastAsia="Times New Roman" w:cs="Times New Roman"/>
          <w:sz w:val="24"/>
        </w:rPr>
        <w:t>Would it have had any impact on your analysis if you had considered that [evidence that plaintiffs’ expert did not consider]?</w:t>
      </w:r>
    </w:p>
    <w:p>
      <w:pPr/>
      <w:r>
        <w:rPr>
          <w:rFonts w:ascii="Times New Roman" w:hAnsi="Times New Roman" w:eastAsia="Times New Roman" w:cs="Times New Roman"/>
          <w:sz w:val="24"/>
        </w:rPr>
        <w:t>What effect would it have had?</w:t>
      </w:r>
    </w:p>
    <w:p>
      <w:pPr/>
      <w:r>
        <w:rPr>
          <w:rFonts w:ascii="Times New Roman" w:hAnsi="Times New Roman" w:eastAsia="Times New Roman" w:cs="Times New Roman"/>
          <w:sz w:val="24"/>
        </w:rPr>
        <w:t>SECTION 8: QUESTIONS FOR A MENTAL HEALTH EXPERT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How much time have you spent </w:t>
      </w:r>
      <w:r>
        <w:rPr>
          <w:rFonts w:ascii="Times New Roman" w:hAnsi="Times New Roman" w:eastAsia="Times New Roman" w:cs="Times New Roman"/>
          <w:sz w:val="24"/>
        </w:rPr>
        <w:t>actually meeting</w:t>
      </w:r>
      <w:r>
        <w:rPr>
          <w:rFonts w:ascii="Times New Roman" w:hAnsi="Times New Roman" w:eastAsia="Times New Roman" w:cs="Times New Roman"/>
          <w:sz w:val="24"/>
        </w:rPr>
        <w:t xml:space="preserve"> with the Plaintiffs?</w:t>
      </w:r>
    </w:p>
    <w:p>
      <w:pPr/>
      <w:r>
        <w:rPr>
          <w:rFonts w:ascii="Times New Roman" w:hAnsi="Times New Roman" w:eastAsia="Times New Roman" w:cs="Times New Roman"/>
          <w:sz w:val="24"/>
        </w:rPr>
        <w:t>How much time did you spend with [each plaintiff]?</w:t>
      </w:r>
    </w:p>
    <w:p>
      <w:pPr/>
      <w:r>
        <w:rPr>
          <w:rFonts w:ascii="Times New Roman" w:hAnsi="Times New Roman" w:eastAsia="Times New Roman" w:cs="Times New Roman"/>
          <w:sz w:val="24"/>
        </w:rPr>
        <w:t>Do you believe that [each plaintiff] was completely candid with you in describing [his or her] alleged condition when you met with [him or her]?</w:t>
      </w:r>
    </w:p>
    <w:p>
      <w:pPr/>
      <w:r>
        <w:rPr>
          <w:rFonts w:ascii="Times New Roman" w:hAnsi="Times New Roman" w:eastAsia="Times New Roman" w:cs="Times New Roman"/>
          <w:sz w:val="24"/>
        </w:rPr>
        <w:t>How many times did you interview [each plaintiff]?</w:t>
      </w:r>
    </w:p>
    <w:p>
      <w:pPr/>
      <w:r>
        <w:rPr>
          <w:rFonts w:ascii="Times New Roman" w:hAnsi="Times New Roman" w:eastAsia="Times New Roman" w:cs="Times New Roman"/>
          <w:sz w:val="24"/>
        </w:rPr>
        <w:t>Did you interview anyone other than [each plaintiff] before forming your opinion?</w:t>
      </w:r>
    </w:p>
    <w:p>
      <w:pPr/>
      <w:r>
        <w:rPr>
          <w:rFonts w:ascii="Times New Roman" w:hAnsi="Times New Roman" w:eastAsia="Times New Roman" w:cs="Times New Roman"/>
          <w:sz w:val="24"/>
        </w:rPr>
        <w:t>Did you interview [each plaintiff’s] spouse or immediate family members or close friends before forming your opinion?</w:t>
      </w:r>
    </w:p>
    <w:p>
      <w:pPr/>
      <w:r>
        <w:rPr>
          <w:rFonts w:ascii="Times New Roman" w:hAnsi="Times New Roman" w:eastAsia="Times New Roman" w:cs="Times New Roman"/>
          <w:sz w:val="24"/>
        </w:rPr>
        <w:t>Did you review [each plaintiff’s] prior medical history?</w:t>
      </w:r>
    </w:p>
    <w:p>
      <w:pPr/>
      <w:r>
        <w:rPr>
          <w:rFonts w:ascii="Times New Roman" w:hAnsi="Times New Roman" w:eastAsia="Times New Roman" w:cs="Times New Roman"/>
          <w:sz w:val="24"/>
        </w:rPr>
        <w:t>Did you review any tests administered to [each plaintiff] in forming your opinion?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you administer any tests to [each plaintiff] that you relied upon in forming your opinion? </w:t>
      </w:r>
    </w:p>
    <w:p>
      <w:pPr/>
      <w:r>
        <w:rPr>
          <w:rFonts w:ascii="Times New Roman" w:hAnsi="Times New Roman" w:eastAsia="Times New Roman" w:cs="Times New Roman"/>
          <w:sz w:val="24"/>
        </w:rPr>
        <w:t>Did you do anything else other than [interviewing each plaintiff and/or administering tests]?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Based on your [interviews with each </w:t>
      </w:r>
      <w:r>
        <w:rPr>
          <w:rFonts w:ascii="Times New Roman" w:hAnsi="Times New Roman" w:eastAsia="Times New Roman" w:cs="Times New Roman"/>
          <w:sz w:val="24"/>
        </w:rPr>
        <w:t>plaintiffs</w:t>
      </w:r>
      <w:r>
        <w:rPr>
          <w:rFonts w:ascii="Times New Roman" w:hAnsi="Times New Roman" w:eastAsia="Times New Roman" w:cs="Times New Roman"/>
          <w:sz w:val="24"/>
        </w:rPr>
        <w:t xml:space="preserve"> and/or tests] did you reach any diagnosis of [each plaintiff]?</w:t>
      </w:r>
    </w:p>
    <w:p>
      <w:pPr/>
      <w:r>
        <w:rPr>
          <w:rFonts w:ascii="Times New Roman" w:hAnsi="Times New Roman" w:eastAsia="Times New Roman" w:cs="Times New Roman"/>
          <w:sz w:val="24"/>
        </w:rPr>
        <w:t>What is that diagnosis?</w:t>
      </w:r>
    </w:p>
    <w:p>
      <w:pPr/>
      <w:r>
        <w:rPr>
          <w:rFonts w:ascii="Times New Roman" w:hAnsi="Times New Roman" w:eastAsia="Times New Roman" w:cs="Times New Roman"/>
          <w:sz w:val="24"/>
        </w:rPr>
        <w:t>What do you believe led [each plaintiff] to suffer from this [diagnosis]?</w:t>
      </w:r>
    </w:p>
    <w:p>
      <w:pPr/>
      <w:r>
        <w:rPr>
          <w:rFonts w:ascii="Times New Roman" w:hAnsi="Times New Roman" w:eastAsia="Times New Roman" w:cs="Times New Roman"/>
          <w:sz w:val="24"/>
        </w:rPr>
        <w:t>What facts do you rely upon to support this belief?</w:t>
      </w:r>
    </w:p>
    <w:p>
      <w:pPr/>
      <w:r>
        <w:rPr>
          <w:rFonts w:ascii="Times New Roman" w:hAnsi="Times New Roman" w:eastAsia="Times New Roman" w:cs="Times New Roman"/>
          <w:sz w:val="24"/>
        </w:rPr>
        <w:t>Did you rely upon any medical literature in reaching your conclusion?</w:t>
      </w:r>
    </w:p>
    <w:p>
      <w:pPr/>
      <w:r>
        <w:rPr>
          <w:rFonts w:ascii="Times New Roman" w:hAnsi="Times New Roman" w:eastAsia="Times New Roman" w:cs="Times New Roman"/>
          <w:sz w:val="24"/>
        </w:rPr>
        <w:t>Do you believe that [each plaintiff] had any pre-existing conditions that [him or her] more susceptible to suffering from the condition that you diagnosed in [him or her]?</w:t>
      </w:r>
    </w:p>
    <w:p>
      <w:pPr/>
      <w:r>
        <w:rPr>
          <w:rFonts w:ascii="Times New Roman" w:hAnsi="Times New Roman" w:eastAsia="Times New Roman" w:cs="Times New Roman"/>
          <w:sz w:val="24"/>
        </w:rPr>
        <w:t>Do you believe that [each plaintiff] had any pre-existing personality characteristics that [him or her] more susceptible to suffering from the condition that you diagnosed in [him or her]?</w:t>
      </w:r>
    </w:p>
    <w:p>
      <w:pPr/>
      <w:r>
        <w:rPr>
          <w:rFonts w:ascii="Times New Roman" w:hAnsi="Times New Roman" w:eastAsia="Times New Roman" w:cs="Times New Roman"/>
          <w:sz w:val="24"/>
        </w:rPr>
        <w:t>SECTION 9: QUESTIONS FOR A HUMAN RESOURCES EXPERT</w:t>
      </w:r>
    </w:p>
    <w:p>
      <w:pPr/>
      <w:r>
        <w:rPr>
          <w:rFonts w:ascii="Times New Roman" w:hAnsi="Times New Roman" w:eastAsia="Times New Roman" w:cs="Times New Roman"/>
          <w:sz w:val="24"/>
        </w:rPr>
        <w:t>What type of conduct might constitute [refer to specific type of claims asserted by plaintiffs in the complaint, e.g., sexual harassment, discrimination, retaliation, etc.]?</w:t>
      </w:r>
    </w:p>
    <w:p>
      <w:pPr/>
      <w:r>
        <w:rPr>
          <w:rFonts w:ascii="Times New Roman" w:hAnsi="Times New Roman" w:eastAsia="Times New Roman" w:cs="Times New Roman"/>
          <w:sz w:val="24"/>
        </w:rPr>
        <w:t>Could [examples of conduct alleged in plaintiffs’ complaint] constitute [type of discrimination alleged]?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What evidence do you believe supports Plaintiffs’ allegations that they were subjected to [discrimination or harassment] </w:t>
      </w:r>
      <w:r>
        <w:rPr>
          <w:rFonts w:ascii="Times New Roman" w:hAnsi="Times New Roman" w:eastAsia="Times New Roman" w:cs="Times New Roman"/>
          <w:sz w:val="24"/>
        </w:rPr>
        <w:t>on the basis of</w:t>
      </w:r>
      <w:r>
        <w:rPr>
          <w:rFonts w:ascii="Times New Roman" w:hAnsi="Times New Roman" w:eastAsia="Times New Roman" w:cs="Times New Roman"/>
          <w:sz w:val="24"/>
        </w:rPr>
        <w:t xml:space="preserve"> [protected category]?</w:t>
      </w:r>
    </w:p>
    <w:p>
      <w:pPr/>
      <w:r>
        <w:rPr>
          <w:rFonts w:ascii="Times New Roman" w:hAnsi="Times New Roman" w:eastAsia="Times New Roman" w:cs="Times New Roman"/>
          <w:sz w:val="24"/>
        </w:rPr>
        <w:t>Is it possible that [the employer] had a legitimate, business justification for [example of conduct alleged in plaintiffs’ complaint]?</w:t>
      </w:r>
    </w:p>
    <w:p>
      <w:pPr/>
      <w:r>
        <w:rPr>
          <w:rFonts w:ascii="Times New Roman" w:hAnsi="Times New Roman" w:eastAsia="Times New Roman" w:cs="Times New Roman"/>
          <w:sz w:val="24"/>
        </w:rPr>
        <w:t>The defendant is asserting that it took reasonable steps to prevent discrimination or harassment in the workplace, can you tell me what steps [name of defendant] took to prevent discrimination or harassment in the workplace?</w:t>
      </w:r>
    </w:p>
    <w:p>
      <w:pPr/>
      <w:r>
        <w:rPr>
          <w:rFonts w:ascii="Times New Roman" w:hAnsi="Times New Roman" w:eastAsia="Times New Roman" w:cs="Times New Roman"/>
          <w:sz w:val="24"/>
        </w:rPr>
        <w:t>Did [defendant] have a training program that addressed preventing [type of discrimination or harassment alleged in plaintiffs’ complaint]?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Do you believe that [defendant] had an effective anti-discrimination training program? </w:t>
      </w:r>
    </w:p>
    <w:p>
      <w:pPr/>
      <w:r>
        <w:rPr>
          <w:rFonts w:ascii="Times New Roman" w:hAnsi="Times New Roman" w:eastAsia="Times New Roman" w:cs="Times New Roman"/>
          <w:sz w:val="24"/>
        </w:rPr>
        <w:t>Why or why not?</w:t>
      </w:r>
    </w:p>
    <w:p>
      <w:pPr/>
      <w:r>
        <w:rPr>
          <w:rFonts w:ascii="Times New Roman" w:hAnsi="Times New Roman" w:eastAsia="Times New Roman" w:cs="Times New Roman"/>
          <w:sz w:val="24"/>
        </w:rPr>
        <w:t>Did [defendant] have a policy that prohibited [type of discrimination or harassment alleged in plaintiffs’ complaint]?</w:t>
      </w:r>
    </w:p>
    <w:p>
      <w:pPr/>
      <w:r>
        <w:rPr>
          <w:rFonts w:ascii="Times New Roman" w:hAnsi="Times New Roman" w:eastAsia="Times New Roman" w:cs="Times New Roman"/>
          <w:sz w:val="24"/>
        </w:rPr>
        <w:t>Why or why not?</w:t>
      </w:r>
    </w:p>
    <w:p>
      <w:pPr/>
      <w:r>
        <w:rPr>
          <w:rFonts w:ascii="Times New Roman" w:hAnsi="Times New Roman" w:eastAsia="Times New Roman" w:cs="Times New Roman"/>
          <w:sz w:val="24"/>
        </w:rPr>
        <w:t>Do you believe that [defendant] had an effective policy to prevent [type of discrimination or harassment alleged in plaintiffs’ complaint]?</w:t>
      </w:r>
    </w:p>
    <w:p>
      <w:pPr/>
      <w:r>
        <w:rPr>
          <w:rFonts w:ascii="Times New Roman" w:hAnsi="Times New Roman" w:eastAsia="Times New Roman" w:cs="Times New Roman"/>
          <w:sz w:val="24"/>
        </w:rPr>
        <w:t>Do you believe that [defendant] followed its own policy in this case?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[defendant] </w:t>
      </w:r>
      <w:r>
        <w:rPr>
          <w:rFonts w:ascii="Times New Roman" w:hAnsi="Times New Roman" w:eastAsia="Times New Roman" w:cs="Times New Roman"/>
          <w:sz w:val="24"/>
        </w:rPr>
        <w:t>conduct an investigation into</w:t>
      </w:r>
      <w:r>
        <w:rPr>
          <w:rFonts w:ascii="Times New Roman" w:hAnsi="Times New Roman" w:eastAsia="Times New Roman" w:cs="Times New Roman"/>
          <w:sz w:val="24"/>
        </w:rPr>
        <w:t xml:space="preserve"> Plaintiffs’ internal complaints?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What was the result of that investigation? </w:t>
      </w:r>
    </w:p>
    <w:p>
      <w:pPr/>
      <w:r>
        <w:rPr>
          <w:rFonts w:ascii="Times New Roman" w:hAnsi="Times New Roman" w:eastAsia="Times New Roman" w:cs="Times New Roman"/>
          <w:sz w:val="24"/>
        </w:rPr>
        <w:t>Do you believe that [defendant] conducted a thorough investigation?</w:t>
      </w:r>
    </w:p>
    <w:p>
      <w:pPr/>
      <w:r>
        <w:rPr>
          <w:rFonts w:ascii="Times New Roman" w:hAnsi="Times New Roman" w:eastAsia="Times New Roman" w:cs="Times New Roman"/>
          <w:sz w:val="24"/>
        </w:rPr>
        <w:t>Do you know if the EEOC publishes guidelines that describe what an employer should do to conduct an effective investigation after it receives a complaint from an employee?</w:t>
      </w:r>
    </w:p>
    <w:p>
      <w:pPr/>
      <w:r>
        <w:rPr>
          <w:rFonts w:ascii="Times New Roman" w:hAnsi="Times New Roman" w:eastAsia="Times New Roman" w:cs="Times New Roman"/>
          <w:sz w:val="24"/>
        </w:rPr>
        <w:t>What are the EEOC guidelines for conducting an effective investigation after an employer receives a complaint from an employee?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[defendant’s] investigation follow those EEOC guidelines? </w:t>
      </w:r>
    </w:p>
    <w:p>
      <w:pPr/>
      <w:r>
        <w:rPr>
          <w:rFonts w:ascii="Times New Roman" w:hAnsi="Times New Roman" w:eastAsia="Times New Roman" w:cs="Times New Roman"/>
          <w:sz w:val="24"/>
        </w:rPr>
        <w:t>Are there other accepted practices in the Human Resources field relating to investigations that are not contained in the EEOC guidelines?</w:t>
      </w:r>
    </w:p>
    <w:p>
      <w:pPr/>
      <w:r>
        <w:rPr>
          <w:rFonts w:ascii="Times New Roman" w:hAnsi="Times New Roman" w:eastAsia="Times New Roman" w:cs="Times New Roman"/>
          <w:sz w:val="24"/>
        </w:rPr>
        <w:t>Did [defendant] take any remedial action in response to Plaintiffs’ internal complaints?</w:t>
      </w:r>
    </w:p>
    <w:p>
      <w:pPr/>
      <w:r>
        <w:rPr>
          <w:rFonts w:ascii="Times New Roman" w:hAnsi="Times New Roman" w:eastAsia="Times New Roman" w:cs="Times New Roman"/>
          <w:sz w:val="24"/>
        </w:rPr>
        <w:t>In your opinion, what would have been an adequate remedial action?</w:t>
      </w:r>
    </w:p>
    <w:p>
      <w:pPr/>
      <w:r>
        <w:rPr>
          <w:rFonts w:ascii="Times New Roman" w:hAnsi="Times New Roman" w:eastAsia="Times New Roman" w:cs="Times New Roman"/>
          <w:sz w:val="24"/>
        </w:rPr>
        <w:t>SECTION 10: QUESTIONS FOR A LABOR ECONOMIST O</w:t>
      </w:r>
      <w:r>
        <w:rPr>
          <w:rFonts w:ascii="Times New Roman" w:hAnsi="Times New Roman" w:eastAsia="Times New Roman" w:cs="Times New Roman"/>
          <w:sz w:val="24"/>
        </w:rPr>
        <w:t>R ACCOUNTANT</w:t>
      </w:r>
    </w:p>
    <w:p>
      <w:pPr/>
      <w:r>
        <w:rPr>
          <w:rFonts w:ascii="Times New Roman" w:hAnsi="Times New Roman" w:eastAsia="Times New Roman" w:cs="Times New Roman"/>
          <w:sz w:val="24"/>
        </w:rPr>
        <w:t>What is your understanding of the present value of future income?</w:t>
      </w:r>
    </w:p>
    <w:p>
      <w:pPr/>
      <w:r>
        <w:rPr>
          <w:rFonts w:ascii="Times New Roman" w:hAnsi="Times New Roman" w:eastAsia="Times New Roman" w:cs="Times New Roman"/>
          <w:sz w:val="24"/>
        </w:rPr>
        <w:t>Why is it necessary to calculate the present value of future income?</w:t>
      </w:r>
    </w:p>
    <w:p>
      <w:pPr/>
      <w:r>
        <w:rPr>
          <w:rFonts w:ascii="Times New Roman" w:hAnsi="Times New Roman" w:eastAsia="Times New Roman" w:cs="Times New Roman"/>
          <w:sz w:val="24"/>
        </w:rPr>
        <w:t>How do you calculate the present value of future income?</w:t>
      </w:r>
    </w:p>
    <w:p>
      <w:pPr/>
      <w:r>
        <w:rPr>
          <w:rFonts w:ascii="Times New Roman" w:hAnsi="Times New Roman" w:eastAsia="Times New Roman" w:cs="Times New Roman"/>
          <w:sz w:val="24"/>
        </w:rPr>
        <w:t>Are there circumstances where it might not necessary to calculate the present value of future income?</w:t>
      </w:r>
    </w:p>
    <w:p>
      <w:pPr/>
      <w:r>
        <w:rPr>
          <w:rFonts w:ascii="Times New Roman" w:hAnsi="Times New Roman" w:eastAsia="Times New Roman" w:cs="Times New Roman"/>
          <w:sz w:val="24"/>
        </w:rPr>
        <w:t>Did you use an interest rate in calculating Plaintiffs’ damages?</w:t>
      </w:r>
    </w:p>
    <w:p>
      <w:pPr/>
      <w:r>
        <w:rPr>
          <w:rFonts w:ascii="Times New Roman" w:hAnsi="Times New Roman" w:eastAsia="Times New Roman" w:cs="Times New Roman"/>
          <w:sz w:val="24"/>
        </w:rPr>
        <w:t>What interest rate did you use in calculating Plaintiffs’ damages?</w:t>
      </w:r>
    </w:p>
    <w:p>
      <w:pPr/>
      <w:r>
        <w:rPr>
          <w:rFonts w:ascii="Times New Roman" w:hAnsi="Times New Roman" w:eastAsia="Times New Roman" w:cs="Times New Roman"/>
          <w:sz w:val="24"/>
        </w:rPr>
        <w:t>Why did you use that interest rate?</w:t>
      </w:r>
    </w:p>
    <w:p>
      <w:pPr/>
      <w:r>
        <w:rPr>
          <w:rFonts w:ascii="Times New Roman" w:hAnsi="Times New Roman" w:eastAsia="Times New Roman" w:cs="Times New Roman"/>
          <w:sz w:val="24"/>
        </w:rPr>
        <w:t>Have you used a lower interest rate in other cases?</w:t>
      </w:r>
    </w:p>
    <w:p>
      <w:pPr/>
      <w:r>
        <w:rPr>
          <w:rFonts w:ascii="Times New Roman" w:hAnsi="Times New Roman" w:eastAsia="Times New Roman" w:cs="Times New Roman"/>
          <w:sz w:val="24"/>
        </w:rPr>
        <w:t>Have you used a higher interest rate in other cases?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What effect would a higher interest have on your </w:t>
      </w:r>
      <w:r>
        <w:rPr>
          <w:rFonts w:ascii="Times New Roman" w:hAnsi="Times New Roman" w:eastAsia="Times New Roman" w:cs="Times New Roman"/>
          <w:sz w:val="24"/>
        </w:rPr>
        <w:t>damages</w:t>
      </w:r>
      <w:r>
        <w:rPr>
          <w:rFonts w:ascii="Times New Roman" w:hAnsi="Times New Roman" w:eastAsia="Times New Roman" w:cs="Times New Roman"/>
          <w:sz w:val="24"/>
        </w:rPr>
        <w:t xml:space="preserve"> calculation?</w:t>
      </w:r>
    </w:p>
    <w:p>
      <w:pPr/>
      <w:r>
        <w:rPr>
          <w:rFonts w:ascii="Times New Roman" w:hAnsi="Times New Roman" w:eastAsia="Times New Roman" w:cs="Times New Roman"/>
          <w:sz w:val="24"/>
        </w:rPr>
        <w:t>What is the highest interest rate that you think might be reasonable in a case like this?</w:t>
      </w:r>
    </w:p>
    <w:p>
      <w:pPr/>
      <w:r>
        <w:rPr>
          <w:rFonts w:ascii="Times New Roman" w:hAnsi="Times New Roman" w:eastAsia="Times New Roman" w:cs="Times New Roman"/>
          <w:sz w:val="24"/>
        </w:rPr>
        <w:t>What would your damages estimate be if you used [highest reasonable interest rate]?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What effect would a lower interest have on your </w:t>
      </w:r>
      <w:r>
        <w:rPr>
          <w:rFonts w:ascii="Times New Roman" w:hAnsi="Times New Roman" w:eastAsia="Times New Roman" w:cs="Times New Roman"/>
          <w:sz w:val="24"/>
        </w:rPr>
        <w:t>damages</w:t>
      </w:r>
      <w:r>
        <w:rPr>
          <w:rFonts w:ascii="Times New Roman" w:hAnsi="Times New Roman" w:eastAsia="Times New Roman" w:cs="Times New Roman"/>
          <w:sz w:val="24"/>
        </w:rPr>
        <w:t xml:space="preserve"> calculation?</w:t>
      </w:r>
    </w:p>
    <w:p>
      <w:pPr/>
      <w:r>
        <w:rPr>
          <w:rFonts w:ascii="Times New Roman" w:hAnsi="Times New Roman" w:eastAsia="Times New Roman" w:cs="Times New Roman"/>
          <w:sz w:val="24"/>
        </w:rPr>
        <w:t>What is the lowest interest rate that you think might be reasonable in a case like this?</w:t>
      </w:r>
    </w:p>
    <w:p>
      <w:pPr/>
      <w:r>
        <w:rPr>
          <w:rFonts w:ascii="Times New Roman" w:hAnsi="Times New Roman" w:eastAsia="Times New Roman" w:cs="Times New Roman"/>
          <w:sz w:val="24"/>
        </w:rPr>
        <w:t>What would your damages estimate be if you used [lowest reasonable interest rate]?</w:t>
      </w:r>
    </w:p>
    <w:p>
      <w:pPr/>
      <w:r>
        <w:rPr>
          <w:rFonts w:ascii="Times New Roman" w:hAnsi="Times New Roman" w:eastAsia="Times New Roman" w:cs="Times New Roman"/>
          <w:sz w:val="24"/>
        </w:rPr>
        <w:t>Does a plaintiff in an employment discrimination claim have an obligation to mitigate damages?</w:t>
      </w:r>
    </w:p>
    <w:p>
      <w:pPr/>
      <w:r>
        <w:rPr>
          <w:rFonts w:ascii="Times New Roman" w:hAnsi="Times New Roman" w:eastAsia="Times New Roman" w:cs="Times New Roman"/>
          <w:sz w:val="24"/>
        </w:rPr>
        <w:t>What is your understanding of a plaintiff’s obligation to mitigate damages in an employment discrimination claim?</w:t>
      </w:r>
    </w:p>
    <w:p>
      <w:pPr/>
      <w:r>
        <w:rPr>
          <w:rFonts w:ascii="Times New Roman" w:hAnsi="Times New Roman" w:eastAsia="Times New Roman" w:cs="Times New Roman"/>
          <w:sz w:val="24"/>
        </w:rPr>
        <w:t>Did the Plaintiffs in this case comply with their obligation to mitigate damages?</w:t>
      </w:r>
    </w:p>
    <w:p>
      <w:pPr/>
      <w:r>
        <w:rPr>
          <w:rFonts w:ascii="Times New Roman" w:hAnsi="Times New Roman" w:eastAsia="Times New Roman" w:cs="Times New Roman"/>
          <w:sz w:val="24"/>
        </w:rPr>
        <w:t>What did [each plaintiff] do to mitigate [his or her] damages in this case?</w:t>
      </w:r>
    </w:p>
    <w:p>
      <w:pPr/>
      <w:r>
        <w:rPr>
          <w:rFonts w:ascii="Times New Roman" w:hAnsi="Times New Roman" w:eastAsia="Times New Roman" w:cs="Times New Roman"/>
          <w:sz w:val="24"/>
        </w:rPr>
        <w:t>When calculating Plaintiffs’ future damages, what did you assume the plaintiffs’ wage growth would be?</w:t>
      </w:r>
    </w:p>
    <w:p>
      <w:pPr/>
      <w:r>
        <w:rPr>
          <w:rFonts w:ascii="Times New Roman" w:hAnsi="Times New Roman" w:eastAsia="Times New Roman" w:cs="Times New Roman"/>
          <w:sz w:val="24"/>
        </w:rPr>
        <w:t>How much did [name of each plaintiff]’s wages actually increase over the time that [he or she] worked for [defendant]?</w:t>
      </w:r>
    </w:p>
    <w:p>
      <w:pPr/>
      <w:r>
        <w:rPr>
          <w:rFonts w:ascii="Times New Roman" w:hAnsi="Times New Roman" w:eastAsia="Times New Roman" w:cs="Times New Roman"/>
          <w:sz w:val="24"/>
        </w:rPr>
        <w:t>What was the overall wage inflation rate during the time period that [name of plaintiff] worked for [defendant]?</w:t>
      </w:r>
    </w:p>
    <w:p>
      <w:pPr/>
      <w:r>
        <w:rPr>
          <w:rFonts w:ascii="Times New Roman" w:hAnsi="Times New Roman" w:eastAsia="Times New Roman" w:cs="Times New Roman"/>
          <w:sz w:val="24"/>
        </w:rPr>
        <w:t>Did [name of plaintiff]’s wages keep up with inflation?</w:t>
      </w:r>
    </w:p>
    <w:p>
      <w:pPr/>
      <w:r>
        <w:rPr>
          <w:rFonts w:ascii="Times New Roman" w:hAnsi="Times New Roman" w:eastAsia="Times New Roman" w:cs="Times New Roman"/>
          <w:sz w:val="24"/>
        </w:rPr>
        <w:t>What was the average wage growth in the United States during the time that [name of plaintiff] worked for [defendant]?</w:t>
      </w:r>
    </w:p>
    <w:p>
      <w:pPr/>
      <w:r>
        <w:rPr>
          <w:rFonts w:ascii="Times New Roman" w:hAnsi="Times New Roman" w:eastAsia="Times New Roman" w:cs="Times New Roman"/>
          <w:sz w:val="24"/>
        </w:rPr>
        <w:t>Are you aware of any studies conducted by the government or anyone else to determine average wage growth?</w:t>
      </w:r>
    </w:p>
    <w:p>
      <w:pPr/>
      <w:r>
        <w:rPr>
          <w:rFonts w:ascii="Times New Roman" w:hAnsi="Times New Roman" w:eastAsia="Times New Roman" w:cs="Times New Roman"/>
          <w:sz w:val="24"/>
        </w:rPr>
        <w:t>Do you know what the growth rate was in [industry]?</w:t>
      </w:r>
    </w:p>
    <w:p>
      <w:pPr/>
      <w:r>
        <w:rPr>
          <w:rFonts w:ascii="Times New Roman" w:hAnsi="Times New Roman" w:eastAsia="Times New Roman" w:cs="Times New Roman"/>
          <w:sz w:val="24"/>
        </w:rPr>
        <w:t>Was [name of plaintiff]’s wage growth higher or lower than the national average rate?</w:t>
      </w:r>
    </w:p>
    <w:p>
      <w:pPr/>
      <w:r>
        <w:rPr>
          <w:rFonts w:ascii="Times New Roman" w:hAnsi="Times New Roman" w:eastAsia="Times New Roman" w:cs="Times New Roman"/>
          <w:sz w:val="24"/>
        </w:rPr>
        <w:t>Was [name of plaintiff]’s wage growth higher or lower than the growth in [industry]?</w:t>
      </w:r>
    </w:p>
    <w:p>
      <w:pPr/>
      <w:r>
        <w:rPr>
          <w:rFonts w:ascii="Times New Roman" w:hAnsi="Times New Roman" w:eastAsia="Times New Roman" w:cs="Times New Roman"/>
          <w:sz w:val="24"/>
        </w:rPr>
        <w:t>Why do you believe that [name of plaintiff]’s wage growth was higher than the average rate?</w:t>
      </w:r>
    </w:p>
    <w:p>
      <w:pPr/>
      <w:r>
        <w:rPr>
          <w:rFonts w:ascii="Times New Roman" w:hAnsi="Times New Roman" w:eastAsia="Times New Roman" w:cs="Times New Roman"/>
          <w:sz w:val="24"/>
        </w:rPr>
        <w:t>What assumptions did you make about the future growth rate of [name of plaintiff]’s wages?</w:t>
      </w:r>
    </w:p>
    <w:p>
      <w:pPr/>
      <w:r>
        <w:rPr>
          <w:rFonts w:ascii="Times New Roman" w:hAnsi="Times New Roman" w:eastAsia="Times New Roman" w:cs="Times New Roman"/>
          <w:sz w:val="24"/>
        </w:rPr>
        <w:t>Why did you make those assumptions about [name of plaintiff]’s future wage growth?</w:t>
      </w:r>
    </w:p>
    <w:p>
      <w:pPr/>
      <w:r>
        <w:rPr>
          <w:rFonts w:ascii="Times New Roman" w:hAnsi="Times New Roman" w:eastAsia="Times New Roman" w:cs="Times New Roman"/>
          <w:sz w:val="24"/>
        </w:rPr>
        <w:t>What were those assumptions based upon?</w:t>
      </w:r>
    </w:p>
    <w:p>
      <w:pPr/>
      <w:r>
        <w:rPr>
          <w:rFonts w:ascii="Times New Roman" w:hAnsi="Times New Roman" w:eastAsia="Times New Roman" w:cs="Times New Roman"/>
          <w:sz w:val="24"/>
        </w:rPr>
        <w:t>Does [defendant] have any policies or practices concerning salary increases?</w:t>
      </w:r>
    </w:p>
    <w:p>
      <w:pPr/>
      <w:r>
        <w:rPr>
          <w:rFonts w:ascii="Times New Roman" w:hAnsi="Times New Roman" w:eastAsia="Times New Roman" w:cs="Times New Roman"/>
          <w:sz w:val="24"/>
        </w:rPr>
        <w:t>Does [defendant] automatically increase employees’ wages every year?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What factors does [defendant] consider when determining whether to increase employees’ salaries?  </w:t>
      </w:r>
    </w:p>
    <w:p>
      <w:pPr/>
      <w:r>
        <w:rPr>
          <w:rFonts w:ascii="Times New Roman" w:hAnsi="Times New Roman" w:eastAsia="Times New Roman" w:cs="Times New Roman"/>
          <w:sz w:val="24"/>
        </w:rPr>
        <w:t>What assumption did you use to determine each plaintiff’s working-life expectancy?</w:t>
      </w:r>
    </w:p>
    <w:p>
      <w:pPr/>
      <w:r>
        <w:rPr>
          <w:rFonts w:ascii="Times New Roman" w:hAnsi="Times New Roman" w:eastAsia="Times New Roman" w:cs="Times New Roman"/>
          <w:sz w:val="24"/>
        </w:rPr>
        <w:t>Did you rely on any charts or tables to make that assumption?</w:t>
      </w:r>
    </w:p>
    <w:p>
      <w:pPr/>
      <w:r>
        <w:rPr>
          <w:rFonts w:ascii="Times New Roman" w:hAnsi="Times New Roman" w:eastAsia="Times New Roman" w:cs="Times New Roman"/>
          <w:sz w:val="24"/>
        </w:rPr>
        <w:t>Are you aware of other charts or tables other than the one that you used to make your assumption?</w:t>
      </w:r>
    </w:p>
    <w:p>
      <w:pPr/>
      <w:r>
        <w:rPr>
          <w:rFonts w:ascii="Times New Roman" w:hAnsi="Times New Roman" w:eastAsia="Times New Roman" w:cs="Times New Roman"/>
          <w:sz w:val="24"/>
        </w:rPr>
        <w:t>Does your report account for the possibility that any of the Plaintiffs might die during the time period that you assume they will still be working?</w:t>
      </w:r>
    </w:p>
    <w:p>
      <w:pPr/>
      <w:r>
        <w:rPr>
          <w:rFonts w:ascii="Times New Roman" w:hAnsi="Times New Roman" w:eastAsia="Times New Roman" w:cs="Times New Roman"/>
          <w:sz w:val="24"/>
        </w:rPr>
        <w:t>Does your report account for the possibility that any of the Plaintiffs might become disabled during the time period that you assume they will still be working?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Does your report account for the possibility that any of the Plaintiffs’ employment might have ended as part of a reduction in force during the time period that you </w:t>
      </w:r>
      <w:r>
        <w:rPr>
          <w:rFonts w:ascii="Times New Roman" w:hAnsi="Times New Roman" w:eastAsia="Times New Roman" w:cs="Times New Roman"/>
          <w:sz w:val="24"/>
        </w:rPr>
        <w:t>assume</w:t>
      </w:r>
      <w:r>
        <w:rPr>
          <w:rFonts w:ascii="Times New Roman" w:hAnsi="Times New Roman" w:eastAsia="Times New Roman" w:cs="Times New Roman"/>
          <w:sz w:val="24"/>
        </w:rPr>
        <w:t xml:space="preserve"> they will still be working?</w:t>
      </w:r>
    </w:p>
    <w:p>
      <w:pPr/>
      <w:r>
        <w:rPr>
          <w:rFonts w:ascii="Times New Roman" w:hAnsi="Times New Roman" w:eastAsia="Times New Roman" w:cs="Times New Roman"/>
          <w:sz w:val="24"/>
        </w:rPr>
        <w:t>Does your report account for the possibility that [defendant] might have fired any of the Plaintiffs for poor performance during the time period that you assume they will still be working?</w:t>
      </w:r>
    </w:p>
    <w:p>
      <w:pPr/>
      <w:r>
        <w:rPr>
          <w:rFonts w:ascii="Times New Roman" w:hAnsi="Times New Roman" w:eastAsia="Times New Roman" w:cs="Times New Roman"/>
          <w:sz w:val="24"/>
        </w:rPr>
        <w:t>Does your report include an opinion related to Plaintiffs’ loss of fringe benefits?</w:t>
      </w:r>
    </w:p>
    <w:p>
      <w:pPr/>
      <w:r>
        <w:rPr>
          <w:rFonts w:ascii="Times New Roman" w:hAnsi="Times New Roman" w:eastAsia="Times New Roman" w:cs="Times New Roman"/>
          <w:sz w:val="24"/>
        </w:rPr>
        <w:t>What fringe benefits did you include in your report?</w:t>
      </w:r>
    </w:p>
    <w:p>
      <w:pPr/>
      <w:r>
        <w:rPr>
          <w:rFonts w:ascii="Times New Roman" w:hAnsi="Times New Roman" w:eastAsia="Times New Roman" w:cs="Times New Roman"/>
          <w:sz w:val="24"/>
        </w:rPr>
        <w:t>Was that opinion based on any assumptions?</w:t>
      </w:r>
    </w:p>
    <w:p>
      <w:pPr/>
      <w:r>
        <w:rPr>
          <w:rFonts w:ascii="Times New Roman" w:hAnsi="Times New Roman" w:eastAsia="Times New Roman" w:cs="Times New Roman"/>
          <w:sz w:val="24"/>
        </w:rPr>
        <w:t>What was the basis for [each assumption]?</w:t>
      </w:r>
    </w:p>
    <w:p>
      <w:pPr/>
      <w:r>
        <w:rPr>
          <w:rFonts w:ascii="Times New Roman" w:hAnsi="Times New Roman" w:eastAsia="Times New Roman" w:cs="Times New Roman"/>
          <w:sz w:val="24"/>
        </w:rPr>
        <w:t>How much did you assume any fringe benefits provided to Plaintiffs were worth?</w:t>
      </w:r>
    </w:p>
    <w:p>
      <w:pPr/>
      <w:r>
        <w:rPr>
          <w:rFonts w:ascii="Times New Roman" w:hAnsi="Times New Roman" w:eastAsia="Times New Roman" w:cs="Times New Roman"/>
          <w:sz w:val="24"/>
        </w:rPr>
        <w:t>What was the basis for that assumption about the value of [each fringe benefit]?</w:t>
      </w:r>
    </w:p>
    <w:p>
      <w:pPr/>
      <w:r>
        <w:rPr>
          <w:rFonts w:ascii="Times New Roman" w:hAnsi="Times New Roman" w:eastAsia="Times New Roman" w:cs="Times New Roman"/>
          <w:sz w:val="24"/>
        </w:rPr>
        <w:t>Does your damages calculation account for taxes?</w:t>
      </w:r>
    </w:p>
    <w:p>
      <w:pPr/>
      <w:r>
        <w:rPr>
          <w:rFonts w:ascii="Times New Roman" w:hAnsi="Times New Roman" w:eastAsia="Times New Roman" w:cs="Times New Roman"/>
          <w:sz w:val="24"/>
        </w:rPr>
        <w:t>SECTION 11: QUESTIONS FOR STATISTICIAN</w:t>
      </w:r>
    </w:p>
    <w:p>
      <w:pPr/>
      <w:r>
        <w:rPr>
          <w:rFonts w:ascii="Times New Roman" w:hAnsi="Times New Roman" w:eastAsia="Times New Roman" w:cs="Times New Roman"/>
          <w:sz w:val="24"/>
        </w:rPr>
        <w:t>Did your analysis include performing a multiple regression analysis?</w:t>
      </w:r>
    </w:p>
    <w:p>
      <w:pPr/>
      <w:r>
        <w:rPr>
          <w:rFonts w:ascii="Times New Roman" w:hAnsi="Times New Roman" w:eastAsia="Times New Roman" w:cs="Times New Roman"/>
          <w:sz w:val="24"/>
        </w:rPr>
        <w:t>What is a multiple regression analysis?</w:t>
      </w:r>
    </w:p>
    <w:p>
      <w:pPr/>
      <w:r>
        <w:rPr>
          <w:rFonts w:ascii="Times New Roman" w:hAnsi="Times New Roman" w:eastAsia="Times New Roman" w:cs="Times New Roman"/>
          <w:sz w:val="24"/>
        </w:rPr>
        <w:t>Why did you perform one in this case?</w:t>
      </w:r>
    </w:p>
    <w:p>
      <w:pPr/>
      <w:r>
        <w:rPr>
          <w:rFonts w:ascii="Times New Roman" w:hAnsi="Times New Roman" w:eastAsia="Times New Roman" w:cs="Times New Roman"/>
          <w:sz w:val="24"/>
        </w:rPr>
        <w:t>Have you used a multiple regression analysis in other cases?</w:t>
      </w:r>
    </w:p>
    <w:p>
      <w:pPr/>
      <w:r>
        <w:rPr>
          <w:rFonts w:ascii="Times New Roman" w:hAnsi="Times New Roman" w:eastAsia="Times New Roman" w:cs="Times New Roman"/>
          <w:sz w:val="24"/>
        </w:rPr>
        <w:t>What was the dependent variable in your multiple regression analysis?</w:t>
      </w:r>
    </w:p>
    <w:p>
      <w:pPr/>
      <w:r>
        <w:rPr>
          <w:rFonts w:ascii="Times New Roman" w:hAnsi="Times New Roman" w:eastAsia="Times New Roman" w:cs="Times New Roman"/>
          <w:sz w:val="24"/>
        </w:rPr>
        <w:t>Did you consider any independent variables?</w:t>
      </w:r>
    </w:p>
    <w:p>
      <w:pPr/>
      <w:r>
        <w:rPr>
          <w:rFonts w:ascii="Times New Roman" w:hAnsi="Times New Roman" w:eastAsia="Times New Roman" w:cs="Times New Roman"/>
          <w:sz w:val="24"/>
        </w:rPr>
        <w:t>What sample size did you use in your analysis?</w:t>
      </w:r>
    </w:p>
    <w:p>
      <w:pPr/>
      <w:r>
        <w:rPr>
          <w:rFonts w:ascii="Times New Roman" w:hAnsi="Times New Roman" w:eastAsia="Times New Roman" w:cs="Times New Roman"/>
          <w:sz w:val="24"/>
        </w:rPr>
        <w:t>Why did you select that sample for your analysis?</w:t>
      </w:r>
    </w:p>
    <w:p>
      <w:pPr/>
      <w:r>
        <w:rPr>
          <w:rFonts w:ascii="Times New Roman" w:hAnsi="Times New Roman" w:eastAsia="Times New Roman" w:cs="Times New Roman"/>
          <w:sz w:val="24"/>
        </w:rPr>
        <w:t>Did you have any discussions with Plaintiffs’ counsel about what sample to use?</w:t>
      </w:r>
    </w:p>
    <w:p>
      <w:pPr/>
      <w:r>
        <w:rPr>
          <w:rFonts w:ascii="Times New Roman" w:hAnsi="Times New Roman" w:eastAsia="Times New Roman" w:cs="Times New Roman"/>
          <w:sz w:val="24"/>
        </w:rPr>
        <w:t>Did you consider using a broader sample for your analysis?</w:t>
      </w:r>
    </w:p>
    <w:p>
      <w:pPr/>
      <w:r>
        <w:rPr>
          <w:rFonts w:ascii="Times New Roman" w:hAnsi="Times New Roman" w:eastAsia="Times New Roman" w:cs="Times New Roman"/>
          <w:sz w:val="24"/>
        </w:rPr>
        <w:t>Why did you not use a broader sample for your analysis?</w:t>
      </w:r>
    </w:p>
    <w:p>
      <w:pPr/>
      <w:r>
        <w:rPr>
          <w:rFonts w:ascii="Times New Roman" w:hAnsi="Times New Roman" w:eastAsia="Times New Roman" w:cs="Times New Roman"/>
          <w:sz w:val="24"/>
        </w:rPr>
        <w:t>What effect would a broader sample have had on your analysis?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you actually perform </w:t>
      </w:r>
      <w:r>
        <w:rPr>
          <w:rFonts w:ascii="Times New Roman" w:hAnsi="Times New Roman" w:eastAsia="Times New Roman" w:cs="Times New Roman"/>
          <w:sz w:val="24"/>
        </w:rPr>
        <w:t>you</w:t>
      </w:r>
      <w:r>
        <w:rPr>
          <w:rFonts w:ascii="Times New Roman" w:hAnsi="Times New Roman" w:eastAsia="Times New Roman" w:cs="Times New Roman"/>
          <w:sz w:val="24"/>
        </w:rPr>
        <w:t xml:space="preserve"> statistical analysis with a broader sample size?</w:t>
      </w:r>
    </w:p>
    <w:p>
      <w:pPr/>
      <w:r>
        <w:rPr>
          <w:rFonts w:ascii="Times New Roman" w:hAnsi="Times New Roman" w:eastAsia="Times New Roman" w:cs="Times New Roman"/>
          <w:sz w:val="24"/>
        </w:rPr>
        <w:t>Did you consider using a smaller sample for your analysis?</w:t>
      </w:r>
    </w:p>
    <w:p>
      <w:pPr/>
      <w:r>
        <w:rPr>
          <w:rFonts w:ascii="Times New Roman" w:hAnsi="Times New Roman" w:eastAsia="Times New Roman" w:cs="Times New Roman"/>
          <w:sz w:val="24"/>
        </w:rPr>
        <w:t>Why did you not use a small sample for your analysis?</w:t>
      </w:r>
    </w:p>
    <w:p>
      <w:pPr/>
      <w:r>
        <w:rPr>
          <w:rFonts w:ascii="Times New Roman" w:hAnsi="Times New Roman" w:eastAsia="Times New Roman" w:cs="Times New Roman"/>
          <w:sz w:val="24"/>
        </w:rPr>
        <w:t>What effect would a smaller sample have had on your analysis?</w:t>
      </w:r>
    </w:p>
    <w:p>
      <w:pPr/>
      <w:r>
        <w:rPr>
          <w:rFonts w:ascii="Times New Roman" w:hAnsi="Times New Roman" w:eastAsia="Times New Roman" w:cs="Times New Roman"/>
          <w:sz w:val="24"/>
        </w:rPr>
        <w:t>What does it mean if something is “statistically significant?”</w:t>
      </w:r>
    </w:p>
    <w:p>
      <w:pPr/>
      <w:r>
        <w:rPr>
          <w:rFonts w:ascii="Times New Roman" w:hAnsi="Times New Roman" w:eastAsia="Times New Roman" w:cs="Times New Roman"/>
          <w:sz w:val="24"/>
        </w:rPr>
        <w:t>From your analysis, did you determine that the disparity in [alleged discriminatory practice, e.g., hiring, firing, promotions, discipline, etc.] was statistically significant?</w:t>
      </w:r>
    </w:p>
    <w:p>
      <w:pPr/>
      <w:r>
        <w:rPr>
          <w:rFonts w:ascii="Times New Roman" w:hAnsi="Times New Roman" w:eastAsia="Times New Roman" w:cs="Times New Roman"/>
          <w:sz w:val="24"/>
        </w:rPr>
        <w:t>Why do you believe that the result was “statistically significant”?</w:t>
      </w:r>
    </w:p>
    <w:p>
      <w:pPr/>
      <w:r>
        <w:rPr>
          <w:rFonts w:ascii="Times New Roman" w:hAnsi="Times New Roman" w:eastAsia="Times New Roman" w:cs="Times New Roman"/>
          <w:sz w:val="24"/>
        </w:rPr>
        <w:t>In prior cases where you used a multiple regression analysis, did you find that the result was statistically significant?</w:t>
      </w:r>
    </w:p>
    <w:p>
      <w:pPr/>
      <w:r>
        <w:rPr>
          <w:rFonts w:ascii="Times New Roman" w:hAnsi="Times New Roman" w:eastAsia="Times New Roman" w:cs="Times New Roman"/>
          <w:sz w:val="24"/>
        </w:rPr>
        <w:t>Have you ever used a different threshold for determining whether a result if “statistically significant?”</w:t>
      </w:r>
    </w:p>
    <w:p>
      <w:pPr/>
      <w:r>
        <w:rPr>
          <w:rFonts w:ascii="Times New Roman" w:hAnsi="Times New Roman" w:eastAsia="Times New Roman" w:cs="Times New Roman"/>
          <w:sz w:val="24"/>
        </w:rPr>
        <w:t>SECTION 1</w:t>
      </w:r>
      <w:r>
        <w:rPr>
          <w:rFonts w:ascii="Times New Roman" w:hAnsi="Times New Roman" w:eastAsia="Times New Roman" w:cs="Times New Roman"/>
          <w:sz w:val="24"/>
        </w:rPr>
        <w:t>2</w:t>
      </w:r>
      <w:r>
        <w:rPr>
          <w:rFonts w:ascii="Times New Roman" w:hAnsi="Times New Roman" w:eastAsia="Times New Roman" w:cs="Times New Roman"/>
          <w:sz w:val="24"/>
        </w:rPr>
        <w:t>: QUESTIONS FOR A MEDICAL DOCTOR / PHYSICIAN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How much time have you spent </w:t>
      </w:r>
      <w:r>
        <w:rPr>
          <w:rFonts w:ascii="Times New Roman" w:hAnsi="Times New Roman" w:eastAsia="Times New Roman" w:cs="Times New Roman"/>
          <w:sz w:val="24"/>
        </w:rPr>
        <w:t>actually meeting</w:t>
      </w:r>
      <w:r>
        <w:rPr>
          <w:rFonts w:ascii="Times New Roman" w:hAnsi="Times New Roman" w:eastAsia="Times New Roman" w:cs="Times New Roman"/>
          <w:sz w:val="24"/>
        </w:rPr>
        <w:t xml:space="preserve"> with the Plaintiffs?</w:t>
      </w:r>
    </w:p>
    <w:p>
      <w:pPr/>
      <w:r>
        <w:rPr>
          <w:rFonts w:ascii="Times New Roman" w:hAnsi="Times New Roman" w:eastAsia="Times New Roman" w:cs="Times New Roman"/>
          <w:sz w:val="24"/>
        </w:rPr>
        <w:t>How much time did you spend with [each plaintiff]?</w:t>
      </w:r>
    </w:p>
    <w:p>
      <w:pPr/>
      <w:r>
        <w:rPr>
          <w:rFonts w:ascii="Times New Roman" w:hAnsi="Times New Roman" w:eastAsia="Times New Roman" w:cs="Times New Roman"/>
          <w:sz w:val="24"/>
        </w:rPr>
        <w:t>Do you believe that [each plaintiff] was completely candid with you in describing [his or her] medical condition or physical ailments when you met with [him or her]?</w:t>
      </w:r>
    </w:p>
    <w:p>
      <w:pPr/>
      <w:r>
        <w:rPr>
          <w:rFonts w:ascii="Times New Roman" w:hAnsi="Times New Roman" w:eastAsia="Times New Roman" w:cs="Times New Roman"/>
          <w:sz w:val="24"/>
        </w:rPr>
        <w:t>How many times did you interview [each plaintiff]?</w:t>
      </w:r>
    </w:p>
    <w:p>
      <w:pPr/>
      <w:r>
        <w:rPr>
          <w:rFonts w:ascii="Times New Roman" w:hAnsi="Times New Roman" w:eastAsia="Times New Roman" w:cs="Times New Roman"/>
          <w:sz w:val="24"/>
        </w:rPr>
        <w:t>Did you interview anyone other than [each plaintiff] before forming your opinion?</w:t>
      </w:r>
    </w:p>
    <w:p>
      <w:pPr/>
      <w:r>
        <w:rPr>
          <w:rFonts w:ascii="Times New Roman" w:hAnsi="Times New Roman" w:eastAsia="Times New Roman" w:cs="Times New Roman"/>
          <w:sz w:val="24"/>
        </w:rPr>
        <w:t>Did you interview [each plaintiff’s] spouse?</w:t>
      </w:r>
    </w:p>
    <w:p>
      <w:pPr/>
      <w:r>
        <w:rPr>
          <w:rFonts w:ascii="Times New Roman" w:hAnsi="Times New Roman" w:eastAsia="Times New Roman" w:cs="Times New Roman"/>
          <w:sz w:val="24"/>
        </w:rPr>
        <w:t>Did you review [each plaintiff’s] prior medical history?</w:t>
      </w:r>
    </w:p>
    <w:p>
      <w:pPr/>
      <w:r>
        <w:rPr>
          <w:rFonts w:ascii="Times New Roman" w:hAnsi="Times New Roman" w:eastAsia="Times New Roman" w:cs="Times New Roman"/>
          <w:sz w:val="24"/>
        </w:rPr>
        <w:t>Did you review any tests administered to [each plaintiff] in forming your opinion?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you administer any tests to [each plaintiff] that you relied upon in forming your opinion? </w:t>
      </w:r>
    </w:p>
    <w:p>
      <w:pPr/>
      <w:r>
        <w:rPr>
          <w:rFonts w:ascii="Times New Roman" w:hAnsi="Times New Roman" w:eastAsia="Times New Roman" w:cs="Times New Roman"/>
          <w:sz w:val="24"/>
        </w:rPr>
        <w:t>Did you do anything else other than [interviewing each plaintiff and/or administering tests]?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Based on your [interviews with each </w:t>
      </w:r>
      <w:r>
        <w:rPr>
          <w:rFonts w:ascii="Times New Roman" w:hAnsi="Times New Roman" w:eastAsia="Times New Roman" w:cs="Times New Roman"/>
          <w:sz w:val="24"/>
        </w:rPr>
        <w:t>plaintiffs</w:t>
      </w:r>
      <w:r>
        <w:rPr>
          <w:rFonts w:ascii="Times New Roman" w:hAnsi="Times New Roman" w:eastAsia="Times New Roman" w:cs="Times New Roman"/>
          <w:sz w:val="24"/>
        </w:rPr>
        <w:t xml:space="preserve"> and/or tests] did you reach any medical diagnosis of [each plaintiff]?</w:t>
      </w:r>
    </w:p>
    <w:p>
      <w:pPr/>
      <w:r>
        <w:rPr>
          <w:rFonts w:ascii="Times New Roman" w:hAnsi="Times New Roman" w:eastAsia="Times New Roman" w:cs="Times New Roman"/>
          <w:sz w:val="24"/>
        </w:rPr>
        <w:t>What is that medical diagnosis?</w:t>
      </w:r>
    </w:p>
    <w:p>
      <w:pPr/>
      <w:r>
        <w:rPr>
          <w:rFonts w:ascii="Times New Roman" w:hAnsi="Times New Roman" w:eastAsia="Times New Roman" w:cs="Times New Roman"/>
          <w:sz w:val="24"/>
        </w:rPr>
        <w:t>What do you believe was the cause of [each diagnosis]?</w:t>
      </w:r>
    </w:p>
    <w:p>
      <w:pPr/>
      <w:r>
        <w:rPr>
          <w:rFonts w:ascii="Times New Roman" w:hAnsi="Times New Roman" w:eastAsia="Times New Roman" w:cs="Times New Roman"/>
          <w:sz w:val="24"/>
        </w:rPr>
        <w:t>What facts do you rely upon to support this belief?</w:t>
      </w:r>
    </w:p>
    <w:p>
      <w:pPr/>
      <w:r>
        <w:rPr>
          <w:rFonts w:ascii="Times New Roman" w:hAnsi="Times New Roman" w:eastAsia="Times New Roman" w:cs="Times New Roman"/>
          <w:sz w:val="24"/>
        </w:rPr>
        <w:t>Did you rely upon any medical literature in reaching your conclusion?</w:t>
      </w:r>
    </w:p>
    <w:p>
      <w:pPr/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id </w:t>
      </w:r>
      <w:r>
        <w:rPr>
          <w:rFonts w:ascii="Times New Roman" w:hAnsi="Times New Roman" w:eastAsia="Times New Roman" w:cs="Times New Roman"/>
          <w:sz w:val="24"/>
        </w:rPr>
        <w:t xml:space="preserve">[each plaintiff] </w:t>
      </w:r>
      <w:r>
        <w:rPr>
          <w:rFonts w:ascii="Times New Roman" w:hAnsi="Times New Roman" w:eastAsia="Times New Roman" w:cs="Times New Roman"/>
          <w:sz w:val="24"/>
        </w:rPr>
        <w:t>engage in any habits at any point that made them more</w:t>
      </w:r>
      <w:r>
        <w:rPr>
          <w:rFonts w:ascii="Times New Roman" w:hAnsi="Times New Roman" w:eastAsia="Times New Roman" w:cs="Times New Roman"/>
          <w:sz w:val="24"/>
        </w:rPr>
        <w:t xml:space="preserve"> susceptible to suffering from the medical condition that you diagnosed in [him or her]?</w:t>
      </w:r>
    </w:p>
    <w:p>
      <w:pPr/>
      <w:r>
        <w:rPr>
          <w:rFonts w:ascii="Times New Roman" w:hAnsi="Times New Roman" w:eastAsia="Times New Roman" w:cs="Times New Roman"/>
          <w:sz w:val="24"/>
        </w:rPr>
        <w:t>Did [each plaintiff] smoke habitually at any point?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</w:t>
      </w:r>
      <w:r>
        <w:rPr>
          <w:rFonts w:ascii="Times New Roman" w:hAnsi="Times New Roman" w:eastAsia="Times New Roman" w:cs="Times New Roman"/>
          <w:sz w:val="24"/>
        </w:rPr>
        <w:t xml:space="preserve">[each plaintiff] </w:t>
      </w:r>
      <w:r>
        <w:rPr>
          <w:rFonts w:ascii="Times New Roman" w:hAnsi="Times New Roman" w:eastAsia="Times New Roman" w:cs="Times New Roman"/>
          <w:sz w:val="24"/>
        </w:rPr>
        <w:t xml:space="preserve">drink alcohol </w:t>
      </w:r>
      <w:r>
        <w:rPr>
          <w:rFonts w:ascii="Times New Roman" w:hAnsi="Times New Roman" w:eastAsia="Times New Roman" w:cs="Times New Roman"/>
          <w:sz w:val="24"/>
        </w:rPr>
        <w:t>habitually</w:t>
      </w:r>
      <w:r>
        <w:rPr>
          <w:rFonts w:ascii="Times New Roman" w:hAnsi="Times New Roman" w:eastAsia="Times New Roman" w:cs="Times New Roman"/>
          <w:sz w:val="24"/>
        </w:rPr>
        <w:t xml:space="preserve"> at any point</w:t>
      </w:r>
      <w:r>
        <w:rPr>
          <w:rFonts w:ascii="Times New Roman" w:hAnsi="Times New Roman" w:eastAsia="Times New Roman" w:cs="Times New Roman"/>
          <w:sz w:val="24"/>
        </w:rPr>
        <w:t>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</w:t>
      </w:r>
      <w:r>
        <w:rPr>
          <w:rFonts w:ascii="Times New Roman" w:hAnsi="Times New Roman" w:eastAsia="Times New Roman" w:cs="Times New Roman"/>
          <w:sz w:val="24"/>
        </w:rPr>
        <w:t xml:space="preserve">[each plaintiff] </w:t>
      </w:r>
      <w:r>
        <w:rPr>
          <w:rFonts w:ascii="Times New Roman" w:hAnsi="Times New Roman" w:eastAsia="Times New Roman" w:cs="Times New Roman"/>
          <w:sz w:val="24"/>
        </w:rPr>
        <w:t>take any potentially harmful drugs at any point</w:t>
      </w:r>
      <w:r>
        <w:rPr>
          <w:rFonts w:ascii="Times New Roman" w:hAnsi="Times New Roman" w:eastAsia="Times New Roman" w:cs="Times New Roman"/>
          <w:sz w:val="24"/>
        </w:rPr>
        <w:t>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[each plaintiff] </w:t>
      </w:r>
      <w:r>
        <w:rPr>
          <w:rFonts w:ascii="Times New Roman" w:hAnsi="Times New Roman" w:eastAsia="Times New Roman" w:cs="Times New Roman"/>
          <w:sz w:val="24"/>
        </w:rPr>
        <w:t>engage in poor dietary habits at any point</w:t>
      </w:r>
      <w:r>
        <w:rPr>
          <w:rFonts w:ascii="Times New Roman" w:hAnsi="Times New Roman" w:eastAsia="Times New Roman" w:cs="Times New Roman"/>
          <w:sz w:val="24"/>
        </w:rPr>
        <w:t>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[each plaintiff] </w:t>
      </w:r>
      <w:r>
        <w:rPr>
          <w:rFonts w:ascii="Times New Roman" w:hAnsi="Times New Roman" w:eastAsia="Times New Roman" w:cs="Times New Roman"/>
          <w:sz w:val="24"/>
        </w:rPr>
        <w:t>not exercise regularly at any point</w:t>
      </w:r>
      <w:r>
        <w:rPr>
          <w:rFonts w:ascii="Times New Roman" w:hAnsi="Times New Roman" w:eastAsia="Times New Roman" w:cs="Times New Roman"/>
          <w:sz w:val="24"/>
        </w:rPr>
        <w:t>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Was </w:t>
      </w:r>
      <w:r>
        <w:rPr>
          <w:rFonts w:ascii="Times New Roman" w:hAnsi="Times New Roman" w:eastAsia="Times New Roman" w:cs="Times New Roman"/>
          <w:sz w:val="24"/>
        </w:rPr>
        <w:t xml:space="preserve">[each plaintiff] </w:t>
      </w:r>
      <w:r>
        <w:rPr>
          <w:rFonts w:ascii="Times New Roman" w:hAnsi="Times New Roman" w:eastAsia="Times New Roman" w:cs="Times New Roman"/>
          <w:sz w:val="24"/>
        </w:rPr>
        <w:t>consistently getting 6 or less hours of sleep during any period</w:t>
      </w:r>
      <w:r>
        <w:rPr>
          <w:rFonts w:ascii="Times New Roman" w:hAnsi="Times New Roman" w:eastAsia="Times New Roman" w:cs="Times New Roman"/>
          <w:sz w:val="24"/>
        </w:rPr>
        <w:t>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Was </w:t>
      </w:r>
      <w:r>
        <w:rPr>
          <w:rFonts w:ascii="Times New Roman" w:hAnsi="Times New Roman" w:eastAsia="Times New Roman" w:cs="Times New Roman"/>
          <w:sz w:val="24"/>
        </w:rPr>
        <w:t>[each plaintiff]</w:t>
      </w:r>
      <w:r>
        <w:rPr>
          <w:rFonts w:ascii="Times New Roman" w:hAnsi="Times New Roman" w:eastAsia="Times New Roman" w:cs="Times New Roman"/>
          <w:sz w:val="24"/>
        </w:rPr>
        <w:t xml:space="preserve"> consistently working more than a traditional 8-hour day during any period</w:t>
      </w:r>
      <w:r>
        <w:rPr>
          <w:rFonts w:ascii="Times New Roman" w:hAnsi="Times New Roman" w:eastAsia="Times New Roman" w:cs="Times New Roman"/>
          <w:sz w:val="24"/>
        </w:rPr>
        <w:t>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Did </w:t>
      </w:r>
      <w:r>
        <w:rPr>
          <w:rFonts w:ascii="Times New Roman" w:hAnsi="Times New Roman" w:eastAsia="Times New Roman" w:cs="Times New Roman"/>
          <w:sz w:val="24"/>
        </w:rPr>
        <w:t xml:space="preserve">[each plaintiff] </w:t>
      </w:r>
      <w:r>
        <w:rPr>
          <w:rFonts w:ascii="Times New Roman" w:hAnsi="Times New Roman" w:eastAsia="Times New Roman" w:cs="Times New Roman"/>
          <w:sz w:val="24"/>
        </w:rPr>
        <w:t>experience any traumatic event or events in his or her life at any point</w:t>
      </w:r>
      <w:r>
        <w:rPr>
          <w:rFonts w:ascii="Times New Roman" w:hAnsi="Times New Roman" w:eastAsia="Times New Roman" w:cs="Times New Roman"/>
          <w:sz w:val="24"/>
        </w:rPr>
        <w:t>?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Do you believe that [each plaintiff] had any </w:t>
      </w:r>
      <w:r>
        <w:rPr>
          <w:rFonts w:ascii="Times New Roman" w:hAnsi="Times New Roman" w:eastAsia="Times New Roman" w:cs="Times New Roman"/>
          <w:sz w:val="24"/>
        </w:rPr>
        <w:t xml:space="preserve">pre-existing illnesses, physical ailments, or medical conditions </w:t>
      </w:r>
      <w:r>
        <w:rPr>
          <w:rFonts w:ascii="Times New Roman" w:hAnsi="Times New Roman" w:eastAsia="Times New Roman" w:cs="Times New Roman"/>
          <w:sz w:val="24"/>
        </w:rPr>
        <w:t>that made [him or her] more susceptible to suffering from the medical condition that you diagnosed in [him or her]?</w:t>
      </w:r>
    </w:p>
    <w:p>
      <w:pPr/>
      <w:r>
        <w:rPr>
          <w:rFonts w:ascii="Times New Roman" w:hAnsi="Times New Roman" w:eastAsia="Times New Roman" w:cs="Times New Roman"/>
          <w:sz w:val="24"/>
        </w:rPr>
        <w:t>Do you believe that [each plaintiff] had any pre-existing mental illnesses or personality disorders that made [him or her] more susceptible to suffering from the medical condition that you diagnosed in [him or her]?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