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1: GENERAL DEPOSITION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Please state your full name for the record.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known by any other names?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do to prepare for this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meet with anyone to prepare for this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anyone else present for this meeting?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documents to prepare for this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documents?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discuss this deposition with anyone other than your attorneys?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say?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they say?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2. QUESTIONS RELATED TO HIRING AND EMPLOYMENT TERMS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were you hired by [name of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you explain the nature of the company's business?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your job at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 told about the work that you would be performing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 told about how the company would pay you for working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[job title]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told that you would be paid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fixed salary while working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told that you would be paid any other compensation, like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commission or bonus?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 told about the hours that you would be working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you understanding of the hours that you would be working for the company as [job title]?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3: QUESTIONS ABOUT PAY AND BENEFITS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were paid during the course of your employment?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start of your employment, did the company provide you with notice of how much you would be paid?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the notice written or verbal?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did you receive this notice?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the notice state?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While working for the company, did you ever receive any meals or food from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charge you for these meals or food?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any other benefits in return for the work that you performed?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any paid days off?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any paid vacation?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any paid sick leave?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health insurance?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company provide you with retirement or pension benefits?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4: QUESTIONS ABOUT HOURS WORKED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did you work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work for anyone else at the same time that you were working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Were you permitted to work for anyone during the same time period that you were working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hours did you work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typical day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create any records that show the hours that you worked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if anyone else created any records that showed the hours that you worked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these records that show the hours that you worked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hours that you typically worked ever change?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hours that you typically worked ever fluctuate?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days did you work per week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this schedule ever change?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records of the days that you worked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take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day off or fail to show up for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take any breaks, whether to smoke, eat, use the restroom, or get fresh air?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breaks would you take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average 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were these breaks?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make personal phone calls while you were at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send personal emails while you were at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send personal text messages while you were at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ever post to social media while you were at work?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5 QUESTIONS RELATED TO THE PLAINTIFF'S PRIMARY JOB DUTIES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duties while you were performing work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percentage of your time did you spending performing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work include any work related to [insert activity from list outlined in 29 C.F.R. § 541.201(b)]?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[each job duty] affect [the company]'s overall business?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had any training in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educational background that enabled you to perform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any prior experience in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[the company] provide you any training on how to perform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provide any service to [the company]'s clients?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SECTION 6: QUESTIONS RELATED TO EXERCISE OF DISCRETION AND INDEPENDENT JUDGMENT WITH RESPECT TO MATTERS OF SIGNIFICANCE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supervisors did you have during the time that you worked for [the company?]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were they?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interaction would you have with [each supervisor]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daily basis?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would you meet in person with [each supervisor]?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often would you talk on the phone with [each supervisor]?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tell you what work you needed to do?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tell you how you should do that work?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review the work that you performed for [the company]?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ever give you any feedback on the work that you performed for the company?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have to approve your work before it was complete?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need to obtain [each supervisor]'s approval to perform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supervisor] provide any supervision when you were performing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need to obtain [each supervisor]'s approval when performing [each job duty]?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Describe how you performed [each job duty].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During the course of your employment, did you ever [fill in possible matters of significance]?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