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Deposition Questions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SECTION 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GENERAL DEPOSITION QUESTIONS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Please state your full name for the record.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Have you ever been known by any other names?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did you do to prepare for this deposition?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meet with anyone to prepare for this deposition?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Who?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When?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Where?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Was anyone else present for this meeting?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review any documents to prepare for this deposition?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Which documents?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discuss this deposition with anyone other than your attorneys?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Who?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did you say?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did they say?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QUESTIONS RELATED TO HIRING AND EMPLOYMENT TERMS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 were you hired by [name of employer]?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Can you explain the nature of the company's business?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was your job at the company?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equity or ownership interest in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were you told about the work that you would be performing for the company?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were you told about how the company would pay you for working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[job title] for the company?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Were you told that you would be paid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fixed salary while working for [the company]?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was the salary that you were told you would be paid by the company? Was this salary per year, per month, or per week?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Was this salary per year, per month, or per week?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Were you told that you would be paid any other compensation, like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commission or bonus?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were you told about the hours that you would be working for the company?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was you understanding of the hours that you would be working for the company as [job title]?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QUESTIONS ABOUT PAY AND BENEFITS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How were paid during the course of your employment?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At the start of your employment, did the company provide you with notice of how much you would be paid?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Was the notice written or verbal?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 did you receive this notice?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did the notice state?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While working for the company, did you ever receive any meals or food from the company?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the company charge you for these meals or food?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the company provide you with any other benefits in return for the work that you performed?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the company provide you with any paid days off?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the company provide you with any paid vacation?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the company provide you with any paid sick leave?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the company provide you with health insurance?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the company provide you with retirement or pension benefits?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QUESTIONS ABOUT HOURS WORKED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How long did you work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 did you start working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 did you stop working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work for anyone else at the same time that you were working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Were you permitted to work for anyone during the same time period that you were working for the company?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hours did you work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typical day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create any records that show the hours that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Do you know if anyone else created any records that showed the hours that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Do you have these records that show the hours that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the hours that you typically worked ever change?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the hours that you typically worked ever fluctuate?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How many days did you work per week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this schedule ever change?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Do you have any records of the days that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take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day off or fail to show up for work?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take any breaks, whether to smoke, eat, use the restroom, or get fresh air?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How many breaks would you take in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average day?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How long were these breaks?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make personal phone calls while you were at work?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send personal emails while you were at work?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send personal text messages while you were at work?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post to social media while you were at work?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QUESTIONS RELATED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RECOGNIZED DEPARTMENT OR SUBDIVISION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department or division did you work in when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 what part of [the company] was this department or division located?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Was this department or division separated in any way from other parts of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this department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particular focus or area of emphasis?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this department work at specific time, such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particular shift?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other employees made up this department or division?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6.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QUESTIONS RELATED TO THE PLAINTIFF'S PRIMARY JOB DUTIES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were your duties while you were performing work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Were you involved in hiring employees of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interview potential employees of the Company?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hire anyone to work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make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recommendation to hire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prospective employee to work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(63)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make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recommendation not to hire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prospective employee to work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Were you involved in training employees of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role in scheduling the hours that any other employees worked while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role in setting employees salary or pay while you worked for the company?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involvement in approving sick or vacation days for any employees while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involvement in ordering supplies or materials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involvement in performing inventory or ordering additional merchandise for [the company] to sell?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involvement in the process of promoting employees to other positions within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involvement in addressing performance concerns with other employees?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have any involvement in putting another employee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performance improvement plan?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involvement in investigating employee complaints or grievances while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involvement in disciplining employees when you worked for the company?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have any involvement in terminating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 while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make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recommendation to terminate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 who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make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recommendation not to terminate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 who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involvement in addressing concerns related to the safety of other employees working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involvement in addressing concerns related to the safety of [the company]'s property while you worked for [the company]?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7.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QUESTIONS RELATED TO SUPERVISION OF OTHER EMPLOYEES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supervise any employees when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direct the work of any employees while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assign work to any other employees while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have any involvement in determining how to perform the work that you or others would perform?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conduct performance reviews for any employees when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keep any records on the performance or productivity of any employees while you worked for [the company]?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Did you ever make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recommendation to transfer or reassign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 who worked for [the company] to another position within [the company]?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