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Questions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Section One: Deposition Preliminary Questions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state your full name for the record.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been known by any other names?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are they?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currently employed?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the name of your current employer?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long have you been employed by [defendant employer]?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long have you held your current job position?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your previous job positions with [employer] and the dates you held them.</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your current workplace location?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review any documents to prepare for this deposition?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documents?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long did you spend preparing for this deposition?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Without disclosing any communications between yourself and your attorney, identify every individual with whom you spoke to prepare for the deposition.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discuss this deposition with anyone who works or has worked for [employer]?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you say?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they say?</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any of the people you spoke with regarding this deposition no longer employed by [employer]?</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did each of those individuals leave [employer]'s employ?</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the people you have already named, identify everyone else with knowledge of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that person still employed by [employer]?</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so, what is that person's job title?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that person is no longer employed by [employer], when did their employment end?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discuss this deposition with anyone else?</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than [employer's] attorneys, have you discussed this lawsuit with anyone who works or has worked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discussed this lawsuit with anyone else?</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did you first find out about this lawsuit?</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seen this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did you first see the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did you first become aware that Plaintiff was seeking to take your deposition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produced any documents in response to the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efforts did you make to search for the documents requested in the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did you search for documents requested in the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your attorneys, did you consult anyone to assist in your search for documents responsive to the request for production in the notice of deposition?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you discuss with that person?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they tell you?</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there any documents requested in the notice of deposition that you were unable to locate?</w:t>
      </w:r>
    </w:p>
    <w:p>
      <w:pPr>
        <w:keepNext w:val="0"/>
        <w:spacing w:before="200" w:after="0" w:line="260" w:lineRule="exact"/>
        <w:ind w:left="360" w:right="0" w:firstLine="0"/>
        <w:jc w:val="both"/>
      </w:pPr>
      <w:r>
        <w:rPr>
          <w:rFonts w:ascii="Times New Roman" w:hAnsi="Times New Roman" w:eastAsia="Times New Roman" w:cs="Times New Roman"/>
          <w:b/>
          <w:sz w:val="24"/>
        </w:rPr>
        <w:t>Section Two: Questions for the Person Designated by Employer to Speak on its Behalf</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reviewed the subjects listed in the notice of deposition?</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Which of those subjects has [employer] designated you to speak on its behalf about?</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advised you that you were to be deposed as the person designated to speak on [employer's] behalf as to this subject?</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yourself, do you know any other persons with information on this subject?</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to those subjects for which you have not been designated to speak on [employer's] behalf, do you know who is designated?</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 you know of any people with information about the noticed subjects on which you have not been designated to speak on [employer's] behalf?</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[employer's] attorney, who chose you to speak on [employer]'s behalf on these subjects?</w:t>
      </w:r>
    </w:p>
    <w:p>
      <w:pPr>
        <w:keepNext w:val="0"/>
        <w:spacing w:before="200" w:after="0" w:line="260" w:lineRule="exact"/>
        <w:ind w:left="360" w:right="0" w:firstLine="0"/>
        <w:jc w:val="both"/>
      </w:pPr>
      <w:r>
        <w:rPr>
          <w:rFonts w:ascii="Times New Roman" w:hAnsi="Times New Roman" w:eastAsia="Times New Roman" w:cs="Times New Roman"/>
          <w:b/>
          <w:sz w:val="24"/>
        </w:rPr>
        <w:t>Section Three: Discovery</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this your signature on this verification?</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review the [interrogatories, requests for admission, or requests for production] before signing the verification?</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Were all the answers in the [interrogatories, requests for admission, or requests for production] true and accurate when you signed the verification?</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attorneys for [employer], who assisted you in preparing the responses to the [interrogatories, requests for admission, or requests for production]?</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Aside from attorneys for [employer], who did you consult in order to prepare the responses to the [interrogatories, requests for admission, or requests for production]?</w:t>
      </w:r>
    </w:p>
    <w:p>
      <w:pPr>
        <w:keepNext w:val="0"/>
        <w:spacing w:before="200" w:after="0" w:line="260" w:lineRule="exact"/>
        <w:ind w:left="360" w:right="0" w:firstLine="0"/>
        <w:jc w:val="both"/>
      </w:pPr>
      <w:r>
        <w:rPr>
          <w:rFonts w:ascii="Times New Roman" w:hAnsi="Times New Roman" w:eastAsia="Times New Roman" w:cs="Times New Roman"/>
          <w:b/>
          <w:sz w:val="24"/>
        </w:rPr>
        <w:t>Section Four: Questions Regarding the Witness's Background</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your birthdate?</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what city were you born?</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high school did you attend?</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obtain your high school diploma?</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year did you graduate?</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attend college?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college did you attend?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your major?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double major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degree?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degree did you obtain?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year did you obtain your degree?</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attend any post-graduate schools?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obtain any post-graduate degrees?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year did you receive your post graduate degree?</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obtained any licenses or certifications?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what?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year did you receive your licenses or certifications?</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had any occupational or job training?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training 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you receive that job training?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did you receive the job training?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did the training last?</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Take me through your job history, starting with your first job after high school.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your job title?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were your job duties?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Were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employee?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Were you salaried or hourly?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your job position considered exempt or nonexempt?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name of your supervisor?</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did you hold this job position?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Were you ever disciplined in this position?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for?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next job position you held with that employer?</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that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promotion?</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your pay rate increase with the change in position?</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did you remain in that position?</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your employment with [previous employer] end?</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Why did your employment with [previous employer] end?</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leave [previous employer] voluntarily?</w:t>
      </w:r>
    </w:p>
    <w:p>
      <w:pPr>
        <w:keepNext w:val="0"/>
        <w:spacing w:before="200" w:after="0" w:line="260" w:lineRule="exact"/>
        <w:ind w:left="360" w:right="0" w:firstLine="0"/>
        <w:jc w:val="both"/>
      </w:pPr>
      <w:r>
        <w:rPr>
          <w:rFonts w:ascii="Times New Roman" w:hAnsi="Times New Roman" w:eastAsia="Times New Roman" w:cs="Times New Roman"/>
          <w:b/>
          <w:sz w:val="24"/>
        </w:rPr>
        <w:t>Section Five: Deponent's Position with the Employer</w:t>
      </w:r>
    </w:p>
    <w:p>
      <w:pPr>
        <w:keepNext w:val="0"/>
        <w:spacing w:before="120" w:after="0" w:line="260" w:lineRule="exact"/>
        <w:ind w:left="720" w:right="0" w:firstLine="0"/>
        <w:jc w:val="left"/>
      </w:pPr>
      <w:r>
        <w:rPr>
          <w:rFonts w:ascii="Times New Roman" w:hAnsi="Times New Roman" w:eastAsia="Times New Roman" w:cs="Times New Roman"/>
          <w:b w:val="0"/>
          <w:sz w:val="24"/>
        </w:rPr>
        <w:t>53.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were you hired by [employer]?</w:t>
      </w:r>
    </w:p>
    <w:p>
      <w:pPr>
        <w:keepNext w:val="0"/>
        <w:spacing w:before="120" w:after="0" w:line="260" w:lineRule="exact"/>
        <w:ind w:left="720" w:right="0" w:firstLine="0"/>
        <w:jc w:val="left"/>
      </w:pPr>
      <w:r>
        <w:rPr>
          <w:rFonts w:ascii="Times New Roman" w:hAnsi="Times New Roman" w:eastAsia="Times New Roman" w:cs="Times New Roman"/>
          <w:b w:val="0"/>
          <w:sz w:val="24"/>
        </w:rPr>
        <w:t>54.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apply for your job with [employer]?</w:t>
      </w:r>
    </w:p>
    <w:p>
      <w:pPr>
        <w:keepNext w:val="0"/>
        <w:spacing w:before="120" w:after="0" w:line="260" w:lineRule="exact"/>
        <w:ind w:left="720" w:right="0" w:firstLine="0"/>
        <w:jc w:val="left"/>
      </w:pPr>
      <w:r>
        <w:rPr>
          <w:rFonts w:ascii="Times New Roman" w:hAnsi="Times New Roman" w:eastAsia="Times New Roman" w:cs="Times New Roman"/>
          <w:b w:val="0"/>
          <w:sz w:val="24"/>
        </w:rPr>
        <w:t>55.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was the application procedure?</w:t>
      </w:r>
    </w:p>
    <w:p>
      <w:pPr>
        <w:keepNext w:val="0"/>
        <w:spacing w:before="120" w:after="0" w:line="260" w:lineRule="exact"/>
        <w:ind w:left="720" w:right="0" w:firstLine="0"/>
        <w:jc w:val="left"/>
      </w:pPr>
      <w:r>
        <w:rPr>
          <w:rFonts w:ascii="Times New Roman" w:hAnsi="Times New Roman" w:eastAsia="Times New Roman" w:cs="Times New Roman"/>
          <w:b w:val="0"/>
          <w:sz w:val="24"/>
        </w:rPr>
        <w:t>56.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interviewed you for employment with [employer]?</w:t>
      </w:r>
    </w:p>
    <w:p>
      <w:pPr>
        <w:keepNext w:val="0"/>
        <w:spacing w:before="120" w:after="0" w:line="260" w:lineRule="exact"/>
        <w:ind w:left="720" w:right="0" w:firstLine="0"/>
        <w:jc w:val="left"/>
      </w:pPr>
      <w:r>
        <w:rPr>
          <w:rFonts w:ascii="Times New Roman" w:hAnsi="Times New Roman" w:eastAsia="Times New Roman" w:cs="Times New Roman"/>
          <w:b w:val="0"/>
          <w:sz w:val="24"/>
        </w:rPr>
        <w:t>57.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job did you apply for?</w:t>
      </w:r>
    </w:p>
    <w:p>
      <w:pPr>
        <w:keepNext w:val="0"/>
        <w:spacing w:before="120" w:after="0" w:line="260" w:lineRule="exact"/>
        <w:ind w:left="720" w:right="0" w:firstLine="0"/>
        <w:jc w:val="left"/>
      </w:pPr>
      <w:r>
        <w:rPr>
          <w:rFonts w:ascii="Times New Roman" w:hAnsi="Times New Roman" w:eastAsia="Times New Roman" w:cs="Times New Roman"/>
          <w:b w:val="0"/>
          <w:sz w:val="24"/>
        </w:rPr>
        <w:t>58.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were the job requirements for the position you applied for?</w:t>
      </w:r>
    </w:p>
    <w:p>
      <w:pPr>
        <w:keepNext w:val="0"/>
        <w:spacing w:before="120" w:after="0" w:line="260" w:lineRule="exact"/>
        <w:ind w:left="720" w:right="0" w:firstLine="0"/>
        <w:jc w:val="left"/>
      </w:pPr>
      <w:r>
        <w:rPr>
          <w:rFonts w:ascii="Times New Roman" w:hAnsi="Times New Roman" w:eastAsia="Times New Roman" w:cs="Times New Roman"/>
          <w:b w:val="0"/>
          <w:sz w:val="24"/>
        </w:rPr>
        <w:t>59.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previous training did you have to qualify for those job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60.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being hired by [employer], did you have previous experience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being hired by [employer] did you take any managerial courses, seminars, or other training to prepare you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supervisory position?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the training occur?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 training consist of?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offered the training?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did the training take?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there any proof of that training (e.g., certificate of completion, award, test results)?</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being hired by [employer] did you take any courses, seminars, or other training on the subject of wage and hour laws?</w:t>
      </w:r>
    </w:p>
    <w:p>
      <w:pPr>
        <w:keepNext w:val="0"/>
        <w:spacing w:before="120" w:after="0" w:line="260" w:lineRule="exact"/>
        <w:ind w:left="720" w:right="0" w:firstLine="0"/>
        <w:jc w:val="left"/>
      </w:pPr>
      <w:r>
        <w:rPr>
          <w:rFonts w:ascii="Times New Roman" w:hAnsi="Times New Roman" w:eastAsia="Times New Roman" w:cs="Times New Roman"/>
          <w:b w:val="0"/>
          <w:sz w:val="24"/>
        </w:rPr>
        <w:t>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being hired by [employer] did you take any courses, seminars, or other training which covered the U.S. Fair Labor Standards Act?</w:t>
      </w:r>
    </w:p>
    <w:p>
      <w:pPr>
        <w:keepNext w:val="0"/>
        <w:spacing w:before="120" w:after="0" w:line="260" w:lineRule="exact"/>
        <w:ind w:left="720" w:right="0" w:firstLine="0"/>
        <w:jc w:val="left"/>
      </w:pPr>
      <w:r>
        <w:rPr>
          <w:rFonts w:ascii="Times New Roman" w:hAnsi="Times New Roman" w:eastAsia="Times New Roman" w:cs="Times New Roman"/>
          <w:b w:val="0"/>
          <w:sz w:val="24"/>
        </w:rPr>
        <w:t>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being hired by [employer] did you take any courses, seminars, or other training which focused specifically on minimum wage laws?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your minimum wage training focus on federal or state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which states' laws did you receive minimum wage training?</w:t>
      </w:r>
    </w:p>
    <w:p>
      <w:pPr>
        <w:keepNext w:val="0"/>
        <w:spacing w:before="120" w:after="0" w:line="260" w:lineRule="exact"/>
        <w:ind w:left="720" w:right="0" w:firstLine="0"/>
        <w:jc w:val="left"/>
      </w:pPr>
      <w:r>
        <w:rPr>
          <w:rFonts w:ascii="Times New Roman" w:hAnsi="Times New Roman" w:eastAsia="Times New Roman" w:cs="Times New Roman"/>
          <w:b w:val="0"/>
          <w:sz w:val="24"/>
        </w:rPr>
        <w:t>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been continuously employed by [employer] since your hiring?</w:t>
      </w:r>
    </w:p>
    <w:p>
      <w:pPr>
        <w:keepNext w:val="0"/>
        <w:spacing w:before="120" w:after="0" w:line="260" w:lineRule="exact"/>
        <w:ind w:left="720" w:right="0" w:firstLine="0"/>
        <w:jc w:val="left"/>
      </w:pPr>
      <w:r>
        <w:rPr>
          <w:rFonts w:ascii="Times New Roman" w:hAnsi="Times New Roman" w:eastAsia="Times New Roman" w:cs="Times New Roman"/>
          <w:b w:val="0"/>
          <w:sz w:val="24"/>
        </w:rPr>
        <w:t>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your employment with [employer] ever been suspended for disciplinary reasons?</w:t>
      </w:r>
    </w:p>
    <w:p>
      <w:pPr>
        <w:keepNext w:val="0"/>
        <w:spacing w:before="120" w:after="0" w:line="260" w:lineRule="exact"/>
        <w:ind w:left="720" w:right="0" w:firstLine="0"/>
        <w:jc w:val="left"/>
      </w:pPr>
      <w:r>
        <w:rPr>
          <w:rFonts w:ascii="Times New Roman" w:hAnsi="Times New Roman" w:eastAsia="Times New Roman" w:cs="Times New Roman"/>
          <w:b w:val="0"/>
          <w:sz w:val="24"/>
        </w:rPr>
        <w:t>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offered you your first position with [employer]?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your first job title with [employer]?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was your work location?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long did you hold this job position?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did you report to when you held this position?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were your job duties when you held this position?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any employees report to you when you held this position?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many employees reported to you when you held this position?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were the job duties of the employees who reported to you when you held this position?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you held the position of [job position which is the subject of questioning], did you receive any training on minimum wage law?</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was the training?</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did the training consist of?</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Who conducted the training?</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long did it take?</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you have any proof of the training (e.g., certificate of completion, award, test results)?</w:t>
      </w:r>
    </w:p>
    <w:p>
      <w:pPr>
        <w:keepNext w:val="0"/>
        <w:spacing w:before="120" w:after="0" w:line="260" w:lineRule="exact"/>
        <w:ind w:left="720" w:right="0" w:firstLine="0"/>
        <w:jc w:val="left"/>
      </w:pPr>
      <w:r>
        <w:rPr>
          <w:rFonts w:ascii="Times New Roman" w:hAnsi="Times New Roman" w:eastAsia="Times New Roman" w:cs="Times New Roman"/>
          <w:b w:val="0"/>
          <w:sz w:val="24"/>
        </w:rPr>
        <w:t>68.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the next job position you held with [employer]?</w:t>
      </w:r>
    </w:p>
    <w:p>
      <w:pPr>
        <w:keepNext w:val="0"/>
        <w:spacing w:before="120" w:after="0" w:line="260" w:lineRule="exact"/>
        <w:ind w:left="720" w:right="0" w:firstLine="0"/>
        <w:jc w:val="left"/>
      </w:pPr>
      <w:r>
        <w:rPr>
          <w:rFonts w:ascii="Times New Roman" w:hAnsi="Times New Roman" w:eastAsia="Times New Roman" w:cs="Times New Roman"/>
          <w:b w:val="0"/>
          <w:sz w:val="24"/>
        </w:rPr>
        <w:t>69.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this job position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promotion?</w:t>
      </w:r>
    </w:p>
    <w:p>
      <w:pPr>
        <w:keepNext w:val="0"/>
        <w:spacing w:before="120" w:after="0" w:line="260" w:lineRule="exact"/>
        <w:ind w:left="720" w:right="0" w:firstLine="0"/>
        <w:jc w:val="left"/>
      </w:pPr>
      <w:r>
        <w:rPr>
          <w:rFonts w:ascii="Times New Roman" w:hAnsi="Times New Roman" w:eastAsia="Times New Roman" w:cs="Times New Roman"/>
          <w:b w:val="0"/>
          <w:sz w:val="24"/>
        </w:rPr>
        <w:t>70.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pay when you moved into this position?</w:t>
      </w:r>
    </w:p>
    <w:p>
      <w:pPr>
        <w:keepNext w:val="0"/>
        <w:spacing w:before="200" w:after="0" w:line="260" w:lineRule="exact"/>
        <w:ind w:left="360" w:right="0" w:firstLine="0"/>
        <w:jc w:val="both"/>
      </w:pPr>
      <w:r>
        <w:rPr>
          <w:rFonts w:ascii="Times New Roman" w:hAnsi="Times New Roman" w:eastAsia="Times New Roman" w:cs="Times New Roman"/>
          <w:b/>
          <w:sz w:val="24"/>
        </w:rPr>
        <w:t>Section Six: Deponent's Relationship with Plaintiff</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personally acquainted with [any of] the plaintiff[s]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72.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did you first meet [plaintiff name]?</w:t>
      </w:r>
    </w:p>
    <w:p>
      <w:pPr>
        <w:keepNext w:val="0"/>
        <w:spacing w:before="120" w:after="0" w:line="260" w:lineRule="exact"/>
        <w:ind w:left="720" w:right="0" w:firstLine="0"/>
        <w:jc w:val="left"/>
      </w:pPr>
      <w:r>
        <w:rPr>
          <w:rFonts w:ascii="Times New Roman" w:hAnsi="Times New Roman" w:eastAsia="Times New Roman" w:cs="Times New Roman"/>
          <w:b w:val="0"/>
          <w:sz w:val="24"/>
        </w:rPr>
        <w:t>73.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supervised [plaintiff name]'s job duties?</w:t>
      </w:r>
    </w:p>
    <w:p>
      <w:pPr>
        <w:keepNext w:val="0"/>
        <w:spacing w:before="120" w:after="0" w:line="260" w:lineRule="exact"/>
        <w:ind w:left="720" w:right="0" w:firstLine="0"/>
        <w:jc w:val="left"/>
      </w:pPr>
      <w:r>
        <w:rPr>
          <w:rFonts w:ascii="Times New Roman" w:hAnsi="Times New Roman" w:eastAsia="Times New Roman" w:cs="Times New Roman"/>
          <w:b w:val="0"/>
          <w:sz w:val="24"/>
        </w:rPr>
        <w:t>74.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evaluated [plaintiff name]'s job performance?</w:t>
      </w:r>
    </w:p>
    <w:p>
      <w:pPr>
        <w:keepNext w:val="0"/>
        <w:spacing w:before="120" w:after="0" w:line="260" w:lineRule="exact"/>
        <w:ind w:left="720" w:right="0" w:firstLine="0"/>
        <w:jc w:val="left"/>
      </w:pPr>
      <w:r>
        <w:rPr>
          <w:rFonts w:ascii="Times New Roman" w:hAnsi="Times New Roman" w:eastAsia="Times New Roman" w:cs="Times New Roman"/>
          <w:b w:val="0"/>
          <w:sz w:val="24"/>
        </w:rPr>
        <w:t>75.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prepared or drafted any documents relating to [plaintiff name]?</w:t>
      </w:r>
    </w:p>
    <w:p>
      <w:pPr>
        <w:keepNext w:val="0"/>
        <w:spacing w:before="120" w:after="0" w:line="260" w:lineRule="exact"/>
        <w:ind w:left="720" w:right="0" w:firstLine="0"/>
        <w:jc w:val="left"/>
      </w:pPr>
      <w:r>
        <w:rPr>
          <w:rFonts w:ascii="Times New Roman" w:hAnsi="Times New Roman" w:eastAsia="Times New Roman" w:cs="Times New Roman"/>
          <w:b w:val="0"/>
          <w:sz w:val="24"/>
        </w:rPr>
        <w:t>76.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reviewed any documents relating to [plaintiff name]?</w:t>
      </w:r>
    </w:p>
    <w:p>
      <w:pPr>
        <w:keepNext w:val="0"/>
        <w:spacing w:before="120" w:after="0" w:line="260" w:lineRule="exact"/>
        <w:ind w:left="720" w:right="0" w:firstLine="0"/>
        <w:jc w:val="left"/>
      </w:pPr>
      <w:r>
        <w:rPr>
          <w:rFonts w:ascii="Times New Roman" w:hAnsi="Times New Roman" w:eastAsia="Times New Roman" w:cs="Times New Roman"/>
          <w:b w:val="0"/>
          <w:sz w:val="24"/>
        </w:rPr>
        <w:t>77.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had any criticisms of [plaintiff name]'s job performance?</w:t>
      </w:r>
    </w:p>
    <w:p>
      <w:pPr>
        <w:keepNext w:val="0"/>
        <w:spacing w:before="120" w:after="0" w:line="260" w:lineRule="exact"/>
        <w:ind w:left="720" w:right="0" w:firstLine="0"/>
        <w:jc w:val="left"/>
      </w:pPr>
      <w:r>
        <w:rPr>
          <w:rFonts w:ascii="Times New Roman" w:hAnsi="Times New Roman" w:eastAsia="Times New Roman" w:cs="Times New Roman"/>
          <w:b w:val="0"/>
          <w:sz w:val="24"/>
        </w:rPr>
        <w:t>78.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received criticisms of [plaintiff name]'s job performance?</w:t>
      </w:r>
    </w:p>
    <w:p>
      <w:pPr>
        <w:keepNext w:val="0"/>
        <w:spacing w:before="120" w:after="0" w:line="260" w:lineRule="exact"/>
        <w:ind w:left="720" w:right="0" w:firstLine="0"/>
        <w:jc w:val="left"/>
      </w:pPr>
      <w:r>
        <w:rPr>
          <w:rFonts w:ascii="Times New Roman" w:hAnsi="Times New Roman" w:eastAsia="Times New Roman" w:cs="Times New Roman"/>
          <w:b w:val="0"/>
          <w:sz w:val="24"/>
        </w:rPr>
        <w:t>79.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documents that criticize [plaintiff name]'s job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are they?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created them?</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were they made?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you see them?</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are they kept?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is responsible for keeping them?</w:t>
      </w:r>
    </w:p>
    <w:p>
      <w:pPr>
        <w:keepNext w:val="0"/>
        <w:spacing w:before="120" w:after="0" w:line="260" w:lineRule="exact"/>
        <w:ind w:left="720" w:right="0" w:firstLine="0"/>
        <w:jc w:val="left"/>
      </w:pPr>
      <w:r>
        <w:rPr>
          <w:rFonts w:ascii="Times New Roman" w:hAnsi="Times New Roman" w:eastAsia="Times New Roman" w:cs="Times New Roman"/>
          <w:b w:val="0"/>
          <w:sz w:val="24"/>
        </w:rPr>
        <w:t>80.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conduct by [plaintiff] that caused [him/her] to be paid less than minimum wage at any time during [plaintiff's] employment with [employer]?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plaintiff do?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this occur?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did that conduct cause [plaintiff] to be paid less than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[employer] take any action in response to the conduct by [plaintiff] which caused [plaintiff] to be paid less than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 [employer] do?</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else besides yourself has knowledge of the conduct by [plaintiff] which caused [plaintiff] to be paid less than minimum wage?</w:t>
      </w:r>
    </w:p>
    <w:p>
      <w:pPr>
        <w:keepNext w:val="0"/>
        <w:spacing w:before="120" w:after="0" w:line="260" w:lineRule="exact"/>
        <w:ind w:left="720" w:right="0" w:firstLine="0"/>
        <w:jc w:val="left"/>
      </w:pPr>
      <w:r>
        <w:rPr>
          <w:rFonts w:ascii="Times New Roman" w:hAnsi="Times New Roman" w:eastAsia="Times New Roman" w:cs="Times New Roman"/>
          <w:b w:val="0"/>
          <w:sz w:val="24"/>
        </w:rPr>
        <w:t>81.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you ever participate in any adverse decisions involving [plaintiff name]?</w:t>
      </w:r>
    </w:p>
    <w:p>
      <w:pPr>
        <w:keepNext w:val="0"/>
        <w:spacing w:before="120" w:after="0" w:line="260" w:lineRule="exact"/>
        <w:ind w:left="720" w:right="0" w:firstLine="0"/>
        <w:jc w:val="left"/>
      </w:pPr>
      <w:r>
        <w:rPr>
          <w:rFonts w:ascii="Times New Roman" w:hAnsi="Times New Roman" w:eastAsia="Times New Roman" w:cs="Times New Roman"/>
          <w:b w:val="0"/>
          <w:sz w:val="24"/>
        </w:rPr>
        <w:t>82.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was your role in any adverse decisions involving [plaintiff name]?</w:t>
      </w:r>
    </w:p>
    <w:p>
      <w:pPr>
        <w:keepNext w:val="0"/>
        <w:spacing w:before="120" w:after="0" w:line="260" w:lineRule="exact"/>
        <w:ind w:left="720" w:right="0" w:firstLine="0"/>
        <w:jc w:val="left"/>
      </w:pPr>
      <w:r>
        <w:rPr>
          <w:rFonts w:ascii="Times New Roman" w:hAnsi="Times New Roman" w:eastAsia="Times New Roman" w:cs="Times New Roman"/>
          <w:b w:val="0"/>
          <w:sz w:val="24"/>
        </w:rPr>
        <w:t>83.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received any complaints about [plaintiff name] from any other person?</w:t>
      </w:r>
    </w:p>
    <w:p>
      <w:pPr>
        <w:keepNext w:val="0"/>
        <w:spacing w:before="120" w:after="0" w:line="260" w:lineRule="exact"/>
        <w:ind w:left="720" w:right="0" w:firstLine="0"/>
        <w:jc w:val="left"/>
      </w:pPr>
      <w:r>
        <w:rPr>
          <w:rFonts w:ascii="Times New Roman" w:hAnsi="Times New Roman" w:eastAsia="Times New Roman" w:cs="Times New Roman"/>
          <w:b w:val="0"/>
          <w:sz w:val="24"/>
        </w:rPr>
        <w:t>84.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Since the termination of [plaintiff name]'s employment, have you ever discussed [him or her] with any other person besides attorneys for [employer]?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was it?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the discussion?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you say?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 other person say?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any documents related to that discussion?</w:t>
      </w:r>
    </w:p>
    <w:p>
      <w:pPr>
        <w:keepNext w:val="0"/>
        <w:spacing w:before="120" w:after="0" w:line="260" w:lineRule="exact"/>
        <w:ind w:left="720" w:right="0" w:firstLine="0"/>
        <w:jc w:val="left"/>
      </w:pPr>
      <w:r>
        <w:rPr>
          <w:rFonts w:ascii="Times New Roman" w:hAnsi="Times New Roman" w:eastAsia="Times New Roman" w:cs="Times New Roman"/>
          <w:b w:val="0"/>
          <w:sz w:val="24"/>
        </w:rPr>
        <w:t>85.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Since you learned of the filing of this lawsuit, have you ever discussed [plaintiff name] with any other person besides your attorney?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was it?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the discussion?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you say?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the other person say?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any documents related to that discussion?</w:t>
      </w:r>
    </w:p>
    <w:p>
      <w:pPr>
        <w:keepNext w:val="0"/>
        <w:spacing w:before="120" w:after="0" w:line="260" w:lineRule="exact"/>
        <w:ind w:left="720" w:right="0" w:firstLine="0"/>
        <w:jc w:val="left"/>
      </w:pPr>
      <w:r>
        <w:rPr>
          <w:rFonts w:ascii="Times New Roman" w:hAnsi="Times New Roman" w:eastAsia="Times New Roman" w:cs="Times New Roman"/>
          <w:b w:val="0"/>
          <w:sz w:val="24"/>
        </w:rPr>
        <w:t>86.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familiar with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87.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 all of [employer]'s nonexempt employees receive their pay statements in this format?</w:t>
      </w:r>
    </w:p>
    <w:p>
      <w:pPr>
        <w:keepNext w:val="0"/>
        <w:spacing w:before="120" w:after="0" w:line="260" w:lineRule="exact"/>
        <w:ind w:left="720" w:right="0" w:firstLine="0"/>
        <w:jc w:val="left"/>
      </w:pPr>
      <w:r>
        <w:rPr>
          <w:rFonts w:ascii="Times New Roman" w:hAnsi="Times New Roman" w:eastAsia="Times New Roman" w:cs="Times New Roman"/>
          <w:b w:val="0"/>
          <w:sz w:val="24"/>
        </w:rPr>
        <w:t>88.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 same pay statement template used for all of [employer's] nonexempt employees?</w:t>
      </w:r>
    </w:p>
    <w:p>
      <w:pPr>
        <w:keepNext w:val="0"/>
        <w:spacing w:before="120" w:after="0" w:line="260" w:lineRule="exact"/>
        <w:ind w:left="720" w:right="0" w:firstLine="0"/>
        <w:jc w:val="left"/>
      </w:pPr>
      <w:r>
        <w:rPr>
          <w:rFonts w:ascii="Times New Roman" w:hAnsi="Times New Roman" w:eastAsia="Times New Roman" w:cs="Times New Roman"/>
          <w:b w:val="0"/>
          <w:sz w:val="24"/>
        </w:rPr>
        <w:t>89.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tenure with [employer], has [employer] ever 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type of pay statement for nonexempt employees?</w:t>
      </w:r>
    </w:p>
    <w:p>
      <w:pPr>
        <w:keepNext w:val="0"/>
        <w:spacing w:before="120" w:after="0" w:line="260" w:lineRule="exact"/>
        <w:ind w:left="720" w:right="0" w:firstLine="0"/>
        <w:jc w:val="left"/>
      </w:pPr>
      <w:r>
        <w:rPr>
          <w:rFonts w:ascii="Times New Roman" w:hAnsi="Times New Roman" w:eastAsia="Times New Roman" w:cs="Times New Roman"/>
          <w:b w:val="0"/>
          <w:sz w:val="24"/>
        </w:rPr>
        <w:t>90.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there any language or information on this pay statement that was not included in previous pay statements [employer] used for nonexempt employees?</w:t>
      </w:r>
    </w:p>
    <w:p>
      <w:pPr>
        <w:keepNext w:val="0"/>
        <w:spacing w:before="120" w:after="0" w:line="260" w:lineRule="exact"/>
        <w:ind w:left="720" w:right="0" w:firstLine="0"/>
        <w:jc w:val="left"/>
      </w:pPr>
      <w:r>
        <w:rPr>
          <w:rFonts w:ascii="Times New Roman" w:hAnsi="Times New Roman" w:eastAsia="Times New Roman" w:cs="Times New Roman"/>
          <w:b w:val="0"/>
          <w:sz w:val="24"/>
        </w:rPr>
        <w:t>91.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there any language or information on previous pay statements issued to nonexempt employees in the past that is not included on this pay statement?</w:t>
      </w:r>
    </w:p>
    <w:p>
      <w:pPr>
        <w:keepNext w:val="0"/>
        <w:spacing w:before="200" w:after="0" w:line="260" w:lineRule="exact"/>
        <w:ind w:left="360" w:right="0" w:firstLine="0"/>
        <w:jc w:val="both"/>
      </w:pPr>
      <w:r>
        <w:rPr>
          <w:rFonts w:ascii="Times New Roman" w:hAnsi="Times New Roman" w:eastAsia="Times New Roman" w:cs="Times New Roman"/>
          <w:b/>
          <w:sz w:val="24"/>
        </w:rPr>
        <w:t>Section Seven: The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92.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your knowledge, does [employer]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wage policy?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your own words, what is [employer]'s minimum wage policy?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which of [employer]'s employees does that minimum wage policy apply?</w:t>
      </w:r>
    </w:p>
    <w:p>
      <w:pPr>
        <w:keepNext w:val="0"/>
        <w:spacing w:before="120" w:after="0" w:line="260" w:lineRule="exact"/>
        <w:ind w:left="720" w:right="0" w:firstLine="0"/>
        <w:jc w:val="left"/>
      </w:pPr>
      <w:r>
        <w:rPr>
          <w:rFonts w:ascii="Times New Roman" w:hAnsi="Times New Roman" w:eastAsia="Times New Roman" w:cs="Times New Roman"/>
          <w:b w:val="0"/>
          <w:sz w:val="24"/>
        </w:rPr>
        <w:t>93.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time during your employment with [employer] have you ever been responsible for drafting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94.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time during your employment with [employer] have you ever been responsible for revising, updating, or changing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95.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any changes to [employer]'s minimum wage policy that have been made at any time during your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that change made?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it implemented?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did [employer] do to implement that change in policy?</w:t>
      </w:r>
    </w:p>
    <w:p>
      <w:pPr>
        <w:keepNext w:val="0"/>
        <w:spacing w:before="120" w:after="0" w:line="260" w:lineRule="exact"/>
        <w:ind w:left="720" w:right="0" w:firstLine="0"/>
        <w:jc w:val="left"/>
      </w:pPr>
      <w:r>
        <w:rPr>
          <w:rFonts w:ascii="Times New Roman" w:hAnsi="Times New Roman" w:eastAsia="Times New Roman" w:cs="Times New Roman"/>
          <w:b w:val="0"/>
          <w:sz w:val="24"/>
        </w:rPr>
        <w:t>96.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list the names of all of [employer]'s documents that set forth its minimum wage policies in effect at any time from [start of the discoverable period].</w:t>
      </w:r>
    </w:p>
    <w:p>
      <w:pPr>
        <w:keepNext w:val="0"/>
        <w:spacing w:before="120" w:after="0" w:line="260" w:lineRule="exact"/>
        <w:ind w:left="720" w:right="0" w:firstLine="0"/>
        <w:jc w:val="left"/>
      </w:pPr>
      <w:r>
        <w:rPr>
          <w:rFonts w:ascii="Times New Roman" w:hAnsi="Times New Roman" w:eastAsia="Times New Roman" w:cs="Times New Roman"/>
          <w:b w:val="0"/>
          <w:sz w:val="24"/>
        </w:rPr>
        <w:t>97.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 you know what the current minimum wage is for plaintiff's job position?</w:t>
      </w:r>
    </w:p>
    <w:p>
      <w:pPr>
        <w:keepNext w:val="0"/>
        <w:spacing w:before="120" w:after="0" w:line="260" w:lineRule="exact"/>
        <w:ind w:left="720" w:right="0" w:firstLine="0"/>
        <w:jc w:val="left"/>
      </w:pPr>
      <w:r>
        <w:rPr>
          <w:rFonts w:ascii="Times New Roman" w:hAnsi="Times New Roman" w:eastAsia="Times New Roman" w:cs="Times New Roman"/>
          <w:b w:val="0"/>
          <w:sz w:val="24"/>
        </w:rPr>
        <w:t>98.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 current minimum wage requirements set by [employer] established by state or federal law?</w:t>
      </w:r>
    </w:p>
    <w:p>
      <w:pPr>
        <w:keepNext w:val="0"/>
        <w:spacing w:before="120" w:after="0" w:line="260" w:lineRule="exact"/>
        <w:ind w:left="720" w:right="0" w:firstLine="0"/>
        <w:jc w:val="left"/>
      </w:pPr>
      <w:r>
        <w:rPr>
          <w:rFonts w:ascii="Times New Roman" w:hAnsi="Times New Roman" w:eastAsia="Times New Roman" w:cs="Times New Roman"/>
          <w:b w:val="0"/>
          <w:sz w:val="24"/>
        </w:rPr>
        <w:t>99.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that minimum wage for [plaintiff]'s job position changed since you have been employed by [employer]?</w:t>
      </w:r>
    </w:p>
    <w:p>
      <w:pPr>
        <w:keepNext w:val="0"/>
        <w:spacing w:before="120" w:after="0" w:line="260" w:lineRule="exact"/>
        <w:ind w:left="720" w:right="0" w:firstLine="0"/>
        <w:jc w:val="left"/>
      </w:pPr>
      <w:r>
        <w:rPr>
          <w:rFonts w:ascii="Times New Roman" w:hAnsi="Times New Roman" w:eastAsia="Times New Roman" w:cs="Times New Roman"/>
          <w:b w:val="0"/>
          <w:sz w:val="24"/>
        </w:rPr>
        <w:t>100.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your current job position, do you have any responsibility for ensuring that [employer] complies with minimum wage laws?</w:t>
      </w:r>
    </w:p>
    <w:p>
      <w:pPr>
        <w:keepNext w:val="0"/>
        <w:spacing w:before="120" w:after="0" w:line="260" w:lineRule="exact"/>
        <w:ind w:left="720" w:right="0" w:firstLine="0"/>
        <w:jc w:val="left"/>
      </w:pPr>
      <w:r>
        <w:rPr>
          <w:rFonts w:ascii="Times New Roman" w:hAnsi="Times New Roman" w:eastAsia="Times New Roman" w:cs="Times New Roman"/>
          <w:b w:val="0"/>
          <w:sz w:val="24"/>
        </w:rPr>
        <w:t>101.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hourly nonexempt employees does [employer] currently employ?</w:t>
      </w:r>
    </w:p>
    <w:p>
      <w:pPr>
        <w:keepNext w:val="0"/>
        <w:spacing w:before="120" w:after="0" w:line="260" w:lineRule="exact"/>
        <w:ind w:left="720" w:right="0" w:firstLine="0"/>
        <w:jc w:val="left"/>
      </w:pPr>
      <w:r>
        <w:rPr>
          <w:rFonts w:ascii="Times New Roman" w:hAnsi="Times New Roman" w:eastAsia="Times New Roman" w:cs="Times New Roman"/>
          <w:b w:val="0"/>
          <w:sz w:val="24"/>
        </w:rPr>
        <w:t>102.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[previous year] how many hourly nonexempt employees did [employer] employ?</w:t>
      </w:r>
    </w:p>
    <w:p>
      <w:pPr>
        <w:keepNext w:val="0"/>
        <w:spacing w:before="120" w:after="0" w:line="260" w:lineRule="exact"/>
        <w:ind w:left="720" w:right="0" w:firstLine="0"/>
        <w:jc w:val="left"/>
      </w:pPr>
      <w:r>
        <w:rPr>
          <w:rFonts w:ascii="Times New Roman" w:hAnsi="Times New Roman" w:eastAsia="Times New Roman" w:cs="Times New Roman"/>
          <w:b w:val="0"/>
          <w:sz w:val="24"/>
        </w:rPr>
        <w:t>103.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steps do you take as part of your job duties to ensure that [employer] is in compliance with minimum wage laws?</w:t>
      </w:r>
    </w:p>
    <w:p>
      <w:pPr>
        <w:keepNext w:val="0"/>
        <w:spacing w:before="120" w:after="0" w:line="260" w:lineRule="exact"/>
        <w:ind w:left="720" w:right="0" w:firstLine="0"/>
        <w:jc w:val="left"/>
      </w:pPr>
      <w:r>
        <w:rPr>
          <w:rFonts w:ascii="Times New Roman" w:hAnsi="Times New Roman" w:eastAsia="Times New Roman" w:cs="Times New Roman"/>
          <w:b w:val="0"/>
          <w:sz w:val="24"/>
        </w:rPr>
        <w:t>104.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your current job position, do you have any responsibility for enforcing [employer]'s payment of the minimum wage to nonexempt hourly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steps do you take to enforce the payment of the minimum wage to [employer]'s nonexempt hourly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Which departments within [employer] are responsible for ensuring payment of minimum wage to nonexempt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tenure with [employer] which persons within the company have been responsible for ensuring payment of minimum wage to nonexempt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tenure with [employer] have you ever participated in any implementation steps regarding the payment of minimum wage to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employment with [employer] have you participated in any discussions or meetings regarding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110.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did the meeting take place?</w:t>
      </w:r>
    </w:p>
    <w:p>
      <w:pPr>
        <w:keepNext w:val="0"/>
        <w:spacing w:before="120" w:after="0" w:line="260" w:lineRule="exact"/>
        <w:ind w:left="720" w:right="0" w:firstLine="0"/>
        <w:jc w:val="left"/>
      </w:pPr>
      <w:r>
        <w:rPr>
          <w:rFonts w:ascii="Times New Roman" w:hAnsi="Times New Roman" w:eastAsia="Times New Roman" w:cs="Times New Roman"/>
          <w:b w:val="0"/>
          <w:sz w:val="24"/>
        </w:rPr>
        <w:t>111.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else participated in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112.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there any minutes or other documents that reflect what happened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113.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there any agendas, itineraries, budgets, charts, tables, slides, or announcements related to that meeting?</w:t>
      </w:r>
    </w:p>
    <w:p>
      <w:pPr>
        <w:keepNext w:val="0"/>
        <w:spacing w:before="120" w:after="0" w:line="260" w:lineRule="exact"/>
        <w:ind w:left="720" w:right="0" w:firstLine="0"/>
        <w:jc w:val="left"/>
      </w:pPr>
      <w:r>
        <w:rPr>
          <w:rFonts w:ascii="Times New Roman" w:hAnsi="Times New Roman" w:eastAsia="Times New Roman" w:cs="Times New Roman"/>
          <w:b w:val="0"/>
          <w:sz w:val="24"/>
        </w:rPr>
        <w:t>114.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was discussed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115.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were the outcomes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116.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actions occurred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w:t>
      </w:r>
    </w:p>
    <w:p>
      <w:pPr>
        <w:keepNext w:val="0"/>
        <w:spacing w:before="120" w:after="0" w:line="260" w:lineRule="exact"/>
        <w:ind w:left="720" w:right="0" w:firstLine="0"/>
        <w:jc w:val="left"/>
      </w:pPr>
      <w:r>
        <w:rPr>
          <w:rFonts w:ascii="Times New Roman" w:hAnsi="Times New Roman" w:eastAsia="Times New Roman" w:cs="Times New Roman"/>
          <w:b w:val="0"/>
          <w:sz w:val="24"/>
        </w:rPr>
        <w:t>117.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employment with [employer] have you participated in any discussions or meetings regarding changes to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118.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was the outcome of any discussions you participated in regarding changes to [employer]'s minimum wage policy?</w:t>
      </w:r>
    </w:p>
    <w:p>
      <w:pPr>
        <w:keepNext w:val="0"/>
        <w:spacing w:before="120" w:after="0" w:line="260" w:lineRule="exact"/>
        <w:ind w:left="720" w:right="0" w:firstLine="0"/>
        <w:jc w:val="left"/>
      </w:pPr>
      <w:r>
        <w:rPr>
          <w:rFonts w:ascii="Times New Roman" w:hAnsi="Times New Roman" w:eastAsia="Times New Roman" w:cs="Times New Roman"/>
          <w:b w:val="0"/>
          <w:sz w:val="24"/>
        </w:rPr>
        <w:t>119.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calculations does [employer] make to ensure that all nonexempt employees are paid the applicable minimum wage?</w:t>
      </w:r>
    </w:p>
    <w:p>
      <w:pPr>
        <w:keepNext w:val="0"/>
        <w:spacing w:before="120" w:after="0" w:line="260" w:lineRule="exact"/>
        <w:ind w:left="720" w:right="0" w:firstLine="0"/>
        <w:jc w:val="left"/>
      </w:pPr>
      <w:r>
        <w:rPr>
          <w:rFonts w:ascii="Times New Roman" w:hAnsi="Times New Roman" w:eastAsia="Times New Roman" w:cs="Times New Roman"/>
          <w:b w:val="0"/>
          <w:sz w:val="24"/>
        </w:rPr>
        <w:t>120.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than payroll taxes, are any additional deductions ever taken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paycheck for expenses like testing, tools, medical examinations, training, equipment deposits, damage to equipment, etc.?</w:t>
      </w:r>
    </w:p>
    <w:p>
      <w:pPr>
        <w:keepNext w:val="0"/>
        <w:spacing w:before="120" w:after="0" w:line="260" w:lineRule="exact"/>
        <w:ind w:left="720" w:right="0" w:firstLine="0"/>
        <w:jc w:val="left"/>
      </w:pPr>
      <w:r>
        <w:rPr>
          <w:rFonts w:ascii="Times New Roman" w:hAnsi="Times New Roman" w:eastAsia="Times New Roman" w:cs="Times New Roman"/>
          <w:b w:val="0"/>
          <w:sz w:val="24"/>
        </w:rPr>
        <w:t>121.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verification procedures does [employer] use to make sure that all nonexempt employees are paid the applicable minimum wage?</w:t>
      </w:r>
    </w:p>
    <w:p>
      <w:pPr>
        <w:keepNext w:val="0"/>
        <w:spacing w:before="120" w:after="0" w:line="260" w:lineRule="exact"/>
        <w:ind w:left="720" w:right="0" w:firstLine="0"/>
        <w:jc w:val="left"/>
      </w:pPr>
      <w:r>
        <w:rPr>
          <w:rFonts w:ascii="Times New Roman" w:hAnsi="Times New Roman" w:eastAsia="Times New Roman" w:cs="Times New Roman"/>
          <w:b w:val="0"/>
          <w:sz w:val="24"/>
        </w:rPr>
        <w:t>122.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there any business expenses for which [employer] does not reimburse nonexempt employees, such as gas, mileage, tolls, travel,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cell phone for business, etc.?</w:t>
      </w:r>
    </w:p>
    <w:p>
      <w:pPr>
        <w:keepNext w:val="0"/>
        <w:spacing w:before="120" w:after="0" w:line="260" w:lineRule="exact"/>
        <w:ind w:left="720" w:right="0" w:firstLine="0"/>
        <w:jc w:val="left"/>
      </w:pPr>
      <w:r>
        <w:rPr>
          <w:rFonts w:ascii="Times New Roman" w:hAnsi="Times New Roman" w:eastAsia="Times New Roman" w:cs="Times New Roman"/>
          <w:b w:val="0"/>
          <w:sz w:val="24"/>
        </w:rPr>
        <w:t>123.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 nonexempt employees report expenses to [employer]?</w:t>
      </w:r>
    </w:p>
    <w:p>
      <w:pPr>
        <w:keepNext w:val="0"/>
        <w:spacing w:before="120" w:after="0" w:line="260" w:lineRule="exact"/>
        <w:ind w:left="720" w:right="0" w:firstLine="0"/>
        <w:jc w:val="left"/>
      </w:pPr>
      <w:r>
        <w:rPr>
          <w:rFonts w:ascii="Times New Roman" w:hAnsi="Times New Roman" w:eastAsia="Times New Roman" w:cs="Times New Roman"/>
          <w:b w:val="0"/>
          <w:sz w:val="24"/>
        </w:rPr>
        <w:t>124.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require nonexempt employees to submit expense reports for reimbursement of expenses?</w:t>
      </w:r>
    </w:p>
    <w:p>
      <w:pPr>
        <w:keepNext w:val="0"/>
        <w:spacing w:before="120" w:after="0" w:line="260" w:lineRule="exact"/>
        <w:ind w:left="720" w:right="0" w:firstLine="0"/>
        <w:jc w:val="left"/>
      </w:pPr>
      <w:r>
        <w:rPr>
          <w:rFonts w:ascii="Times New Roman" w:hAnsi="Times New Roman" w:eastAsia="Times New Roman" w:cs="Times New Roman"/>
          <w:b w:val="0"/>
          <w:sz w:val="24"/>
        </w:rPr>
        <w:t>125.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long after submission of the expense report does it take for [employer] to reimburse the employee for the expenses?</w:t>
      </w:r>
    </w:p>
    <w:p>
      <w:pPr>
        <w:keepNext w:val="0"/>
        <w:spacing w:before="120" w:after="0" w:line="260" w:lineRule="exact"/>
        <w:ind w:left="720" w:right="0" w:firstLine="0"/>
        <w:jc w:val="left"/>
      </w:pPr>
      <w:r>
        <w:rPr>
          <w:rFonts w:ascii="Times New Roman" w:hAnsi="Times New Roman" w:eastAsia="Times New Roman" w:cs="Times New Roman"/>
          <w:b w:val="0"/>
          <w:sz w:val="24"/>
        </w:rPr>
        <w:t>126.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often does [employer] reimburse expenses to employees?</w:t>
      </w:r>
    </w:p>
    <w:p>
      <w:pPr>
        <w:keepNext w:val="0"/>
        <w:spacing w:before="120" w:after="0" w:line="260" w:lineRule="exact"/>
        <w:ind w:left="720" w:right="0" w:firstLine="0"/>
        <w:jc w:val="left"/>
      </w:pPr>
      <w:r>
        <w:rPr>
          <w:rFonts w:ascii="Times New Roman" w:hAnsi="Times New Roman" w:eastAsia="Times New Roman" w:cs="Times New Roman"/>
          <w:b w:val="0"/>
          <w:sz w:val="24"/>
        </w:rPr>
        <w:t>127.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requirements does [employer] impose for reimbursement of expenses?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Does [employer]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for reimbursement of expenses?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employee does not meet the requirements for reimbursement of expenses, does [employer] refuse to reimburse the expenses?</w:t>
      </w:r>
    </w:p>
    <w:p>
      <w:pPr>
        <w:keepNext w:val="0"/>
        <w:spacing w:before="200" w:after="0" w:line="260" w:lineRule="exact"/>
        <w:ind w:left="360" w:right="0" w:firstLine="0"/>
        <w:jc w:val="both"/>
      </w:pPr>
      <w:r>
        <w:rPr>
          <w:rFonts w:ascii="Times New Roman" w:hAnsi="Times New Roman" w:eastAsia="Times New Roman" w:cs="Times New Roman"/>
          <w:b/>
          <w:sz w:val="24"/>
        </w:rPr>
        <w:t>Section Eight: Previous Complaints of Minimum Wage Violations</w:t>
      </w:r>
    </w:p>
    <w:p>
      <w:pPr>
        <w:keepNext w:val="0"/>
        <w:spacing w:before="120" w:after="0" w:line="260" w:lineRule="exact"/>
        <w:ind w:left="720" w:right="0" w:firstLine="0"/>
        <w:jc w:val="left"/>
      </w:pPr>
      <w:r>
        <w:rPr>
          <w:rFonts w:ascii="Times New Roman" w:hAnsi="Times New Roman" w:eastAsia="Times New Roman" w:cs="Times New Roman"/>
          <w:b w:val="0"/>
          <w:sz w:val="24"/>
        </w:rPr>
        <w:t>128.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your tenure with [employer] do you know of any complaints [employer] received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was not receiving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made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the complaint made?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the employee complain orally or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received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nature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was the complaint resolved?</w:t>
      </w:r>
    </w:p>
    <w:p>
      <w:pPr>
        <w:keepNext w:val="0"/>
        <w:spacing w:before="120" w:after="0" w:line="260" w:lineRule="exact"/>
        <w:ind w:left="720" w:right="0" w:firstLine="0"/>
        <w:jc w:val="left"/>
      </w:pPr>
      <w:r>
        <w:rPr>
          <w:rFonts w:ascii="Times New Roman" w:hAnsi="Times New Roman" w:eastAsia="Times New Roman" w:cs="Times New Roman"/>
          <w:b w:val="0"/>
          <w:sz w:val="24"/>
        </w:rPr>
        <w:t>129.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Have you ever received any complaints that [employer] was paying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less than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did you receive the complaint from?</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employee's job title?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was the complaint made?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hourly pay that was being paid to the employee who complained that he or she was making less than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 complaint made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 complaint internal?</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 employee who made the complaint represented by counsel?</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the complaint ever become part of any civil or administrative action?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Who were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was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was the venue?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was the case number?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Who else might know this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What are the titles of documents related to that action?</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Please describe each document related to that action for which you do not know or remember the title.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 employee who made the complaint classified as exempt or nonexempt by [employer]?</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was the complaint resolved?</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the resolution involve [employer] making payments to the employee to compensate for the failure to pay minimum wage?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resolution involved making payments to the employee to compensate for the failure to pay minimum wage, how were the back payments calculated?</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resolution involved making payments to compensate for the failure to pay minimum wage, did the employee receive any additional sums from [employer] other than back pay, such as penalties or interest?</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participated in the resolution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there any settlement or release of claims as part of the resolution?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or [employer] ever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conclusion as to whether the employee had actually been paid less than minimum wage?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employee was paid less than minimum wage, were you able to determine what happened within [employer] that caused the employee to be paid less than minimum wage?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employee was paid less than minimum wage, was the issue or problem that caused the failure to pay minimum wage corrected?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employee was paid less than minimum wage, how was the issue or problem that caused the failure to pay minimum wage corrected, so as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recurrence?</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the employee who made the complaint have any recurring problems?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employee who made the complaint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recurring problem about being paid less than minimum wage, approximately how many times did it happen?</w:t>
      </w:r>
    </w:p>
    <w:p>
      <w:pPr>
        <w:keepNext w:val="0"/>
        <w:spacing w:before="120" w:after="0" w:line="260" w:lineRule="exact"/>
        <w:ind w:left="720" w:right="0" w:firstLine="0"/>
        <w:jc w:val="left"/>
      </w:pPr>
      <w:r>
        <w:rPr>
          <w:rFonts w:ascii="Times New Roman" w:hAnsi="Times New Roman" w:eastAsia="Times New Roman" w:cs="Times New Roman"/>
          <w:b w:val="0"/>
          <w:sz w:val="24"/>
        </w:rPr>
        <w:t>130.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[defendant] ever been fined or cited by any government agency for failing to pay minimum wage to any of its employees?</w:t>
      </w:r>
    </w:p>
    <w:p>
      <w:pPr>
        <w:keepNext w:val="0"/>
        <w:spacing w:before="200" w:after="0" w:line="260" w:lineRule="exact"/>
        <w:ind w:left="360" w:right="0" w:firstLine="0"/>
        <w:jc w:val="both"/>
      </w:pPr>
      <w:r>
        <w:rPr>
          <w:rFonts w:ascii="Times New Roman" w:hAnsi="Times New Roman" w:eastAsia="Times New Roman" w:cs="Times New Roman"/>
          <w:b/>
          <w:sz w:val="24"/>
        </w:rPr>
        <w:t>Section Nine: Minimum Wage Violations Due to Misclassification as Exempt</w:t>
      </w:r>
    </w:p>
    <w:p>
      <w:pPr>
        <w:keepNext w:val="0"/>
        <w:spacing w:before="120" w:after="0" w:line="260" w:lineRule="exact"/>
        <w:ind w:left="720" w:right="0" w:firstLine="0"/>
        <w:jc w:val="left"/>
      </w:pPr>
      <w:r>
        <w:rPr>
          <w:rFonts w:ascii="Times New Roman" w:hAnsi="Times New Roman" w:eastAsia="Times New Roman" w:cs="Times New Roman"/>
          <w:b w:val="0"/>
          <w:sz w:val="24"/>
        </w:rPr>
        <w:t>131.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much was [plaintiff, the misclassified employee]'s annual salary during the time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[plaintiff name] make managerial decisions for [employer]?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what were those managerial decisions?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have the authority to hire and fire employees?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have the authority to promote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have the authority to set salaries for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have the authority to give assignments to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perform any manual work for [employer]?</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oversee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oversaw other employees, how many employees reported to [plaintiff]?</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exercise independent judgment on [employer's behalf]?</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what decisions did [plaintiff] make to exercise [plaintiff's] independent judgment on [employer's] behalf?</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prepare schedules for other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prepare budgets for any of [employer's] departments?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[plaintiff] approve expenditures by [employer]?</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what type of expenditures did [plaintiff] control or approve?</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much of [plaintiff]'s time did [he/she] spend on these managerial duties?</w:t>
      </w:r>
    </w:p>
    <w:p>
      <w:pPr>
        <w:keepNext w:val="0"/>
        <w:spacing w:before="120" w:after="0" w:line="260" w:lineRule="exact"/>
        <w:ind w:left="720" w:right="0" w:firstLine="0"/>
        <w:jc w:val="left"/>
      </w:pPr>
      <w:r>
        <w:rPr>
          <w:rFonts w:ascii="Times New Roman" w:hAnsi="Times New Roman" w:eastAsia="Times New Roman" w:cs="Times New Roman"/>
          <w:b w:val="0"/>
          <w:sz w:val="24"/>
        </w:rPr>
        <w:t>133.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[plaintiff]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administrative, or professional employee?</w:t>
      </w:r>
    </w:p>
    <w:p>
      <w:pPr>
        <w:keepNext w:val="0"/>
        <w:spacing w:before="120" w:after="0" w:line="260" w:lineRule="exact"/>
        <w:ind w:left="720" w:right="0" w:firstLine="0"/>
        <w:jc w:val="left"/>
      </w:pPr>
      <w:r>
        <w:rPr>
          <w:rFonts w:ascii="Times New Roman" w:hAnsi="Times New Roman" w:eastAsia="Times New Roman" w:cs="Times New Roman"/>
          <w:b w:val="0"/>
          <w:sz w:val="24"/>
        </w:rPr>
        <w:t>134.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employee, to what profession did [plaintiff] belong?</w:t>
      </w:r>
    </w:p>
    <w:p>
      <w:pPr>
        <w:keepNext w:val="0"/>
        <w:spacing w:before="120" w:after="0" w:line="260" w:lineRule="exact"/>
        <w:ind w:left="720" w:right="0" w:firstLine="0"/>
        <w:jc w:val="left"/>
      </w:pPr>
      <w:r>
        <w:rPr>
          <w:rFonts w:ascii="Times New Roman" w:hAnsi="Times New Roman" w:eastAsia="Times New Roman" w:cs="Times New Roman"/>
          <w:b w:val="0"/>
          <w:sz w:val="24"/>
        </w:rPr>
        <w:t>135.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employee, what licenses or certifications did [plaintiff] possess that established [plaintiff's] professional status?</w:t>
      </w:r>
    </w:p>
    <w:p>
      <w:pPr>
        <w:keepNext w:val="0"/>
        <w:spacing w:before="120" w:after="0" w:line="260" w:lineRule="exact"/>
        <w:ind w:left="720" w:right="0" w:firstLine="0"/>
        <w:jc w:val="left"/>
      </w:pPr>
      <w:r>
        <w:rPr>
          <w:rFonts w:ascii="Times New Roman" w:hAnsi="Times New Roman" w:eastAsia="Times New Roman" w:cs="Times New Roman"/>
          <w:b w:val="0"/>
          <w:sz w:val="24"/>
        </w:rPr>
        <w:t>136.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[plaintiff] was performing [plaintiff's] job duties, was there someone directly supervising [plaintiff]?</w:t>
      </w:r>
    </w:p>
    <w:p>
      <w:pPr>
        <w:keepNext w:val="0"/>
        <w:spacing w:before="120" w:after="0" w:line="260" w:lineRule="exact"/>
        <w:ind w:left="720" w:right="0" w:firstLine="0"/>
        <w:jc w:val="left"/>
      </w:pPr>
      <w:r>
        <w:rPr>
          <w:rFonts w:ascii="Times New Roman" w:hAnsi="Times New Roman" w:eastAsia="Times New Roman" w:cs="Times New Roman"/>
          <w:b w:val="0"/>
          <w:sz w:val="24"/>
        </w:rPr>
        <w:t>137.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[plaintiff] directly supervising other employees during the performance of their job duties?</w:t>
      </w:r>
    </w:p>
    <w:p>
      <w:pPr>
        <w:keepNext w:val="0"/>
        <w:spacing w:before="120" w:after="0" w:line="260" w:lineRule="exact"/>
        <w:ind w:left="720" w:right="0" w:firstLine="0"/>
        <w:jc w:val="left"/>
      </w:pPr>
      <w:r>
        <w:rPr>
          <w:rFonts w:ascii="Times New Roman" w:hAnsi="Times New Roman" w:eastAsia="Times New Roman" w:cs="Times New Roman"/>
          <w:b w:val="0"/>
          <w:sz w:val="24"/>
        </w:rPr>
        <w:t>138.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[plaintiff, the misclassified employee] keep track of the hours [plaintiff] worked by clocking in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sheet?</w:t>
      </w:r>
    </w:p>
    <w:p>
      <w:pPr>
        <w:keepNext w:val="0"/>
        <w:spacing w:before="120" w:after="0" w:line="260" w:lineRule="exact"/>
        <w:ind w:left="720" w:right="0" w:firstLine="0"/>
        <w:jc w:val="left"/>
      </w:pPr>
      <w:r>
        <w:rPr>
          <w:rFonts w:ascii="Times New Roman" w:hAnsi="Times New Roman" w:eastAsia="Times New Roman" w:cs="Times New Roman"/>
          <w:b w:val="0"/>
          <w:sz w:val="24"/>
        </w:rPr>
        <w:t>139.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[plaintiff, the misclassified employee] ever paid overtime during the time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what conditions would [plaintiff, the misclassified employee] be entitled to overtime pay when [he or she]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were [plaintiff, the misclassified employee]'s typical work hours each day during the time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hours did [plaintiff, the misclassified employee] typically work each week during the time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often was [plaintiff, the misclassified employee] required to work more than eight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when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often was [plaintiff, the misclassified employee] required to work more than 40 hours per week when [plaintiff] held the position of [misclassified job title]?</w:t>
      </w:r>
    </w:p>
    <w:p>
      <w:pPr>
        <w:keepNext w:val="0"/>
        <w:spacing w:before="120" w:after="0" w:line="260" w:lineRule="exact"/>
        <w:ind w:left="720" w:right="0" w:firstLine="0"/>
        <w:jc w:val="left"/>
      </w:pPr>
      <w:r>
        <w:rPr>
          <w:rFonts w:ascii="Times New Roman" w:hAnsi="Times New Roman" w:eastAsia="Times New Roman" w:cs="Times New Roman"/>
          <w:b w:val="0"/>
          <w:sz w:val="24"/>
        </w:rPr>
        <w:t>145.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[plaintiff, the misclassified employee] held the position of [misclassified job title], was [he or she] ever required to work "on call"?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being on call mean being available to come to work or otherwise respond to the [employer]'s needs when [he or she] was not at work?</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[plaintiff, the misclassified employee] held the position of [misclassified job title], approximately how many hours per week was [he or she] required to be on call?</w:t>
      </w:r>
    </w:p>
    <w:p>
      <w:pPr>
        <w:keepNext w:val="0"/>
        <w:spacing w:before="120" w:after="0" w:line="260" w:lineRule="exact"/>
        <w:ind w:left="720" w:right="0" w:firstLine="0"/>
        <w:jc w:val="left"/>
      </w:pPr>
      <w:r>
        <w:rPr>
          <w:rFonts w:ascii="Times New Roman" w:hAnsi="Times New Roman" w:eastAsia="Times New Roman" w:cs="Times New Roman"/>
          <w:b w:val="0"/>
          <w:sz w:val="24"/>
        </w:rPr>
        <w:t>146.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were [plaintiff, the misclassified employee's] job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[misclassified job title]?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[first job duty mentioned], how many hours per week did [plaintiff] spend performing it?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question 140(</w:t>
      </w:r>
      <w:r>
        <w:rPr>
          <w:rFonts w:ascii="Times New Roman" w:hAnsi="Times New Roman" w:eastAsia="Times New Roman" w:cs="Times New Roman"/>
          <w:b/>
          <w:sz w:val="24"/>
        </w:rPr>
        <w:t>a</w:t>
      </w:r>
      <w:r>
        <w:rPr>
          <w:rFonts w:ascii="Times New Roman" w:hAnsi="Times New Roman" w:eastAsia="Times New Roman" w:cs="Times New Roman"/>
          <w:b w:val="0"/>
          <w:sz w:val="24"/>
        </w:rPr>
        <w:t>) for each job duty.]</w:t>
      </w:r>
    </w:p>
    <w:p>
      <w:pPr>
        <w:keepNext w:val="0"/>
        <w:spacing w:before="200" w:after="0" w:line="260" w:lineRule="exact"/>
        <w:ind w:left="360" w:right="0" w:firstLine="0"/>
        <w:jc w:val="both"/>
      </w:pPr>
      <w:r>
        <w:rPr>
          <w:rFonts w:ascii="Times New Roman" w:hAnsi="Times New Roman" w:eastAsia="Times New Roman" w:cs="Times New Roman"/>
          <w:b/>
          <w:sz w:val="24"/>
        </w:rPr>
        <w:t>Section Ten: Minimum Wage Violations Due to Unpaid On-Call Work</w:t>
      </w:r>
    </w:p>
    <w:p>
      <w:pPr>
        <w:keepNext w:val="0"/>
        <w:spacing w:before="120" w:after="0" w:line="260" w:lineRule="exact"/>
        <w:ind w:left="720" w:right="0" w:firstLine="0"/>
        <w:jc w:val="left"/>
      </w:pPr>
      <w:r>
        <w:rPr>
          <w:rFonts w:ascii="Times New Roman" w:hAnsi="Times New Roman" w:eastAsia="Times New Roman" w:cs="Times New Roman"/>
          <w:b w:val="0"/>
          <w:sz w:val="24"/>
        </w:rPr>
        <w:t>147.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Was [plaintiff] ever required to be "on call"?</w:t>
      </w:r>
    </w:p>
    <w:p>
      <w:pPr>
        <w:keepNext w:val="0"/>
        <w:spacing w:before="120" w:after="0" w:line="260" w:lineRule="exact"/>
        <w:ind w:left="720" w:right="0" w:firstLine="0"/>
        <w:jc w:val="left"/>
      </w:pPr>
      <w:r>
        <w:rPr>
          <w:rFonts w:ascii="Times New Roman" w:hAnsi="Times New Roman" w:eastAsia="Times New Roman" w:cs="Times New Roman"/>
          <w:b w:val="0"/>
          <w:sz w:val="24"/>
        </w:rPr>
        <w:t>148.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did being "on call" mean?</w:t>
      </w:r>
    </w:p>
    <w:p>
      <w:pPr>
        <w:keepNext w:val="0"/>
        <w:spacing w:before="120" w:after="0" w:line="260" w:lineRule="exact"/>
        <w:ind w:left="720" w:right="0" w:firstLine="0"/>
        <w:jc w:val="left"/>
      </w:pPr>
      <w:r>
        <w:rPr>
          <w:rFonts w:ascii="Times New Roman" w:hAnsi="Times New Roman" w:eastAsia="Times New Roman" w:cs="Times New Roman"/>
          <w:b w:val="0"/>
          <w:sz w:val="24"/>
        </w:rPr>
        <w:t>149.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Approximately how many hours per week was [plaintiff] required to be on call?</w:t>
      </w:r>
    </w:p>
    <w:p>
      <w:pPr>
        <w:keepNext w:val="0"/>
        <w:spacing w:before="120" w:after="0" w:line="260" w:lineRule="exact"/>
        <w:ind w:left="720" w:right="0" w:firstLine="0"/>
        <w:jc w:val="left"/>
      </w:pPr>
      <w:r>
        <w:rPr>
          <w:rFonts w:ascii="Times New Roman" w:hAnsi="Times New Roman" w:eastAsia="Times New Roman" w:cs="Times New Roman"/>
          <w:b w:val="0"/>
          <w:sz w:val="24"/>
        </w:rPr>
        <w:t>150.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[employer] ever require its employees to remain near work so that they would be available to return to work quickly (for instance, within one hour's travel) should they be needed?</w:t>
      </w:r>
    </w:p>
    <w:p>
      <w:pPr>
        <w:keepNext w:val="0"/>
        <w:spacing w:before="120" w:after="0" w:line="260" w:lineRule="exact"/>
        <w:ind w:left="720" w:right="0" w:firstLine="0"/>
        <w:jc w:val="left"/>
      </w:pPr>
      <w:r>
        <w:rPr>
          <w:rFonts w:ascii="Times New Roman" w:hAnsi="Times New Roman" w:eastAsia="Times New Roman" w:cs="Times New Roman"/>
          <w:b w:val="0"/>
          <w:sz w:val="24"/>
        </w:rPr>
        <w:t>151.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so, were the employees compensated for the time they were required to remain near work so that they would be available to return quickly if they were needed?</w:t>
      </w:r>
    </w:p>
    <w:p>
      <w:pPr>
        <w:keepNext w:val="0"/>
        <w:spacing w:before="120" w:after="0" w:line="260" w:lineRule="exact"/>
        <w:ind w:left="720" w:right="0" w:firstLine="0"/>
        <w:jc w:val="left"/>
      </w:pPr>
      <w:r>
        <w:rPr>
          <w:rFonts w:ascii="Times New Roman" w:hAnsi="Times New Roman" w:eastAsia="Times New Roman" w:cs="Times New Roman"/>
          <w:b w:val="0"/>
          <w:sz w:val="24"/>
        </w:rPr>
        <w:t>152.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much per hour were the employees compensated when they were required to remain near work so that they would be available to return quickly if they were needed?</w:t>
      </w:r>
    </w:p>
    <w:p>
      <w:pPr>
        <w:keepNext w:val="0"/>
        <w:spacing w:before="120" w:after="0" w:line="260" w:lineRule="exact"/>
        <w:ind w:left="720" w:right="0" w:firstLine="0"/>
        <w:jc w:val="left"/>
      </w:pPr>
      <w:r>
        <w:rPr>
          <w:rFonts w:ascii="Times New Roman" w:hAnsi="Times New Roman" w:eastAsia="Times New Roman" w:cs="Times New Roman"/>
          <w:b w:val="0"/>
          <w:sz w:val="24"/>
        </w:rPr>
        <w:t>153.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[employer] ever require its employees to respond to phone calls, texts, or emails when they were off of work?</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was each employee paid per hour for the time they spent answering phone calls, texts, or emails when they were off of work?</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much was each employee paid for this time?</w:t>
      </w:r>
    </w:p>
    <w:p>
      <w:pPr>
        <w:keepNext w:val="0"/>
        <w:spacing w:before="120" w:after="0" w:line="260" w:lineRule="exact"/>
        <w:ind w:left="720" w:right="0" w:firstLine="0"/>
        <w:jc w:val="left"/>
      </w:pPr>
      <w:r>
        <w:rPr>
          <w:rFonts w:ascii="Times New Roman" w:hAnsi="Times New Roman" w:eastAsia="Times New Roman" w:cs="Times New Roman"/>
          <w:b w:val="0"/>
          <w:sz w:val="24"/>
        </w:rPr>
        <w:t>154.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[employer] ever require its employees to remain available to answer phone calls, texts, or emails when they were off of work?</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was each employee compensated in any way for the time they remained available to answer phone calls, texts, or emails when they were off of work?</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how much was each employee paid per hour for the time they spent making themselves available to answer phone calls, texts, or emails when they were off of work?</w:t>
      </w:r>
    </w:p>
    <w:p>
      <w:pPr>
        <w:keepNext w:val="0"/>
        <w:spacing w:before="120" w:after="0" w:line="260" w:lineRule="exact"/>
        <w:ind w:left="720" w:right="0" w:firstLine="0"/>
        <w:jc w:val="left"/>
      </w:pPr>
      <w:r>
        <w:rPr>
          <w:rFonts w:ascii="Times New Roman" w:hAnsi="Times New Roman" w:eastAsia="Times New Roman" w:cs="Times New Roman"/>
          <w:b w:val="0"/>
          <w:sz w:val="24"/>
        </w:rPr>
        <w:t>155.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Were [employer]'s employees ever required to wait to receive work or job assignments at any time [during the discovery period]?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Were [employer]'s employees compensated for the time they spent waiting for job assignments?</w:t>
      </w:r>
    </w:p>
    <w:p>
      <w:pPr>
        <w:keepNext w:val="0"/>
        <w:spacing w:before="120" w:after="0" w:line="260" w:lineRule="exact"/>
        <w:ind w:left="720" w:right="0" w:firstLine="0"/>
        <w:jc w:val="left"/>
      </w:pPr>
      <w:r>
        <w:rPr>
          <w:rFonts w:ascii="Times New Roman" w:hAnsi="Times New Roman" w:eastAsia="Times New Roman" w:cs="Times New Roman"/>
          <w:b w:val="0"/>
          <w:sz w:val="24"/>
        </w:rPr>
        <w:t>156.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Did [employer]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policy in place at any time from [discovery period]?</w:t>
      </w:r>
    </w:p>
    <w:p>
      <w:pPr>
        <w:keepNext w:val="0"/>
        <w:spacing w:before="120" w:after="0" w:line="260" w:lineRule="exact"/>
        <w:ind w:left="720" w:right="0" w:firstLine="0"/>
        <w:jc w:val="left"/>
      </w:pPr>
      <w:r>
        <w:rPr>
          <w:rFonts w:ascii="Times New Roman" w:hAnsi="Times New Roman" w:eastAsia="Times New Roman" w:cs="Times New Roman"/>
          <w:b w:val="0"/>
          <w:sz w:val="24"/>
        </w:rPr>
        <w:t>157.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[employer]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on-call policy in place at any time from [discovery period], please describe what that policy was in your own words.</w:t>
      </w:r>
    </w:p>
    <w:p>
      <w:pPr>
        <w:keepNext w:val="0"/>
        <w:spacing w:before="200" w:after="0" w:line="260" w:lineRule="exact"/>
        <w:ind w:left="360" w:right="0" w:firstLine="0"/>
        <w:jc w:val="both"/>
      </w:pPr>
      <w:r>
        <w:rPr>
          <w:rFonts w:ascii="Times New Roman" w:hAnsi="Times New Roman" w:eastAsia="Times New Roman" w:cs="Times New Roman"/>
          <w:b/>
          <w:sz w:val="24"/>
        </w:rPr>
        <w:t>Section Eleven: Minimum Wage Violations Due to Off-the-Clock Work</w:t>
      </w:r>
    </w:p>
    <w:p>
      <w:pPr>
        <w:keepNext w:val="0"/>
        <w:spacing w:before="120" w:after="0" w:line="260" w:lineRule="exact"/>
        <w:ind w:left="720" w:right="0" w:firstLine="0"/>
        <w:jc w:val="left"/>
      </w:pPr>
      <w:r>
        <w:rPr>
          <w:rFonts w:ascii="Times New Roman" w:hAnsi="Times New Roman" w:eastAsia="Times New Roman" w:cs="Times New Roman"/>
          <w:b w:val="0"/>
          <w:sz w:val="24"/>
        </w:rPr>
        <w:t>158.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employees ever required to perform any job duties or job-related tasks while they are clocked out?</w:t>
      </w:r>
    </w:p>
    <w:p>
      <w:pPr>
        <w:keepNext w:val="0"/>
        <w:spacing w:before="120" w:after="0" w:line="260" w:lineRule="exact"/>
        <w:ind w:left="720" w:right="0" w:firstLine="0"/>
        <w:jc w:val="left"/>
      </w:pPr>
      <w:r>
        <w:rPr>
          <w:rFonts w:ascii="Times New Roman" w:hAnsi="Times New Roman" w:eastAsia="Times New Roman" w:cs="Times New Roman"/>
          <w:b w:val="0"/>
          <w:sz w:val="24"/>
        </w:rPr>
        <w:t>159.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employee is required to perform any job duties or job-related tasks while clocked out, why are they asked to perform these tasks off-the-clock?</w:t>
      </w:r>
    </w:p>
    <w:p>
      <w:pPr>
        <w:keepNext w:val="0"/>
        <w:spacing w:before="120" w:after="0" w:line="260" w:lineRule="exact"/>
        <w:ind w:left="720" w:right="0" w:firstLine="0"/>
        <w:jc w:val="left"/>
      </w:pPr>
      <w:r>
        <w:rPr>
          <w:rFonts w:ascii="Times New Roman" w:hAnsi="Times New Roman" w:eastAsia="Times New Roman" w:cs="Times New Roman"/>
          <w:b w:val="0"/>
          <w:sz w:val="24"/>
        </w:rPr>
        <w:t>160.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[employer] track employee time? </w:t>
      </w:r>
    </w:p>
    <w:p>
      <w:pPr>
        <w:keepNext w:val="0"/>
        <w:spacing w:before="120" w:after="0" w:line="260" w:lineRule="exact"/>
        <w:ind w:left="720" w:right="0" w:firstLine="0"/>
        <w:jc w:val="left"/>
      </w:pPr>
      <w:r>
        <w:rPr>
          <w:rFonts w:ascii="Times New Roman" w:hAnsi="Times New Roman" w:eastAsia="Times New Roman" w:cs="Times New Roman"/>
          <w:b w:val="0"/>
          <w:sz w:val="24"/>
        </w:rPr>
        <w:t>161.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use any software or time keeping system to record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time? Which one?</w:t>
      </w:r>
    </w:p>
    <w:p>
      <w:pPr>
        <w:keepNext w:val="0"/>
        <w:spacing w:before="120" w:after="0" w:line="260" w:lineRule="exact"/>
        <w:ind w:left="720" w:right="0" w:firstLine="0"/>
        <w:jc w:val="left"/>
      </w:pPr>
      <w:r>
        <w:rPr>
          <w:rFonts w:ascii="Times New Roman" w:hAnsi="Times New Roman" w:eastAsia="Times New Roman" w:cs="Times New Roman"/>
          <w:b w:val="0"/>
          <w:sz w:val="24"/>
        </w:rPr>
        <w:t>162.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to log in when they begin and end work, how do they access the system?</w:t>
      </w:r>
    </w:p>
    <w:p>
      <w:pPr>
        <w:keepNext w:val="0"/>
        <w:spacing w:before="120" w:after="0" w:line="260" w:lineRule="exact"/>
        <w:ind w:left="720" w:right="0" w:firstLine="0"/>
        <w:jc w:val="left"/>
      </w:pPr>
      <w:r>
        <w:rPr>
          <w:rFonts w:ascii="Times New Roman" w:hAnsi="Times New Roman" w:eastAsia="Times New Roman" w:cs="Times New Roman"/>
          <w:b w:val="0"/>
          <w:sz w:val="24"/>
        </w:rPr>
        <w:t>163.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the employee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unique password to access the time-keeping system?</w:t>
      </w:r>
    </w:p>
    <w:p>
      <w:pPr>
        <w:keepNext w:val="0"/>
        <w:spacing w:before="120" w:after="0" w:line="260" w:lineRule="exact"/>
        <w:ind w:left="720" w:right="0" w:firstLine="0"/>
        <w:jc w:val="left"/>
      </w:pPr>
      <w:r>
        <w:rPr>
          <w:rFonts w:ascii="Times New Roman" w:hAnsi="Times New Roman" w:eastAsia="Times New Roman" w:cs="Times New Roman"/>
          <w:b w:val="0"/>
          <w:sz w:val="24"/>
        </w:rPr>
        <w:t>164.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 managers and supervisors have the ability to modify or change employee time in the time system?</w:t>
      </w:r>
    </w:p>
    <w:p>
      <w:pPr>
        <w:keepNext w:val="0"/>
        <w:spacing w:before="120" w:after="0" w:line="260" w:lineRule="exact"/>
        <w:ind w:left="720" w:right="0" w:firstLine="0"/>
        <w:jc w:val="left"/>
      </w:pPr>
      <w:r>
        <w:rPr>
          <w:rFonts w:ascii="Times New Roman" w:hAnsi="Times New Roman" w:eastAsia="Times New Roman" w:cs="Times New Roman"/>
          <w:b w:val="0"/>
          <w:sz w:val="24"/>
        </w:rPr>
        <w:t>165.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managers and supervisors have the ability to modify or change employee time in the time system, what is the process they use to do so?</w:t>
      </w:r>
    </w:p>
    <w:p>
      <w:pPr>
        <w:keepNext w:val="0"/>
        <w:spacing w:before="120" w:after="0" w:line="260" w:lineRule="exact"/>
        <w:ind w:left="720" w:right="0" w:firstLine="0"/>
        <w:jc w:val="left"/>
      </w:pPr>
      <w:r>
        <w:rPr>
          <w:rFonts w:ascii="Times New Roman" w:hAnsi="Times New Roman" w:eastAsia="Times New Roman" w:cs="Times New Roman"/>
          <w:b w:val="0"/>
          <w:sz w:val="24"/>
        </w:rPr>
        <w:t>166.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[employer's] time keeping system track changes or modifications to employee time?</w:t>
      </w:r>
    </w:p>
    <w:p>
      <w:pPr>
        <w:keepNext w:val="0"/>
        <w:spacing w:before="120" w:after="0" w:line="260" w:lineRule="exact"/>
        <w:ind w:left="720" w:right="0" w:firstLine="0"/>
        <w:jc w:val="left"/>
      </w:pPr>
      <w:r>
        <w:rPr>
          <w:rFonts w:ascii="Times New Roman" w:hAnsi="Times New Roman" w:eastAsia="Times New Roman" w:cs="Times New Roman"/>
          <w:b w:val="0"/>
          <w:sz w:val="24"/>
        </w:rPr>
        <w:t>167.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[employer's] time system identify the person who made changes or modifications to employee time?</w:t>
      </w:r>
    </w:p>
    <w:p>
      <w:pPr>
        <w:keepNext w:val="0"/>
        <w:spacing w:before="120" w:after="0" w:line="260" w:lineRule="exact"/>
        <w:ind w:left="720" w:right="0" w:firstLine="0"/>
        <w:jc w:val="left"/>
      </w:pPr>
      <w:r>
        <w:rPr>
          <w:rFonts w:ascii="Times New Roman" w:hAnsi="Times New Roman" w:eastAsia="Times New Roman" w:cs="Times New Roman"/>
          <w:b w:val="0"/>
          <w:sz w:val="24"/>
        </w:rPr>
        <w:t>168.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what circumstances would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manager make changes or modifications to employee time?</w:t>
      </w:r>
    </w:p>
    <w:p>
      <w:pPr>
        <w:keepNext w:val="0"/>
        <w:spacing w:before="120" w:after="0" w:line="260" w:lineRule="exact"/>
        <w:ind w:left="720" w:right="0" w:firstLine="0"/>
        <w:jc w:val="left"/>
      </w:pPr>
      <w:r>
        <w:rPr>
          <w:rFonts w:ascii="Times New Roman" w:hAnsi="Times New Roman" w:eastAsia="Times New Roman" w:cs="Times New Roman"/>
          <w:b w:val="0"/>
          <w:sz w:val="24"/>
        </w:rPr>
        <w:t>169.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employees who have complained that their supervisor shorted their work time, so that they were not paid for all the time they worked?</w:t>
      </w:r>
    </w:p>
    <w:p>
      <w:pPr>
        <w:keepNext w:val="0"/>
        <w:spacing w:before="120" w:after="0" w:line="260" w:lineRule="exact"/>
        <w:ind w:left="720" w:right="0" w:firstLine="0"/>
        <w:jc w:val="left"/>
      </w:pPr>
      <w:r>
        <w:rPr>
          <w:rFonts w:ascii="Times New Roman" w:hAnsi="Times New Roman" w:eastAsia="Times New Roman" w:cs="Times New Roman"/>
          <w:b w:val="0"/>
          <w:sz w:val="24"/>
        </w:rPr>
        <w:t>170.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complaints that have been made regarding inappropriate changes to employee time?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were the complaints made?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departments within [employer's] company are responsible for handling such complaints?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made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the complaint made orally or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steps were taken to investigate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investigated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documents exist which document the complaint that was made?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was the complaint resolved?</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[employer] make any determination as to whether the complaint about inappropriate changes to employee time was valid?</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[employer's] conclusion about inappropriate changes to the employee time?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list any employees with knowledge of such complaints.</w:t>
      </w:r>
    </w:p>
    <w:p>
      <w:pPr>
        <w:keepNext w:val="0"/>
        <w:spacing w:before="120" w:after="0" w:line="260" w:lineRule="exact"/>
        <w:ind w:left="720" w:right="0" w:firstLine="0"/>
        <w:jc w:val="left"/>
      </w:pPr>
      <w:r>
        <w:rPr>
          <w:rFonts w:ascii="Times New Roman" w:hAnsi="Times New Roman" w:eastAsia="Times New Roman" w:cs="Times New Roman"/>
          <w:b w:val="0"/>
          <w:sz w:val="24"/>
        </w:rPr>
        <w:t>171.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clock in or out of work at the beginning or end of the employee's shift, what is [employer's] practice for correcting that missed time punch or entry?</w:t>
      </w:r>
    </w:p>
    <w:p>
      <w:pPr>
        <w:keepNext w:val="0"/>
        <w:spacing w:before="120" w:after="0" w:line="260" w:lineRule="exact"/>
        <w:ind w:left="720" w:right="0" w:firstLine="0"/>
        <w:jc w:val="left"/>
      </w:pPr>
      <w:r>
        <w:rPr>
          <w:rFonts w:ascii="Times New Roman" w:hAnsi="Times New Roman" w:eastAsia="Times New Roman" w:cs="Times New Roman"/>
          <w:b w:val="0"/>
          <w:sz w:val="24"/>
        </w:rPr>
        <w:t>172.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[employer's] time keeping system is not working, how is employee time tracked?</w:t>
      </w:r>
    </w:p>
    <w:p>
      <w:pPr>
        <w:keepNext w:val="0"/>
        <w:spacing w:before="120" w:after="0" w:line="260" w:lineRule="exact"/>
        <w:ind w:left="720" w:right="0" w:firstLine="0"/>
        <w:jc w:val="left"/>
      </w:pPr>
      <w:r>
        <w:rPr>
          <w:rFonts w:ascii="Times New Roman" w:hAnsi="Times New Roman" w:eastAsia="Times New Roman" w:cs="Times New Roman"/>
          <w:b w:val="0"/>
          <w:sz w:val="24"/>
        </w:rPr>
        <w:t>173.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instances where the time-keeping system has malfunctioned?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nature of the malfunction?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did it occur?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ever determine the cause of the malfunction?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was it corrected?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were time inaccuracies that resulted from the malfunction corrected?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many employees were affected by the malfunction?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any documents relating to the malfunction?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identify any employees who have information or knowledge regarding the malfunction.</w:t>
      </w:r>
    </w:p>
    <w:p>
      <w:pPr>
        <w:keepNext w:val="0"/>
        <w:spacing w:before="120" w:after="0" w:line="260" w:lineRule="exact"/>
        <w:ind w:left="720" w:right="0" w:firstLine="0"/>
        <w:jc w:val="left"/>
      </w:pPr>
      <w:r>
        <w:rPr>
          <w:rFonts w:ascii="Times New Roman" w:hAnsi="Times New Roman" w:eastAsia="Times New Roman" w:cs="Times New Roman"/>
          <w:b w:val="0"/>
          <w:sz w:val="24"/>
        </w:rPr>
        <w:t>174.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[employer's] time keeping system allow anyone to print out the employee time worked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basis?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so, who can do so?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Can the employee print our his or her time at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Can the employee print out his or her time at the end of the workweek?</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manager print out the employee's time at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shift?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or manager print out the employee's time at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sort of print-outs or reports relating to employee time does [employer's] time keeping system generate?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Which managers or supervisors review or analyze time records and reports on [employer's] behalf?</w:t>
      </w:r>
    </w:p>
    <w:p>
      <w:pPr>
        <w:keepNext w:val="0"/>
        <w:spacing w:before="120" w:after="0" w:line="260" w:lineRule="exact"/>
        <w:ind w:left="720" w:right="0" w:firstLine="0"/>
        <w:jc w:val="left"/>
      </w:pPr>
      <w:r>
        <w:rPr>
          <w:rFonts w:ascii="Times New Roman" w:hAnsi="Times New Roman" w:eastAsia="Times New Roman" w:cs="Times New Roman"/>
          <w:b w:val="0"/>
          <w:sz w:val="24"/>
        </w:rPr>
        <w:t>175.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there any instances in which the time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pay stub does not match the time actually clocked in by [employer's] time keeping system or records?</w:t>
      </w:r>
    </w:p>
    <w:p>
      <w:pPr>
        <w:keepNext w:val="0"/>
        <w:spacing w:before="120" w:after="0" w:line="260" w:lineRule="exact"/>
        <w:ind w:left="720" w:right="0" w:firstLine="0"/>
        <w:jc w:val="left"/>
      </w:pPr>
      <w:r>
        <w:rPr>
          <w:rFonts w:ascii="Times New Roman" w:hAnsi="Times New Roman" w:eastAsia="Times New Roman" w:cs="Times New Roman"/>
          <w:b w:val="0"/>
          <w:sz w:val="24"/>
        </w:rPr>
        <w:t>176.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what situations would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discrepancy occur?</w:t>
      </w:r>
    </w:p>
    <w:p>
      <w:pPr>
        <w:keepNext w:val="0"/>
        <w:spacing w:before="120" w:after="0" w:line="260" w:lineRule="exact"/>
        <w:ind w:left="720" w:right="0" w:firstLine="0"/>
        <w:jc w:val="left"/>
      </w:pPr>
      <w:r>
        <w:rPr>
          <w:rFonts w:ascii="Times New Roman" w:hAnsi="Times New Roman" w:eastAsia="Times New Roman" w:cs="Times New Roman"/>
          <w:b w:val="0"/>
          <w:sz w:val="24"/>
        </w:rPr>
        <w:t>177.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steps does [employer] take to resolve this discrepancy when it occurs?</w:t>
      </w:r>
    </w:p>
    <w:p>
      <w:pPr>
        <w:keepNext w:val="0"/>
        <w:spacing w:before="120" w:after="0" w:line="260" w:lineRule="exact"/>
        <w:ind w:left="720" w:right="0" w:firstLine="0"/>
        <w:jc w:val="left"/>
      </w:pPr>
      <w:r>
        <w:rPr>
          <w:rFonts w:ascii="Times New Roman" w:hAnsi="Times New Roman" w:eastAsia="Times New Roman" w:cs="Times New Roman"/>
          <w:b w:val="0"/>
          <w:sz w:val="24"/>
        </w:rPr>
        <w:t>178.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you aware of any complaints that [employer] has received that the time listed on the employee's pay stub does not match the number of hours that the employee actually worked?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were these complaints made?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Who made the complaints?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Approximately how many complaints like this have been received by [employer]?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were the complaints investigated?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the outcome of any investigation?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How was the complaint finally resolved?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there any documents relating to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name the employees who have any information regarding these complaints.</w:t>
      </w:r>
    </w:p>
    <w:p>
      <w:pPr>
        <w:keepNext w:val="0"/>
        <w:spacing w:before="120" w:after="0" w:line="260" w:lineRule="exact"/>
        <w:ind w:left="720" w:right="0" w:firstLine="0"/>
        <w:jc w:val="left"/>
      </w:pPr>
      <w:r>
        <w:rPr>
          <w:rFonts w:ascii="Times New Roman" w:hAnsi="Times New Roman" w:eastAsia="Times New Roman" w:cs="Times New Roman"/>
          <w:b w:val="0"/>
          <w:sz w:val="24"/>
        </w:rPr>
        <w:t>179.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[employer's] process for transmitting employee time from the time records or time keeping system into [employer's] payroll system?</w:t>
      </w:r>
    </w:p>
    <w:p>
      <w:pPr>
        <w:keepNext w:val="0"/>
        <w:spacing w:before="120" w:after="0" w:line="260" w:lineRule="exact"/>
        <w:ind w:left="720" w:right="0" w:firstLine="0"/>
        <w:jc w:val="left"/>
      </w:pPr>
      <w:r>
        <w:rPr>
          <w:rFonts w:ascii="Times New Roman" w:hAnsi="Times New Roman" w:eastAsia="Times New Roman" w:cs="Times New Roman"/>
          <w:b w:val="0"/>
          <w:sz w:val="24"/>
        </w:rPr>
        <w:t>180.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Which individuals are responsible for reporting employee time to [employer's] payroll department?</w:t>
      </w:r>
    </w:p>
    <w:p>
      <w:pPr>
        <w:keepNext w:val="0"/>
        <w:spacing w:before="120" w:after="0" w:line="260" w:lineRule="exact"/>
        <w:ind w:left="720" w:right="0" w:firstLine="0"/>
        <w:jc w:val="left"/>
      </w:pPr>
      <w:r>
        <w:rPr>
          <w:rFonts w:ascii="Times New Roman" w:hAnsi="Times New Roman" w:eastAsia="Times New Roman" w:cs="Times New Roman"/>
          <w:b w:val="0"/>
          <w:sz w:val="24"/>
        </w:rPr>
        <w:t>181.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Which individuals are responsible for inputting employee time into the payroll system?</w:t>
      </w:r>
    </w:p>
    <w:p>
      <w:pPr>
        <w:keepNext w:val="0"/>
        <w:spacing w:before="120" w:after="0" w:line="260" w:lineRule="exact"/>
        <w:ind w:left="720" w:right="0" w:firstLine="0"/>
        <w:jc w:val="left"/>
      </w:pPr>
      <w:r>
        <w:rPr>
          <w:rFonts w:ascii="Times New Roman" w:hAnsi="Times New Roman" w:eastAsia="Times New Roman" w:cs="Times New Roman"/>
          <w:b w:val="0"/>
          <w:sz w:val="24"/>
        </w:rPr>
        <w:t>182.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employee time rounded off?  For example,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checks in at 7:58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is the clock-in time rounded off to 8:00 </w:t>
      </w:r>
      <w:r>
        <w:rPr>
          <w:rFonts w:ascii="Times New Roman" w:hAnsi="Times New Roman" w:eastAsia="Times New Roman" w:cs="Times New Roman"/>
          <w:b/>
          <w:sz w:val="24"/>
        </w:rPr>
        <w:t>a</w:t>
      </w:r>
      <w:r>
        <w:rPr>
          <w:rFonts w:ascii="Times New Roman" w:hAnsi="Times New Roman" w:eastAsia="Times New Roman" w:cs="Times New Roman"/>
          <w:b w:val="0"/>
          <w:sz w:val="24"/>
        </w:rPr>
        <w:t>.m.?</w:t>
      </w:r>
    </w:p>
    <w:p>
      <w:pPr>
        <w:keepNext w:val="0"/>
        <w:spacing w:before="120" w:after="0" w:line="260" w:lineRule="exact"/>
        <w:ind w:left="720" w:right="0" w:firstLine="0"/>
        <w:jc w:val="left"/>
      </w:pPr>
      <w:r>
        <w:rPr>
          <w:rFonts w:ascii="Times New Roman" w:hAnsi="Times New Roman" w:eastAsia="Times New Roman" w:cs="Times New Roman"/>
          <w:b w:val="0"/>
          <w:sz w:val="24"/>
        </w:rPr>
        <w:t>183.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[employer's] time-rounding policy?</w:t>
      </w:r>
    </w:p>
    <w:p>
      <w:pPr>
        <w:keepNext w:val="0"/>
        <w:spacing w:before="120" w:after="0" w:line="260" w:lineRule="exact"/>
        <w:ind w:left="720" w:right="0" w:firstLine="0"/>
        <w:jc w:val="left"/>
      </w:pPr>
      <w:r>
        <w:rPr>
          <w:rFonts w:ascii="Times New Roman" w:hAnsi="Times New Roman" w:eastAsia="Times New Roman" w:cs="Times New Roman"/>
          <w:b w:val="0"/>
          <w:sz w:val="24"/>
        </w:rPr>
        <w:t>184.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the rounding policy,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clocked out at 5:28 p.m. would he or she be clocked out at 5:30 p.m.?</w:t>
      </w:r>
    </w:p>
    <w:p>
      <w:pPr>
        <w:keepNext w:val="0"/>
        <w:spacing w:before="120" w:after="0" w:line="260" w:lineRule="exact"/>
        <w:ind w:left="720" w:right="0" w:firstLine="0"/>
        <w:jc w:val="left"/>
      </w:pPr>
      <w:r>
        <w:rPr>
          <w:rFonts w:ascii="Times New Roman" w:hAnsi="Times New Roman" w:eastAsia="Times New Roman" w:cs="Times New Roman"/>
          <w:b w:val="0"/>
          <w:sz w:val="24"/>
        </w:rPr>
        <w:t>185.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the employer's rounding policy work neutrally, in favor of the employee sometimes and in favor of the employer sometimes?</w:t>
      </w:r>
    </w:p>
    <w:p>
      <w:pPr>
        <w:keepNext w:val="0"/>
        <w:spacing w:before="120" w:after="0" w:line="260" w:lineRule="exact"/>
        <w:ind w:left="720" w:right="0" w:firstLine="0"/>
        <w:jc w:val="left"/>
      </w:pPr>
      <w:r>
        <w:rPr>
          <w:rFonts w:ascii="Times New Roman" w:hAnsi="Times New Roman" w:eastAsia="Times New Roman" w:cs="Times New Roman"/>
          <w:b w:val="0"/>
          <w:sz w:val="24"/>
        </w:rPr>
        <w:t>186.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time does [plaintiff]'s shift start?</w:t>
      </w:r>
    </w:p>
    <w:p>
      <w:pPr>
        <w:keepNext w:val="0"/>
        <w:spacing w:before="120" w:after="0" w:line="260" w:lineRule="exact"/>
        <w:ind w:left="720" w:right="0" w:firstLine="0"/>
        <w:jc w:val="left"/>
      </w:pPr>
      <w:r>
        <w:rPr>
          <w:rFonts w:ascii="Times New Roman" w:hAnsi="Times New Roman" w:eastAsia="Times New Roman" w:cs="Times New Roman"/>
          <w:b w:val="0"/>
          <w:sz w:val="24"/>
        </w:rPr>
        <w:t>187.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time is [plaintiff] expected to be at work?</w:t>
      </w:r>
    </w:p>
    <w:p>
      <w:pPr>
        <w:keepNext w:val="0"/>
        <w:spacing w:before="120" w:after="0" w:line="260" w:lineRule="exact"/>
        <w:ind w:left="720" w:right="0" w:firstLine="0"/>
        <w:jc w:val="left"/>
      </w:pPr>
      <w:r>
        <w:rPr>
          <w:rFonts w:ascii="Times New Roman" w:hAnsi="Times New Roman" w:eastAsia="Times New Roman" w:cs="Times New Roman"/>
          <w:b w:val="0"/>
          <w:sz w:val="24"/>
        </w:rPr>
        <w:t>188.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begins in order to have enough time to prepare for the shift?</w:t>
      </w:r>
    </w:p>
    <w:p>
      <w:pPr>
        <w:keepNext w:val="0"/>
        <w:spacing w:before="120" w:after="0" w:line="260" w:lineRule="exact"/>
        <w:ind w:left="720" w:right="0" w:firstLine="0"/>
        <w:jc w:val="left"/>
      </w:pPr>
      <w:r>
        <w:rPr>
          <w:rFonts w:ascii="Times New Roman" w:hAnsi="Times New Roman" w:eastAsia="Times New Roman" w:cs="Times New Roman"/>
          <w:b w:val="0"/>
          <w:sz w:val="24"/>
        </w:rPr>
        <w:t>189.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to receive special instructions or training for the shift?</w:t>
      </w:r>
    </w:p>
    <w:p>
      <w:pPr>
        <w:keepNext w:val="0"/>
        <w:spacing w:before="120" w:after="0" w:line="260" w:lineRule="exact"/>
        <w:ind w:left="720" w:right="0" w:firstLine="0"/>
        <w:jc w:val="left"/>
      </w:pPr>
      <w:r>
        <w:rPr>
          <w:rFonts w:ascii="Times New Roman" w:hAnsi="Times New Roman" w:eastAsia="Times New Roman" w:cs="Times New Roman"/>
          <w:b w:val="0"/>
          <w:sz w:val="24"/>
        </w:rPr>
        <w:t>190.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in order to undergo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or bag check?</w:t>
      </w:r>
    </w:p>
    <w:p>
      <w:pPr>
        <w:keepNext w:val="0"/>
        <w:spacing w:before="120" w:after="0" w:line="260" w:lineRule="exact"/>
        <w:ind w:left="720" w:right="0" w:firstLine="0"/>
        <w:jc w:val="left"/>
      </w:pPr>
      <w:r>
        <w:rPr>
          <w:rFonts w:ascii="Times New Roman" w:hAnsi="Times New Roman" w:eastAsia="Times New Roman" w:cs="Times New Roman"/>
          <w:b w:val="0"/>
          <w:sz w:val="24"/>
        </w:rPr>
        <w:t>191.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in order to pick up special tools or equipment [he or she] will need for the job?</w:t>
      </w:r>
    </w:p>
    <w:p>
      <w:pPr>
        <w:keepNext w:val="0"/>
        <w:spacing w:before="120" w:after="0" w:line="260" w:lineRule="exact"/>
        <w:ind w:left="720" w:right="0" w:firstLine="0"/>
        <w:jc w:val="left"/>
      </w:pPr>
      <w:r>
        <w:rPr>
          <w:rFonts w:ascii="Times New Roman" w:hAnsi="Times New Roman" w:eastAsia="Times New Roman" w:cs="Times New Roman"/>
          <w:b w:val="0"/>
          <w:sz w:val="24"/>
        </w:rPr>
        <w:t>192.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to don special clothing or protective gear that can be put on only in the workplace?</w:t>
      </w:r>
    </w:p>
    <w:p>
      <w:pPr>
        <w:keepNext w:val="0"/>
        <w:spacing w:before="120" w:after="0" w:line="260" w:lineRule="exact"/>
        <w:ind w:left="720" w:right="0" w:firstLine="0"/>
        <w:jc w:val="left"/>
      </w:pPr>
      <w:r>
        <w:rPr>
          <w:rFonts w:ascii="Times New Roman" w:hAnsi="Times New Roman" w:eastAsia="Times New Roman" w:cs="Times New Roman"/>
          <w:b w:val="0"/>
          <w:sz w:val="24"/>
        </w:rPr>
        <w:t>193.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for any other reason?</w:t>
      </w:r>
    </w:p>
    <w:p>
      <w:pPr>
        <w:keepNext w:val="0"/>
        <w:spacing w:before="120" w:after="0" w:line="260" w:lineRule="exact"/>
        <w:ind w:left="720" w:right="0" w:firstLine="0"/>
        <w:jc w:val="left"/>
      </w:pPr>
      <w:r>
        <w:rPr>
          <w:rFonts w:ascii="Times New Roman" w:hAnsi="Times New Roman" w:eastAsia="Times New Roman" w:cs="Times New Roman"/>
          <w:b w:val="0"/>
          <w:sz w:val="24"/>
        </w:rPr>
        <w:t>194.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Has [plaintiff] ever been instructed to show up before [his or her] work shift so that [employer] can transport [plaintiff] to the job site?</w:t>
      </w:r>
    </w:p>
    <w:p>
      <w:pPr>
        <w:keepNext w:val="0"/>
        <w:spacing w:before="120" w:after="0" w:line="260" w:lineRule="exact"/>
        <w:ind w:left="720" w:right="0" w:firstLine="0"/>
        <w:jc w:val="left"/>
      </w:pPr>
      <w:r>
        <w:rPr>
          <w:rFonts w:ascii="Times New Roman" w:hAnsi="Times New Roman" w:eastAsia="Times New Roman" w:cs="Times New Roman"/>
          <w:b w:val="0"/>
          <w:sz w:val="24"/>
        </w:rPr>
        <w:t>195.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so, is [plaintiff] compensated for the time spent traveling to the job site?</w:t>
      </w:r>
    </w:p>
    <w:p>
      <w:pPr>
        <w:keepNext w:val="0"/>
        <w:spacing w:before="120" w:after="0" w:line="260" w:lineRule="exact"/>
        <w:ind w:left="720" w:right="0" w:firstLine="0"/>
        <w:jc w:val="left"/>
      </w:pPr>
      <w:r>
        <w:rPr>
          <w:rFonts w:ascii="Times New Roman" w:hAnsi="Times New Roman" w:eastAsia="Times New Roman" w:cs="Times New Roman"/>
          <w:b w:val="0"/>
          <w:sz w:val="24"/>
        </w:rPr>
        <w:t>196.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Furthermore,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required to report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place to receive instructions or to perform other work there, or to pick up and to carry tools, the travel from the designated place to the work place is part of the day's work, and must be counted as hours worked regardless of contract, custom, or practice." 29 C.F.R. 785.38. If [plaintiff] is required to travel from one job location to another, is [plaintiff] compensated for the travel between locations?</w:t>
      </w:r>
    </w:p>
    <w:p>
      <w:pPr>
        <w:keepNext w:val="0"/>
        <w:spacing w:before="120" w:after="0" w:line="260" w:lineRule="exact"/>
        <w:ind w:left="720" w:right="0" w:firstLine="0"/>
        <w:jc w:val="left"/>
      </w:pPr>
      <w:r>
        <w:rPr>
          <w:rFonts w:ascii="Times New Roman" w:hAnsi="Times New Roman" w:eastAsia="Times New Roman" w:cs="Times New Roman"/>
          <w:b w:val="0"/>
          <w:sz w:val="24"/>
        </w:rPr>
        <w:t>197.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[employer] track the time that [plaintiff] spends traveling from one job location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198.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[plaintiff] on the clock while traveling from one job location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199.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log or document the time spent traveling from one job location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200.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 time that [plaintiff] spends traveling from one job location to another counted as hours worked on [plaintiff's] pay stub?</w:t>
      </w:r>
    </w:p>
    <w:p>
      <w:pPr>
        <w:keepNext w:val="0"/>
        <w:spacing w:before="120" w:after="0" w:line="260" w:lineRule="exact"/>
        <w:ind w:left="720" w:right="0" w:firstLine="0"/>
        <w:jc w:val="left"/>
      </w:pPr>
      <w:r>
        <w:rPr>
          <w:rFonts w:ascii="Times New Roman" w:hAnsi="Times New Roman" w:eastAsia="Times New Roman" w:cs="Times New Roman"/>
          <w:b w:val="0"/>
          <w:sz w:val="24"/>
        </w:rPr>
        <w:t>201.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[plaintiff] ever required to travel for [employer] on overnight assignments?</w:t>
      </w:r>
    </w:p>
    <w:p>
      <w:pPr>
        <w:keepNext w:val="0"/>
        <w:spacing w:before="120" w:after="0" w:line="260" w:lineRule="exact"/>
        <w:ind w:left="720" w:right="0" w:firstLine="0"/>
        <w:jc w:val="left"/>
      </w:pPr>
      <w:r>
        <w:rPr>
          <w:rFonts w:ascii="Times New Roman" w:hAnsi="Times New Roman" w:eastAsia="Times New Roman" w:cs="Times New Roman"/>
          <w:b w:val="0"/>
          <w:sz w:val="24"/>
        </w:rPr>
        <w:t>202.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is required to travel for [employer] on overnight assignments, is [plaintiff] compensated for the time [plaintiff] spends away from home overnight?</w:t>
      </w:r>
    </w:p>
    <w:p>
      <w:pPr>
        <w:keepNext w:val="0"/>
        <w:spacing w:before="120" w:after="0" w:line="260" w:lineRule="exact"/>
        <w:ind w:left="720" w:right="0" w:firstLine="0"/>
        <w:jc w:val="left"/>
      </w:pPr>
      <w:r>
        <w:rPr>
          <w:rFonts w:ascii="Times New Roman" w:hAnsi="Times New Roman" w:eastAsia="Times New Roman" w:cs="Times New Roman"/>
          <w:b w:val="0"/>
          <w:sz w:val="24"/>
        </w:rPr>
        <w:t>203.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[employer] record the hours that [plaintiff] spends traveling away from home on overnight assignments?</w:t>
      </w:r>
    </w:p>
    <w:p>
      <w:pPr>
        <w:keepNext w:val="0"/>
        <w:spacing w:before="200" w:after="0" w:line="260" w:lineRule="exact"/>
        <w:ind w:left="360" w:right="0" w:firstLine="0"/>
        <w:jc w:val="both"/>
      </w:pPr>
      <w:r>
        <w:rPr>
          <w:rFonts w:ascii="Times New Roman" w:hAnsi="Times New Roman" w:eastAsia="Times New Roman" w:cs="Times New Roman"/>
          <w:b/>
          <w:sz w:val="24"/>
        </w:rPr>
        <w:t>Section Twelve: Minimum Wage Violation Due to Misclassification as Independent Contractor</w:t>
      </w:r>
    </w:p>
    <w:p>
      <w:pPr>
        <w:keepNext w:val="0"/>
        <w:spacing w:before="120" w:after="0" w:line="260" w:lineRule="exact"/>
        <w:ind w:left="720" w:right="0" w:firstLine="0"/>
        <w:jc w:val="left"/>
      </w:pPr>
      <w:r>
        <w:rPr>
          <w:rFonts w:ascii="Times New Roman" w:hAnsi="Times New Roman" w:eastAsia="Times New Roman" w:cs="Times New Roman"/>
          <w:b w:val="0"/>
          <w:sz w:val="24"/>
        </w:rPr>
        <w:t>204.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was the nature of the work [plaintiff] performed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205.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have any employees who perform some or all of the same job tasks performed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206.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services or products does [employer] sell?</w:t>
      </w:r>
    </w:p>
    <w:p>
      <w:pPr>
        <w:keepNext w:val="0"/>
        <w:spacing w:before="120" w:after="0" w:line="260" w:lineRule="exact"/>
        <w:ind w:left="720" w:right="0" w:firstLine="0"/>
        <w:jc w:val="left"/>
      </w:pPr>
      <w:r>
        <w:rPr>
          <w:rFonts w:ascii="Times New Roman" w:hAnsi="Times New Roman" w:eastAsia="Times New Roman" w:cs="Times New Roman"/>
          <w:b w:val="0"/>
          <w:sz w:val="24"/>
        </w:rPr>
        <w:t>207.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the work [plaintiff] performs for [employer] relate to the services or products that [employer] sells?</w:t>
      </w:r>
    </w:p>
    <w:p>
      <w:pPr>
        <w:keepNext w:val="0"/>
        <w:spacing w:before="120" w:after="0" w:line="260" w:lineRule="exact"/>
        <w:ind w:left="720" w:right="0" w:firstLine="0"/>
        <w:jc w:val="left"/>
      </w:pPr>
      <w:r>
        <w:rPr>
          <w:rFonts w:ascii="Times New Roman" w:hAnsi="Times New Roman" w:eastAsia="Times New Roman" w:cs="Times New Roman"/>
          <w:b w:val="0"/>
          <w:sz w:val="24"/>
        </w:rPr>
        <w:t>208.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contractors does [employer] pay who perform the same work that [plaintiff]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209.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contractors like [plaintiff] did not perform the work for [employer], would [employer] still be able to sell its products or services?</w:t>
      </w:r>
    </w:p>
    <w:p>
      <w:pPr>
        <w:keepNext w:val="0"/>
        <w:spacing w:before="120" w:after="0" w:line="260" w:lineRule="exact"/>
        <w:ind w:left="720" w:right="0" w:firstLine="0"/>
        <w:jc w:val="left"/>
      </w:pPr>
      <w:r>
        <w:rPr>
          <w:rFonts w:ascii="Times New Roman" w:hAnsi="Times New Roman" w:eastAsia="Times New Roman" w:cs="Times New Roman"/>
          <w:b w:val="0"/>
          <w:sz w:val="24"/>
        </w:rPr>
        <w:t>210.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schedule for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hours per week does [plaintiff] work for [employer] on average?</w:t>
      </w:r>
    </w:p>
    <w:p>
      <w:pPr>
        <w:keepNext w:val="0"/>
        <w:spacing w:before="120" w:after="0" w:line="260" w:lineRule="exact"/>
        <w:ind w:left="720" w:right="0" w:firstLine="0"/>
        <w:jc w:val="left"/>
      </w:pPr>
      <w:r>
        <w:rPr>
          <w:rFonts w:ascii="Times New Roman" w:hAnsi="Times New Roman" w:eastAsia="Times New Roman" w:cs="Times New Roman"/>
          <w:b w:val="0"/>
          <w:sz w:val="24"/>
        </w:rPr>
        <w:t>212.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normally work the same number of hours for [employer] every week or pay period?</w:t>
      </w:r>
    </w:p>
    <w:p>
      <w:pPr>
        <w:keepNext w:val="0"/>
        <w:spacing w:before="120" w:after="0" w:line="260" w:lineRule="exact"/>
        <w:ind w:left="720" w:right="0" w:firstLine="0"/>
        <w:jc w:val="left"/>
      </w:pPr>
      <w:r>
        <w:rPr>
          <w:rFonts w:ascii="Times New Roman" w:hAnsi="Times New Roman" w:eastAsia="Times New Roman" w:cs="Times New Roman"/>
          <w:b w:val="0"/>
          <w:sz w:val="24"/>
        </w:rPr>
        <w:t>213.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much fluctuation is there in the number of hours that [plaintiff] works for [employer] every pay period?</w:t>
      </w:r>
    </w:p>
    <w:p>
      <w:pPr>
        <w:keepNext w:val="0"/>
        <w:spacing w:before="120" w:after="0" w:line="260" w:lineRule="exact"/>
        <w:ind w:left="720" w:right="0" w:firstLine="0"/>
        <w:jc w:val="left"/>
      </w:pPr>
      <w:r>
        <w:rPr>
          <w:rFonts w:ascii="Times New Roman" w:hAnsi="Times New Roman" w:eastAsia="Times New Roman" w:cs="Times New Roman"/>
          <w:b w:val="0"/>
          <w:sz w:val="24"/>
        </w:rPr>
        <w:t>214.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much does [employer] pay [plaintiff]?</w:t>
      </w:r>
    </w:p>
    <w:p>
      <w:pPr>
        <w:keepNext w:val="0"/>
        <w:spacing w:before="120" w:after="0" w:line="260" w:lineRule="exact"/>
        <w:ind w:left="720" w:right="0" w:firstLine="0"/>
        <w:jc w:val="left"/>
      </w:pPr>
      <w:r>
        <w:rPr>
          <w:rFonts w:ascii="Times New Roman" w:hAnsi="Times New Roman" w:eastAsia="Times New Roman" w:cs="Times New Roman"/>
          <w:b w:val="0"/>
          <w:sz w:val="24"/>
        </w:rPr>
        <w:t>215.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[plaintiff] paid by the hour or by piece?</w:t>
      </w:r>
    </w:p>
    <w:p>
      <w:pPr>
        <w:keepNext w:val="0"/>
        <w:spacing w:before="120" w:after="0" w:line="260" w:lineRule="exact"/>
        <w:ind w:left="720" w:right="0" w:firstLine="0"/>
        <w:jc w:val="left"/>
      </w:pPr>
      <w:r>
        <w:rPr>
          <w:rFonts w:ascii="Times New Roman" w:hAnsi="Times New Roman" w:eastAsia="Times New Roman" w:cs="Times New Roman"/>
          <w:b w:val="0"/>
          <w:sz w:val="24"/>
        </w:rPr>
        <w:t>216.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[plaintiff] paid the same amount by [employer] every week or pay period?</w:t>
      </w:r>
    </w:p>
    <w:p>
      <w:pPr>
        <w:keepNext w:val="0"/>
        <w:spacing w:before="120" w:after="0" w:line="260" w:lineRule="exact"/>
        <w:ind w:left="720" w:right="0" w:firstLine="0"/>
        <w:jc w:val="left"/>
      </w:pPr>
      <w:r>
        <w:rPr>
          <w:rFonts w:ascii="Times New Roman" w:hAnsi="Times New Roman" w:eastAsia="Times New Roman" w:cs="Times New Roman"/>
          <w:b w:val="0"/>
          <w:sz w:val="24"/>
        </w:rPr>
        <w:t>217.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much fluctuation is there in the amount that [employer] pays [plaintiff] from one pay period to the next?</w:t>
      </w:r>
    </w:p>
    <w:p>
      <w:pPr>
        <w:keepNext w:val="0"/>
        <w:spacing w:before="120" w:after="0" w:line="260" w:lineRule="exact"/>
        <w:ind w:left="720" w:right="0" w:firstLine="0"/>
        <w:jc w:val="left"/>
      </w:pPr>
      <w:r>
        <w:rPr>
          <w:rFonts w:ascii="Times New Roman" w:hAnsi="Times New Roman" w:eastAsia="Times New Roman" w:cs="Times New Roman"/>
          <w:b w:val="0"/>
          <w:sz w:val="24"/>
        </w:rPr>
        <w:t>218.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frequently does [plaintiff] perform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long has [plaintiff] been performing work for [the employer]?</w:t>
      </w:r>
    </w:p>
    <w:p>
      <w:pPr>
        <w:keepNext w:val="0"/>
        <w:spacing w:before="120" w:after="0" w:line="260" w:lineRule="exact"/>
        <w:ind w:left="720" w:right="0" w:firstLine="0"/>
        <w:jc w:val="left"/>
      </w:pPr>
      <w:r>
        <w:rPr>
          <w:rFonts w:ascii="Times New Roman" w:hAnsi="Times New Roman" w:eastAsia="Times New Roman" w:cs="Times New Roman"/>
          <w:b w:val="0"/>
          <w:sz w:val="24"/>
        </w:rPr>
        <w:t>220.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duration of time for the [plaintiff's] performance of work for [the employer]?</w:t>
      </w:r>
    </w:p>
    <w:p>
      <w:pPr>
        <w:keepNext w:val="0"/>
        <w:spacing w:before="120" w:after="0" w:line="260" w:lineRule="exact"/>
        <w:ind w:left="720" w:right="0" w:firstLine="0"/>
        <w:jc w:val="left"/>
      </w:pPr>
      <w:r>
        <w:rPr>
          <w:rFonts w:ascii="Times New Roman" w:hAnsi="Times New Roman" w:eastAsia="Times New Roman" w:cs="Times New Roman"/>
          <w:b w:val="0"/>
          <w:sz w:val="24"/>
        </w:rPr>
        <w:t>221.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[employer]'s need for the work that [plaintiff] performs temporary?</w:t>
      </w:r>
    </w:p>
    <w:p>
      <w:pPr>
        <w:keepNext w:val="0"/>
        <w:spacing w:before="120" w:after="0" w:line="260" w:lineRule="exact"/>
        <w:ind w:left="720" w:right="0" w:firstLine="0"/>
        <w:jc w:val="left"/>
      </w:pPr>
      <w:r>
        <w:rPr>
          <w:rFonts w:ascii="Times New Roman" w:hAnsi="Times New Roman" w:eastAsia="Times New Roman" w:cs="Times New Roman"/>
          <w:b w:val="0"/>
          <w:sz w:val="24"/>
        </w:rPr>
        <w:t>222.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Can [plaintiff] set [his or her] own schedule and work hours?</w:t>
      </w:r>
    </w:p>
    <w:p>
      <w:pPr>
        <w:keepNext w:val="0"/>
        <w:spacing w:before="120" w:after="0" w:line="260" w:lineRule="exact"/>
        <w:ind w:left="720" w:right="0" w:firstLine="0"/>
        <w:jc w:val="left"/>
      </w:pPr>
      <w:r>
        <w:rPr>
          <w:rFonts w:ascii="Times New Roman" w:hAnsi="Times New Roman" w:eastAsia="Times New Roman" w:cs="Times New Roman"/>
          <w:b w:val="0"/>
          <w:sz w:val="24"/>
        </w:rPr>
        <w:t>223.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needs to take time off or wants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vacation, does [he or she] have to ask [employer]'s permission to do so?</w:t>
      </w:r>
    </w:p>
    <w:p>
      <w:pPr>
        <w:keepNext w:val="0"/>
        <w:spacing w:before="120" w:after="0" w:line="260" w:lineRule="exact"/>
        <w:ind w:left="720" w:right="0" w:firstLine="0"/>
        <w:jc w:val="left"/>
      </w:pPr>
      <w:r>
        <w:rPr>
          <w:rFonts w:ascii="Times New Roman" w:hAnsi="Times New Roman" w:eastAsia="Times New Roman" w:cs="Times New Roman"/>
          <w:b w:val="0"/>
          <w:sz w:val="24"/>
        </w:rPr>
        <w:t>224.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[plaintiff] needs to take time off or wants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vacation, 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possibility that [plaintiff] would lose the opportunity to perform work for [employer] by doing so?</w:t>
      </w:r>
    </w:p>
    <w:p>
      <w:pPr>
        <w:keepNext w:val="0"/>
        <w:spacing w:before="120" w:after="0" w:line="260" w:lineRule="exact"/>
        <w:ind w:left="720" w:right="0" w:firstLine="0"/>
        <w:jc w:val="left"/>
      </w:pPr>
      <w:r>
        <w:rPr>
          <w:rFonts w:ascii="Times New Roman" w:hAnsi="Times New Roman" w:eastAsia="Times New Roman" w:cs="Times New Roman"/>
          <w:b w:val="0"/>
          <w:sz w:val="24"/>
        </w:rPr>
        <w:t>225.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types of skills does [plaintiff] use to perform [his or her]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level of experience or education is required for the work that [plaintiff]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than normal payroll taxes, are there any deductions that [employer] takes from the amount it pays [plaintiff] for [his or her] work?</w:t>
      </w:r>
    </w:p>
    <w:p>
      <w:pPr>
        <w:keepNext w:val="0"/>
        <w:spacing w:before="120" w:after="0" w:line="260" w:lineRule="exact"/>
        <w:ind w:left="720" w:right="0" w:firstLine="0"/>
        <w:jc w:val="left"/>
      </w:pPr>
      <w:r>
        <w:rPr>
          <w:rFonts w:ascii="Times New Roman" w:hAnsi="Times New Roman" w:eastAsia="Times New Roman" w:cs="Times New Roman"/>
          <w:b w:val="0"/>
          <w:sz w:val="24"/>
        </w:rPr>
        <w:t>228.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charge [plaintiff] any amounts for use of [employer's] equipment?</w:t>
      </w:r>
    </w:p>
    <w:p>
      <w:pPr>
        <w:keepNext w:val="0"/>
        <w:spacing w:before="120" w:after="0" w:line="260" w:lineRule="exact"/>
        <w:ind w:left="720" w:right="0" w:firstLine="0"/>
        <w:jc w:val="left"/>
      </w:pPr>
      <w:r>
        <w:rPr>
          <w:rFonts w:ascii="Times New Roman" w:hAnsi="Times New Roman" w:eastAsia="Times New Roman" w:cs="Times New Roman"/>
          <w:b w:val="0"/>
          <w:sz w:val="24"/>
        </w:rPr>
        <w:t>229.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does [plaintiff] perform [his or her] work for [the employer]?</w:t>
      </w:r>
    </w:p>
    <w:p>
      <w:pPr>
        <w:keepNext w:val="0"/>
        <w:spacing w:before="120" w:after="0" w:line="260" w:lineRule="exact"/>
        <w:ind w:left="720" w:right="0" w:firstLine="0"/>
        <w:jc w:val="left"/>
      </w:pPr>
      <w:r>
        <w:rPr>
          <w:rFonts w:ascii="Times New Roman" w:hAnsi="Times New Roman" w:eastAsia="Times New Roman" w:cs="Times New Roman"/>
          <w:b w:val="0"/>
          <w:sz w:val="24"/>
        </w:rPr>
        <w:t>230.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perform [his or her] work for [the employer] on [employer]'s premises?</w:t>
      </w:r>
    </w:p>
    <w:p>
      <w:pPr>
        <w:keepNext w:val="0"/>
        <w:spacing w:before="120" w:after="0" w:line="260" w:lineRule="exact"/>
        <w:ind w:left="720" w:right="0" w:firstLine="0"/>
        <w:jc w:val="left"/>
      </w:pPr>
      <w:r>
        <w:rPr>
          <w:rFonts w:ascii="Times New Roman" w:hAnsi="Times New Roman" w:eastAsia="Times New Roman" w:cs="Times New Roman"/>
          <w:b w:val="0"/>
          <w:sz w:val="24"/>
        </w:rPr>
        <w:t>231.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have the option of performing [his or her] work for [the employer] off site, away from the employer's premises?</w:t>
      </w:r>
    </w:p>
    <w:p>
      <w:pPr>
        <w:keepNext w:val="0"/>
        <w:spacing w:before="120" w:after="0" w:line="260" w:lineRule="exact"/>
        <w:ind w:left="720" w:right="0" w:firstLine="0"/>
        <w:jc w:val="left"/>
      </w:pPr>
      <w:r>
        <w:rPr>
          <w:rFonts w:ascii="Times New Roman" w:hAnsi="Times New Roman" w:eastAsia="Times New Roman" w:cs="Times New Roman"/>
          <w:b w:val="0"/>
          <w:sz w:val="24"/>
        </w:rPr>
        <w:t>232.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use any of [his or her] own equipment or tools when [he or she] performs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use any of [employer]'s supplies when [he or she] performs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use any of [employer]'s tools when [he or she] performs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[plaintiff] use any of [employer]'s equipment when [he or she] performs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hours per week does [plaintiff] interact with [employer]'s customers and clients?</w:t>
      </w:r>
    </w:p>
    <w:p>
      <w:pPr>
        <w:keepNext w:val="0"/>
        <w:spacing w:before="120" w:after="0" w:line="260" w:lineRule="exact"/>
        <w:ind w:left="720" w:right="0" w:firstLine="0"/>
        <w:jc w:val="left"/>
      </w:pPr>
      <w:r>
        <w:rPr>
          <w:rFonts w:ascii="Times New Roman" w:hAnsi="Times New Roman" w:eastAsia="Times New Roman" w:cs="Times New Roman"/>
          <w:b w:val="0"/>
          <w:sz w:val="24"/>
        </w:rPr>
        <w:t>237.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supervises the work that [plaintiff]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steps does [employer] take to supervise or monitor the work performed for [employer]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239.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many times per day does [employer] supervise work performed by [plaintiff] for the employer?</w:t>
      </w:r>
    </w:p>
    <w:p>
      <w:pPr>
        <w:keepNext w:val="0"/>
        <w:spacing w:before="120" w:after="0" w:line="260" w:lineRule="exact"/>
        <w:ind w:left="720" w:right="0" w:firstLine="0"/>
        <w:jc w:val="left"/>
      </w:pPr>
      <w:r>
        <w:rPr>
          <w:rFonts w:ascii="Times New Roman" w:hAnsi="Times New Roman" w:eastAsia="Times New Roman" w:cs="Times New Roman"/>
          <w:b w:val="0"/>
          <w:sz w:val="24"/>
        </w:rPr>
        <w:t>240.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inspects the work that [plaintiff]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 approves the work that [plaintiff]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requirements must [plaintiff]'s work meet in order to be approved by [employer]?</w:t>
      </w:r>
    </w:p>
    <w:p>
      <w:pPr>
        <w:keepNext w:val="0"/>
        <w:spacing w:before="120" w:after="0" w:line="260" w:lineRule="exact"/>
        <w:ind w:left="720" w:right="0" w:firstLine="0"/>
        <w:jc w:val="left"/>
      </w:pPr>
      <w:r>
        <w:rPr>
          <w:rFonts w:ascii="Times New Roman" w:hAnsi="Times New Roman" w:eastAsia="Times New Roman" w:cs="Times New Roman"/>
          <w:b w:val="0"/>
          <w:sz w:val="24"/>
        </w:rPr>
        <w:t>243.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instructions does [employer] or its managers and supervisors give [plaintiff] about completing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tell [plaintiff] where to perform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tell [plaintiff] which tools to use to perform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tell [plaintiff] when to perform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set the deadline for the work to be performed for [employer]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248.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tell [plaintiff] how to perform the work [he or she] performs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249.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[plaintiff] free to decide which methods and procedures [he or she] needs to use in order to perform work for [employer]?</w:t>
      </w:r>
    </w:p>
    <w:p>
      <w:pPr>
        <w:keepNext w:val="0"/>
        <w:spacing w:before="120" w:after="0" w:line="260" w:lineRule="exact"/>
        <w:ind w:left="720" w:right="0" w:firstLine="0"/>
        <w:jc w:val="left"/>
      </w:pPr>
      <w:r>
        <w:rPr>
          <w:rFonts w:ascii="Times New Roman" w:hAnsi="Times New Roman" w:eastAsia="Times New Roman" w:cs="Times New Roman"/>
          <w:b w:val="0"/>
          <w:sz w:val="24"/>
        </w:rPr>
        <w:t>250.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[employer] determine the sequence of the work to be performed for [employer] by [plaintiff]?</w:t>
      </w:r>
    </w:p>
    <w:p>
      <w:pPr>
        <w:keepNext w:val="0"/>
        <w:spacing w:before="200" w:after="0" w:line="260" w:lineRule="exact"/>
        <w:ind w:left="360" w:right="0" w:firstLine="0"/>
        <w:jc w:val="both"/>
      </w:pPr>
      <w:r>
        <w:rPr>
          <w:rFonts w:ascii="Times New Roman" w:hAnsi="Times New Roman" w:eastAsia="Times New Roman" w:cs="Times New Roman"/>
          <w:b/>
          <w:sz w:val="24"/>
        </w:rPr>
        <w:t>Section Thirteen: Minimum Wage Violations Due to Improper Tip Credits</w:t>
      </w:r>
    </w:p>
    <w:p>
      <w:pPr>
        <w:keepNext w:val="0"/>
        <w:spacing w:before="120" w:after="0" w:line="260" w:lineRule="exact"/>
        <w:ind w:left="720" w:right="0" w:firstLine="0"/>
        <w:jc w:val="left"/>
      </w:pPr>
      <w:r>
        <w:rPr>
          <w:rFonts w:ascii="Times New Roman" w:hAnsi="Times New Roman" w:eastAsia="Times New Roman" w:cs="Times New Roman"/>
          <w:b w:val="0"/>
          <w:sz w:val="24"/>
        </w:rPr>
        <w:t>251.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the amount of the cash wage that [employer] pays to tipped employees?</w:t>
      </w:r>
    </w:p>
    <w:p>
      <w:pPr>
        <w:keepNext w:val="0"/>
        <w:spacing w:before="120" w:after="0" w:line="260" w:lineRule="exact"/>
        <w:ind w:left="720" w:right="0" w:firstLine="0"/>
        <w:jc w:val="left"/>
      </w:pPr>
      <w:r>
        <w:rPr>
          <w:rFonts w:ascii="Times New Roman" w:hAnsi="Times New Roman" w:eastAsia="Times New Roman" w:cs="Times New Roman"/>
          <w:b w:val="0"/>
          <w:sz w:val="24"/>
        </w:rPr>
        <w:t>252.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is the cash wage that [employer] pays calculated?</w:t>
      </w:r>
    </w:p>
    <w:p>
      <w:pPr>
        <w:keepNext w:val="0"/>
        <w:spacing w:before="120" w:after="0" w:line="260" w:lineRule="exact"/>
        <w:ind w:left="720" w:right="0" w:firstLine="0"/>
        <w:jc w:val="left"/>
      </w:pPr>
      <w:r>
        <w:rPr>
          <w:rFonts w:ascii="Times New Roman" w:hAnsi="Times New Roman" w:eastAsia="Times New Roman" w:cs="Times New Roman"/>
          <w:b w:val="0"/>
          <w:sz w:val="24"/>
        </w:rPr>
        <w:t>253.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the amount of the tip credit [employer] takes?</w:t>
      </w:r>
    </w:p>
    <w:p>
      <w:pPr>
        <w:keepNext w:val="0"/>
        <w:spacing w:before="120" w:after="0" w:line="260" w:lineRule="exact"/>
        <w:ind w:left="720" w:right="0" w:firstLine="0"/>
        <w:jc w:val="left"/>
      </w:pPr>
      <w:r>
        <w:rPr>
          <w:rFonts w:ascii="Times New Roman" w:hAnsi="Times New Roman" w:eastAsia="Times New Roman" w:cs="Times New Roman"/>
          <w:b w:val="0"/>
          <w:sz w:val="24"/>
        </w:rPr>
        <w:t>254.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steps has [employer] taken to verify that the tip credit it takes from wages does not exceed the amount of the tips that the employees actually receive?</w:t>
      </w:r>
    </w:p>
    <w:p>
      <w:pPr>
        <w:keepNext w:val="0"/>
        <w:spacing w:before="120" w:after="0" w:line="260" w:lineRule="exact"/>
        <w:ind w:left="720" w:right="0" w:firstLine="0"/>
        <w:jc w:val="left"/>
      </w:pPr>
      <w:r>
        <w:rPr>
          <w:rFonts w:ascii="Times New Roman" w:hAnsi="Times New Roman" w:eastAsia="Times New Roman" w:cs="Times New Roman"/>
          <w:b w:val="0"/>
          <w:sz w:val="24"/>
        </w:rPr>
        <w:t>255.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the employer track the amount of the total tips employees receive?</w:t>
      </w:r>
    </w:p>
    <w:p>
      <w:pPr>
        <w:keepNext w:val="0"/>
        <w:spacing w:before="120" w:after="0" w:line="260" w:lineRule="exact"/>
        <w:ind w:left="720" w:right="0" w:firstLine="0"/>
        <w:jc w:val="left"/>
      </w:pPr>
      <w:r>
        <w:rPr>
          <w:rFonts w:ascii="Times New Roman" w:hAnsi="Times New Roman" w:eastAsia="Times New Roman" w:cs="Times New Roman"/>
          <w:b w:val="0"/>
          <w:sz w:val="24"/>
        </w:rPr>
        <w:t>256.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does the employer track the amount of cash tips employees receive?</w:t>
      </w:r>
    </w:p>
    <w:p>
      <w:pPr>
        <w:keepNext w:val="0"/>
        <w:spacing w:before="120" w:after="0" w:line="260" w:lineRule="exact"/>
        <w:ind w:left="720" w:right="0" w:firstLine="0"/>
        <w:jc w:val="left"/>
      </w:pPr>
      <w:r>
        <w:rPr>
          <w:rFonts w:ascii="Times New Roman" w:hAnsi="Times New Roman" w:eastAsia="Times New Roman" w:cs="Times New Roman"/>
          <w:b w:val="0"/>
          <w:sz w:val="24"/>
        </w:rPr>
        <w:t>257.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Does the employer include both tips paid to employees in cash and tips paid to the employees by credit card when calculating the amount of the tip credit?</w:t>
      </w:r>
    </w:p>
    <w:p>
      <w:pPr>
        <w:keepNext w:val="0"/>
        <w:spacing w:before="120" w:after="0" w:line="260" w:lineRule="exact"/>
        <w:ind w:left="720" w:right="0" w:firstLine="0"/>
        <w:jc w:val="left"/>
      </w:pPr>
      <w:r>
        <w:rPr>
          <w:rFonts w:ascii="Times New Roman" w:hAnsi="Times New Roman" w:eastAsia="Times New Roman" w:cs="Times New Roman"/>
          <w:b w:val="0"/>
          <w:sz w:val="24"/>
        </w:rPr>
        <w:t>258.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 you notify the tipped employees of the cash wage [employer] is paying them?</w:t>
      </w:r>
    </w:p>
    <w:p>
      <w:pPr>
        <w:keepNext w:val="0"/>
        <w:spacing w:before="120" w:after="0" w:line="260" w:lineRule="exact"/>
        <w:ind w:left="720" w:right="0" w:firstLine="0"/>
        <w:jc w:val="left"/>
      </w:pPr>
      <w:r>
        <w:rPr>
          <w:rFonts w:ascii="Times New Roman" w:hAnsi="Times New Roman" w:eastAsia="Times New Roman" w:cs="Times New Roman"/>
          <w:b w:val="0"/>
          <w:sz w:val="24"/>
        </w:rPr>
        <w:t>259.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all documents you use to notify the tipped employees of the cash wage.</w:t>
      </w:r>
    </w:p>
    <w:p>
      <w:pPr>
        <w:keepNext w:val="0"/>
        <w:spacing w:before="120" w:after="0" w:line="260" w:lineRule="exact"/>
        <w:ind w:left="720" w:right="0" w:firstLine="0"/>
        <w:jc w:val="left"/>
      </w:pPr>
      <w:r>
        <w:rPr>
          <w:rFonts w:ascii="Times New Roman" w:hAnsi="Times New Roman" w:eastAsia="Times New Roman" w:cs="Times New Roman"/>
          <w:b w:val="0"/>
          <w:sz w:val="24"/>
        </w:rPr>
        <w:t>260.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How do you notify the tipped employees of the tip credit [employer] will claim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w:t>
      </w:r>
    </w:p>
    <w:p>
      <w:pPr>
        <w:keepNext w:val="0"/>
        <w:spacing w:before="120" w:after="0" w:line="260" w:lineRule="exact"/>
        <w:ind w:left="720" w:right="0" w:firstLine="0"/>
        <w:jc w:val="left"/>
      </w:pPr>
      <w:r>
        <w:rPr>
          <w:rFonts w:ascii="Times New Roman" w:hAnsi="Times New Roman" w:eastAsia="Times New Roman" w:cs="Times New Roman"/>
          <w:b w:val="0"/>
          <w:sz w:val="24"/>
        </w:rPr>
        <w:t>261.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all documents you use to notify the tipped employees of the amount of the tip credit [employer] will claim.</w:t>
      </w:r>
    </w:p>
    <w:p>
      <w:pPr>
        <w:keepNext w:val="0"/>
        <w:spacing w:before="120" w:after="0" w:line="260" w:lineRule="exact"/>
        <w:ind w:left="720" w:right="0" w:firstLine="0"/>
        <w:jc w:val="left"/>
      </w:pPr>
      <w:r>
        <w:rPr>
          <w:rFonts w:ascii="Times New Roman" w:hAnsi="Times New Roman" w:eastAsia="Times New Roman" w:cs="Times New Roman"/>
          <w:b w:val="0"/>
          <w:sz w:val="24"/>
        </w:rPr>
        <w:t>262.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Are the tipped employees allowed to retain all of their tips?</w:t>
      </w:r>
    </w:p>
    <w:p>
      <w:pPr>
        <w:keepNext w:val="0"/>
        <w:spacing w:before="120" w:after="0" w:line="260" w:lineRule="exact"/>
        <w:ind w:left="720" w:right="0" w:firstLine="0"/>
        <w:jc w:val="left"/>
      </w:pPr>
      <w:r>
        <w:rPr>
          <w:rFonts w:ascii="Times New Roman" w:hAnsi="Times New Roman" w:eastAsia="Times New Roman" w:cs="Times New Roman"/>
          <w:b w:val="0"/>
          <w:sz w:val="24"/>
        </w:rPr>
        <w:t>263.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pooling policy in place at [employer]?</w:t>
      </w:r>
    </w:p>
    <w:p>
      <w:pPr>
        <w:keepNext w:val="0"/>
        <w:spacing w:before="120" w:after="0" w:line="260" w:lineRule="exact"/>
        <w:ind w:left="720" w:right="0" w:firstLine="0"/>
        <w:jc w:val="left"/>
      </w:pPr>
      <w:r>
        <w:rPr>
          <w:rFonts w:ascii="Times New Roman" w:hAnsi="Times New Roman" w:eastAsia="Times New Roman" w:cs="Times New Roman"/>
          <w:b w:val="0"/>
          <w:sz w:val="24"/>
        </w:rPr>
        <w:t>264.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What is the tip pooling policy?</w:t>
      </w:r>
    </w:p>
    <w:p>
      <w:pPr>
        <w:keepNext w:val="0"/>
        <w:spacing w:before="120" w:after="0" w:line="260" w:lineRule="exact"/>
        <w:ind w:left="720" w:right="0" w:firstLine="0"/>
        <w:jc w:val="left"/>
      </w:pPr>
      <w:r>
        <w:rPr>
          <w:rFonts w:ascii="Times New Roman" w:hAnsi="Times New Roman" w:eastAsia="Times New Roman" w:cs="Times New Roman"/>
          <w:b w:val="0"/>
          <w:sz w:val="24"/>
        </w:rPr>
        <w:t>265.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all documents that set forth the tip pooling policies.</w:t>
      </w:r>
    </w:p>
    <w:p>
      <w:pPr>
        <w:keepNext w:val="0"/>
        <w:spacing w:before="120" w:after="0" w:line="260" w:lineRule="exact"/>
        <w:ind w:left="720" w:right="0" w:firstLine="0"/>
        <w:jc w:val="left"/>
      </w:pPr>
      <w:r>
        <w:rPr>
          <w:rFonts w:ascii="Times New Roman" w:hAnsi="Times New Roman" w:eastAsia="Times New Roman" w:cs="Times New Roman"/>
          <w:b w:val="0"/>
          <w:sz w:val="24"/>
        </w:rPr>
        <w:t>266.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all employees who may participate in and receive tips under the tip pooling policy.</w:t>
      </w:r>
    </w:p>
    <w:p>
      <w:pPr>
        <w:keepNext w:val="0"/>
        <w:spacing w:before="120" w:after="0" w:line="260" w:lineRule="exact"/>
        <w:ind w:left="720" w:right="0" w:firstLine="0"/>
        <w:jc w:val="left"/>
      </w:pPr>
      <w:r>
        <w:rPr>
          <w:rFonts w:ascii="Times New Roman" w:hAnsi="Times New Roman" w:eastAsia="Times New Roman" w:cs="Times New Roman"/>
          <w:b w:val="0"/>
          <w:sz w:val="24"/>
        </w:rPr>
        <w:t>267.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state the job positions held by all employees allowed to participate in the tip pool.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