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One: Preliminary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Please state your full name for the record.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known by any other names?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they?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use each one?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currently employed?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name of your current employer?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have you been employed by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have you held your current job 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Identify your previous job positions with [employer] and the dates you held them.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current workplace location?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documents to prepare for this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documents?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you spend preparing for this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Without disclosing any communications between yourself and [employer]'s attorney, identify every individual with whom you spoke to prepare for the deposition.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discuss this deposition with anyone who works or has worked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they say?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any of the people you spoke with regarding this deposition no longer employed by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each of those individuals leave [employer]'s employ?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the people you have already identified, do you know anyone else with knowledge of [employer's] minimum wage policy?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is that person still employed by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is that person's job title or last known job title?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that person is no longer employed by [employer], when did their employment end?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discuss this deposition with anyone else?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Other than [employer's] attorneys, have you discussed this lawsuit with anyone who works or has worked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discussed this lawsuit with anyone else?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you first find out about this lawsuit?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seen this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first see the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you first become aware that Plaintiff was seeking to take your deposition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produced any documents in response to the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efforts did you make to search for the documents requested in the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did you search for documents requested in the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your attorneys, did you consult anyone to assist in your search for documents responsive to the request for production in the notice of deposition?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discuss with that person? d.</w:t>
        <w:tab/>
        <w:t>What did they tell you? 30)</w:t>
        <w:tab/>
        <w:t>Are there any documents requested in the Notice of Deposition that you were unable to locate?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they tell you?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requested in the Notice of Deposition that you were unable to locate?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Two: Questions for the Person Designated by Employer to Speak on Its Behalf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reviewed the subjects listed in the Notice of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of those subjects has [employer] designated you to speak on its behalf about?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advised you that you were to be deposed as the person designated to speak on [employer's] behalf as to this subject?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yourself, do you know any other persons with information on this subject?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to those subjects for which you have not been designated to speak on [employer's] behalf, do you know who 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of any people with information about the subjects on which you have not been designated to speak on [employer's] behalf?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[employer's] attorney, who chose to designate you to speak on [employer]'s behalf on these subjects?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how the decision was made to designate you to speak on [employer's] behalf concerning these subjects at this deposition?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Three: Discovery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this your signature on this Verification?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[employer's] responses to the [interrogatories, requests for admission, or requests for production] before signing the verification?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all the responses in the [interrogatories, requests for admission, or requests for production] true and accurate when you signed the verification?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attorneys for [employer], who assisted you in preparing the responses to the [interrogatories, requests for admission, or requests for production]?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Aside from attorneys for [employer], who did you consult in order to prepare the responses to the [interrogatories, requests for admission, or requests for production]?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Four: Questions Regarding the Witness's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birthdate?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what city were you born?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high school did you attend?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obtain your high school diploma?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year did you graduate?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attend college?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college did you attend?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major?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double major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minor?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what?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degree?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degree did you obtain?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year did you obtain your degree?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attend any post-graduate schools?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obtain any post-graduate degrees?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year did you receive your post graduate degree?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obtained any licenses or certifications?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what?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year did you receive your licenses or certifications?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had any occupational or job training?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training in?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receive that job training?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did you receive the job training?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the training last?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Take me through your job history, starting with your first job after high school.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job title?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job duties?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full-time employee?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salaried or hourly?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your job position considered exempt or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name of your supervisor?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you hold this job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ever disciplined in this position?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What for?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next job position you held with that employer?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that considered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promotion?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pay rate increase with the change in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you remain in that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your employment with [previous employer] end?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your employment with [previous employer] end?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(o)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leave [previous employer] voluntarily?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Five: Deponent's Position with the Employer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were you hired by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apply for your job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application procedure?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job did you apply for?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the job requirements for the position you applied for?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previous training did you have to qualify for those job requirements?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being hired by [employer] did you have previous experience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supervisor?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being hired by [employer] did you take any managerial courses, seminars, or other training to prepare you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supervisory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the training occur?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 training consist of?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offered the training?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the training take?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there any proof of that training (e.g., certificate of completion, award, test results)?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being hired by [employer] did you take any courses, seminars, or other training on the subject of wage and hour laws?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being hired by [employer] did you take any courses, seminars, or other training which covered the U.S. Fair Labor Standards Act?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Prior to being hired by [employer] did you take any courses, seminars, or other training which focused specifically on overtime wage laws?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overtime wage training focus on federal or state law?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which states' laws did you receive overtime wage training?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training cover exempt versus nonexempt job classifications?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training cover independent contractor verses employee classifications?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been continuously employed by [employer] since your hiring?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Has your employment with [employer] ever been suspended for disciplinary reasons?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interviewed you for employment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offered you your first position with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first job title with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was your work location?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you hold this job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did you report to when you held this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job duties when you held this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any employees report to you when you held this position?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How many employees reported to you when you held this position?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What were the job duties of the employees who reported to you when you held this 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you held the position of [job position which is the subject of questioning], did you receive any training on minimum wage law?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When was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What did the training consist of?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Who conducted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How long did it take?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Do you have any proof of the training (e.g., certificate of completion, award, test results)?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you held the position of [job position which is the subject of questioning], did you receive any training on overtime law?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When was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What did the training consist of?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Who conducted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How long did it take?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Do you have any proof of the training (e.g., certificate of completion, award, test results)?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you held the position of [job position which is the subject of questioning], did you receive any training on classifying employees as exempt or nonexempt under the FLSA?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When was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What did the training consist of?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Who conducted the training?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How long did it take?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■</w:t>
        <w:tab/>
        <w:t>Do you have any proof of the training (e.g., certificate of completion, award, test results)?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next job position you held with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this job position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promotion?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change in pay when you moved into this position?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Six: Deponent's Relationship with Plaintiff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personally acquainted with [any of] the plaintiff[s]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first meet [plaintiff name]?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supervised [plaintiff name]'s job duties?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evaluated [plaintiff name]'s job performance?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prepared or drafted any documents relating to [plaintiff name]?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reviewed any documents relating to [plaintiff name]?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had any criticisms of [plaintiff name]'s job performance?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received criticisms of [plaintiff name]'s job performance?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documents that criticize [plaintiff name]'s job performance?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they?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created them?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were they made?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see them?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are they kept?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is responsible for keeping them?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of the claims that [plaintiff name] is making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the best of your knowledge, what are the allegations that [plaintiff name] is making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what it means when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says that he or she was misclassified as exempt from overtime?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employee's claim that he or she was misclassified as exempt from overtime mean?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you think of any conduct on [plaintiff name]'s part which may have led or contributed to the damages he is claiming for misclassification in this action?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participate in any adverse employment decisions involving [plaintiff name]?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role in any adverse employment decisions involving [plaintiff name]?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received any complaints about [plaintiff name] from any other person?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Since the termination of [plaintiff name]'s employment, have you ever discussed [him or her] with any other person besides attorneys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was it?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was the discussion?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 other person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related to that discussion?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Since you learned of the filing of this lawsuit, have you ever discussed [plaintiff name] with any other person besides your attorney?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was it?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was the discussion?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 other person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related to that discussion?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familiar with this document?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tasks that [plaintiff name] performed while he or she held this position that are not listed on this job description?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tasks on this job description that changed during the time that [plaintiff] held the job?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how did the job tasks change over time?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during his or her work day did [plaintiff] spend performing each job task on this description?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tasks listed on this job description that [plaintiff] did not actually perform?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are they?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is it that [plaintiff] never actually performed these tasks, even though they appear on the job description?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tasks on this job description that [plaintiff] performed, but did not perform during all of the time that [he/she] held this 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please describe all such tasks.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task that [plaintiff] performed for only part of the time that [he/she] held the job description, how long did [plaintiff] actually perform that job task?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plaintiff eventually stop performing that job task?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Seven: The Employer's Classification Practices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understanding of what it means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be considered exempt under the Fair Labor Standards Act?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is your understanding?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your understanding based on state or federal law?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minimum, how much pay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supposed to receive to be classified as exempt under the law?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training or experience led to your understanding of what it means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be exempt under the FLSA?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Since you have been with [employer] is there any specific training you received regarding the classification of employees as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when did you receive that training?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provided that training?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Since you have been with [employer] are there any documents you have reviewed regarding the classification of employees as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were the name of the documents you reviewed?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authored the documents you reviewed?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are those documents maintained by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do you access those documents?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does [employer] decide which job positions will be classified as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During your tenure with [employer], who have been the individuals responsible for deciding which job positions will be classified as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participated in making decisions as to which jobs are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role did you play in making decisions as to which jobs were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jobs did you determine, or participate in determining, were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job that you decided was exempt, what criteria did you use to make that decision?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you refer to when deciding whether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job position is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are the documents you refer to when deciding whether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job position is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participated in meetings regarding the classification of employees as exempt or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when were those meetings held?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meeting, who else was present at the meeting?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meeting, what topics were discussed at the meeting?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meeting, what [employer] policies or guidelines were decided, revised, or finalized?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meeting, are there notes, minutes, or other documents memorializing what was discussed at the meeting?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Since you have been employed by [employer], has its procedure for classifying job positions as exempt or nonexempt changed?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how did that procedure change?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[employer] job that was once classified as exempt, which is now classified as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was the job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was the job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the job duties that comprised the job description change when the job was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making the decision to reclassify the job?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documents exist which relate or refer to the decision to reclassify the job?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[employer] job that was once classified as nonexempt, which is now classified as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was the job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was the job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the job duties that comprised the job description change when the job was reclassified?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making the decision to reclassify the job?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documents exist which relate or refer to the decision to reclassify the job?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[plaintiff's] job status ever change from nonexempt to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[plaintiff's] job status change from nonexempt to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[plaintiff's] job status change from nonexempt to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pay change associated with the change in [plaintiff's]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[plaintiff's] payrate before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[plaintiff's] payrate after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[plaintiff's] job duties before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[plaintiff's] job duties after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the decision to change plaintiff's job status from nonexempt to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related to the decision to change plaintiff's job status from nonexempt to 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[plaintiff's] job position ever change from exempt to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[plaintiff's] job status change from exempt to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[plaintiff's] job status change from exempt to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pay change associated with the change in [plaintiff's]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[plaintiff's] payrate before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[plaintiff's] payrate after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[plaintiff's] job duties before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[plaintiff's] job duties after the change in job status?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the decision to change plaintiff's job status from exempt to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related to the decision to change plaintiff's job status from exempt to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have any salaried employees who are not considered to be 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job positions do those salaried employees hold?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their job duties?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[employer] make the decision not to pay them on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hourly basis?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per week do these salaried, nonexempt employees work?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they ever get paid overtime?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Under what circumstances do these salaried, nonexempt employees receive overtime pay?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week are the salaried, nonexempt employees required to work before they are entitled to overtime pay?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per day are the salaried, nonexempt employees required to work before they are entitled to overtime pay?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do the salaried, nonexempt employees track the number of overtime hours they work?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there any specific software brand or device that [employer] uses to track the hours of salaried, nonexempt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Describe the time-keeping system used for the salaried, nonexempt employees.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salaried, nonexempt employees work regular hours and overtime in the same week, are they paid the overtime on the same check on which they are paid the regular time?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exempt employees does [employer] currently employ?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[previous year] how many exempt employees did [employer] employ?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that list the number of exempt job positions at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your current job position, do you have any responsibility for enforcing [employer]'s correct classification of employees as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steps do you take to enforce the correct classification of employees as exempt or nonexempt?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departments within [employer] are responsible for ensuring payment of minimum wage to nonexempt employees?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During your tenure with [employer], which persons within the company have been responsible for ensuring the correct classification of employees as exempt or nonexempt?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Eight: Previous Complaints of Misclassification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complaints that exempt workers have made that they should be paid overtime?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made the complaints?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received the complaints?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were the complaints made?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job position did the complainant hold?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the complainant's job duties?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what grounds did the complainant argue that he or she should be paid overtime?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complainant ever say that his or her job position was misclassified and should be nonexempt?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steps did [employer] take to investigate the complaint, if any?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the investigation?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outcome of the investigation?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was the complaint ultimately resolved?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relating to the complaint?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documents relating to the investigation of the complaint?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Nine: Misclassification of Nonexempt Employees as Exempt Based on Administrative Exemption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was [plaintiff, the misclassified employee]'s annual salary during the time [plaintiff]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[plaintiff, the misclassified employee] make managerial decisions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were those managerial decisions?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hire and fire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promote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set salaries for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give assignments to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perform any manual work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oversee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oversaw other employees, how many employees reported to [plaintiff]?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plaintiff exercise independent judgment on [employer's behalf]?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decisions did [plaintiff] make to exercise [plaintiff's] independent judgment on [employer's] behalf?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prepare schedules for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prepare budgets for any of [employer's] departments?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approve expenditures by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type of expenditures did [plaintiff] control or approve?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did [plaintiff] perform most of his or her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was [plaintiff's] job advertised?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part of his or her regular job duties, did [plaintiff] interview clients, witnesses, or other persons on behalf of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prepare reports on [employer's behalf]?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use independent judgment to prepare estimates and evaluations on [employer's] behalf?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conduct any negotiations on [employer's] behalf?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analyze client or customer needs on [employer's] behalf?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provide advice to [employer's] clients?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make deductions from [plaintiff's] pay if [he/she] is absent from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supervise other employees?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supervised other employees, how many did [plaintiff] supervise?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lead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team of other employees?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make decisions of importance to the employer without specific instruction or prescribed procedures?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ability to bind [employer] on significant purchases?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perform inspection work for the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perform examination or grading for the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[employer] perform any sort of duty test that assessed each of [plaintiff's] job tasks to determine whether or not the administrative exemption requirements were met?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[plaintiff, the misclassified employee] keep track of the hours [plaintiff] worked by clocking in or using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time sheet?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[plaintiff, the misclassified employee] ever paid overtime during the time [plaintiff]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Under what conditions would [plaintiff, the misclassified employee] be entitled to overtime pay when [he/she]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[plaintiff, the misclassified employee]'s typical work hours each day during the time [plaintiff]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did [plaintiff, the misclassified employee] typically work each week during the time [plaintiff]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was [plaintiff, the misclassified employee] required to work more than eight hours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when [plaintiff] held the position of [misclassified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was [plaintiff, the misclassified employee] required to work more than 40 hours per week when [plaintiff] held the position of [misclassified job title]?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Ten: Misclassification of Nonexempt Employees as Exempt Based on Professional Exemption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what profession did [plaintiff] belong?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licenses or certifications did [plaintiff] possess that established [plaintiff's] professional status?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job description for the position that [plaintiff] held?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educational background did the job description require?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degrees or certifications did the job description require?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grade point average required for [plaintiff] to be considered eligible for the job 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job position require plaintiff to have attended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school with recognized results or achievements, such as business school?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addition to degrees and certifications, were applicants for the job position [plaintiff] held required to have any special experience, such as having been on law review, having worked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top firm or company, or having worked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particular field of expertise such as medicine, patents, etc.?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applicants for the job [plaintiff] held required to provide references?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applicants for the job [plaintiff] held required to provide writing samples?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applicants for the job [plaintiff] held required to provide portfolios?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applicants for the job [plaintiff] held required to provide samples of their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[plaintiff's] primary job duty require [plaintiff] to use invention, imagination, originality, or talent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recognized field of art or creativity?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[employer] ever perform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duties test to see if [plaintiff's] job tests met the requirements needed to qualify for the professional exemption?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did that test consist of?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was the test performed?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performed the test?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Eleven: Misclassification of Nonexempt Employees as Exempt Based on Executive Exemption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make managerial decisions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were those managerial decisions?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hire and fire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promote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interview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train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set salaries for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have the authority to give assignments to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perform any manual work for [employer]?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oversee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oversaw other employees, how many employees reported to [plaintiff]?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plaintiff exercise independent judgment on [employer's behalf]?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decisions did [plaintiff] make in exercising [plaintiff's] independent judgment on [employer's] behalf?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prepare schedules for other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prepare budgets for any of [employer's] departments?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(o)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[plaintiff] approve expenditures by [employer]; if so, what type of expenditures did [plaintiff] control or approve?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[plaintiff] was performing [plaintiff's] job duties, was there someone directly supervising [plaintiff]?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any of [plaintiff's] job duties the same job duties performed by nonexempt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were those job duties?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nonexempt employees performed these job duties?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did [plaintiff] spend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percentage basis performing job duties that were also performed by nonexempt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per day did [plaintiff] spend performing job duties that were also performed by nonexempt employees?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were the nonexempt employees who performed some of the same job duties that plaintiff performed paid?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it part of [plaintiff's] job duties to make recommendations regarding other employees (such as their hiring, firing, promotions, job evaluations, discipline)?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how many times per week was plaintiff called on to make such decisions?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other persons, in addition to [plaintiff], were called upon to weigh in on these decisions?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made the final call on these decisions?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own any percentage of [employer's] business?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so, what percentage does [plaintiff] own?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[plaintiff] actively engaged in the management of [employer's] business?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is involved, how so?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percentage of [plaintiff's] job duties require manual labor?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does [plaintiff] make per year?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Twelve: Misclassification of Nonexempt Employees as Exempt Based on Administrative Exemption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[plaintiff's] job require the application of systems analysis techniques and procedures to determine if the hardware, software, or system is functioning properly?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design computer systems or programs?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test computer systems or programs?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develop computer systems or programs?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modify computer systems or programs?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customize computer systems or programs to accommodate specific users?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Thirteen: Misclassification of Nonexempt Employees as Exempt Based on Outside Sales Exemption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does [plaintiff] make sales?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make sales at the customer's home?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make sales at the customer's place of business?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area is assigned as [plaintiff's] territory?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documents exist relating to [plaintiff's] sales calls?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does [plaintiff] exhibit products at trade shows?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type of promotional work does [plaintiff] perform?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is promotional work performed by [plaintiff]?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type of promotional work does [plaintiff] perform?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does [plaintiff] perform this promotional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products are being promoted by [plaintiff's] promotional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other employees sell or participate in selling the products displayed in [plaintiff's] promotional work?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Fourteen: Minimum Wage Violation Due to Misclassification as Independent Contractor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nature of the work [plaintiff] performed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have any employees who perform some or all of the same job tasks performed by [plaintiff]?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services or products does [employer] sell?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does the work [plaintiff] performs for [employer] relate to the services or products that [employer] sells?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contractors does [employer] pay who perform the same work that [plaintiff]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contractors like [plaintiff] did not perform the work for [employer], would [employer] still be able to sell its products or services?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schedule for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per week does [plaintiff] work for [employer] on average?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normally work the same number of hours for [employer] every week or pay period?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fluctuation is there in the number of hours that [plaintiff] works for [employer] every pay period?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work for [employer] full time?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any restrictions as to whether [plaintiff] can render the same services to other businesses or to the general public?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does [employer] pay [plaintiff]?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[plaintiff] paid by the hour or the piece?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[plaintiff] paid the same amount by [employer] every week or pay period?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fluctuation is there in the amount that [employer] pays [plaintiff] from one pay period to the next?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frequently does [plaintiff] perform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has [plaintiff] been performing work for [the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duration of time for the [plaintiff's] performance of work for [the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[employer]'s need for the work that [plaintiff] performs temporary?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[plaintiff] set [his or her] own schedule and work hours?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needs to take time off or wants to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vacation, does [he or she] have to ask [employer]'s permission to do so?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[plaintiff] needs to take time off or wants to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vacation, is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possibility that [plaintiff] would lose the opportunity to perform work for [employer] by doing so?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types of skills does [plaintiff] use to perform [his or her]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level of experience or education is required for the work that [plaintiff]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provide [plaintiff] with any training as to how the services are to be performed?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[employer] provides [plaintiff] with training, how long does the training last?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[employer] provides [plaintiff] with training who is the person or entity that administers the training?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Other than normal payroll taxes, are there any deductions that [employer] takes from the amount it pays [plaintiff] for [his or her]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charge [plaintiff] any amounts for use of [employer's] equipment?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does [plaintiff] perform [his or her] work for [the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perform [his or her] work for [the employer] on [employer]'s premises?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have the option of performing [his or her] work for [the employer] offsite, away from the employer's premises?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use any of [his or her] own equipment or tools when [he or she] performs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use any of [employer]'s supplies when [he or she] performs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use any of [employer]'s tools when [he or she] performs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use any of [employer]'s equipment when [he or she] performs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[plaintiff] employ any staff or subcontractors of his or her own?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[plaintiff] delegate or outsource the work performed for [employer] to third parties or assistants?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Must the services [plaintiff] provides to [employer] be personally provided by [plaintiff] or is [plaintiff] free to assign them to others?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hours per week does [plaintiff] interact with [employer]'s customers and clients?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supervises the work that [plaintiff]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steps does [employer] take to supervise or monitor the work performed for [employer] by plaintiff?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times per day does [employer] supervise work performed by [plaintiff] for the employer?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inspects the work that [plaintiff]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approves the work that [plaintiff]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requirements must [plaintiff]'s work meet in order to be approved by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instructions does [employer] or its managers and supervisors give [plaintiff] about completing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tell [plaintiff] where to perform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tell [plaintiff] which tools to use to perform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tell [plaintiff] when to perform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set the deadline for the work to be performed for [employer] by [plaintiff]?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tell [plaintiff] how to perform the work [he or she] performs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[plaintiff] free to decide which methods and procedures [he or she] needs to use in order to perform work for [employer]?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[employer] determine the sequence of the work to be performed for [employer] by [plaintiff]?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