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TIP CREDIT QUESTIONS.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work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job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duties and responsibilities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did you spend doing [any duties or responsibilities not related to direct customer service duties, e.g., opening and closing]?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hours did you work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typical day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these hours ever change or fluctuate?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records of the hours that you worked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days did you work per week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this schedule ever change or fluctuate?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records of the days that you worked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off or fail to show up for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take any breaks, whether to smoke, eat, use the restroom, or get fresh air?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breaks would you take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average 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were these breaks?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(o)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talk on the phone, send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email or text message, or post to social media while you were at work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(p)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records of the time that you spent talking on the phone, sending email or text messages, or posting on social media while you were at work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(q)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were you paid for you work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(r)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While working at [Defendant employer], did [Defendant employer] provide you with notice of how much you would be paid?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 notice written?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receive this notice?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(u)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 notice state?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Who, if anyone, at [Defendant employer] told you how much you would be paid for your work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(w)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[name of manager or supervisor] tell you about how much you would be paid?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(x)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understanding of the compensation that you would receive?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(y)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 knew that the minimum wage was [$dollar amount] per hour and that the [Defendant employer] was paying you less than [$dollar amount] per hour; why did you think that was [Defendant employer] was paying you less than the minimum wage?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(z)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 knew that the minimum wage was [$dollar amount] per hour and this meant that you had to receive at least [$dollar amount] per hour of work, right?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(aa)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did you make in tips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typical 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amount of tips you made depend on the day of the week?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make more tips on weekends versus weekdays?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Taking into account your hourly wage and the tips that you earned, how much did you typically make per 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(ee)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report the tips that you received to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(ff)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you report your tips to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(gg)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always report all of your tips to [Defendant employer] or were there some that you failed to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(hh)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treat cash tips different from credit card tips?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(ii)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yes, how did you treat them differently?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(jj)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those tips that you failed to report to [Defendant employer], did you report them to the Internal Revenue Service when you paid your taxes?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(kk)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While working for [Defendant employer], did you ever receive any meals or food from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(ll)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 employer] charge you for these meals or food?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TIP POOLING QUESTIONS.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you describe the tip pooling arrangement that was in place during the time that you worked for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told you about this policy?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[name of person that provided notice] tell you about this policy?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they tell you about it?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worked at any other establishment that had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tip pooling arrangement in place?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that tip pooling arrangement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required to participate in the tip pool at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told you that you were required to participate in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[name of person]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manager or supervisor?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[name of person]'s job title?]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ask what would happen if you refused to participate in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anyone tell you what would happen if you refused to participate in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(o)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the pooling arrangement in place at [Defendant employer]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(p)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participated in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(q)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their job titles?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(r)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[job title]'s responsibilities include?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role did [job title] have in serving customers?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employees that worked as [job title] have any interaction with customers?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(u)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type of interaction did [job title] have with customers?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(v)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percentage of your tips did [Defendant employer] require you to report for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(w)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cash tips treated differently from credit card tips?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(x)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fail to report to [Defendant employer] any tips for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(y)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those tips that you failed to report to [Defendant employer], did you report them to the Internal Revenue Service when you paid your taxes?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(z)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calculated how much you and other employees would receive from the tip pool?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(aa)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you had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question about the how the calculations were made, what would you do?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there ever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time that [name or title of tip pool manager] did not address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question or concern that you raised about how the calculations were done?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any managers or supervisors participate in any tip pool arrangement?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(dd)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[name of manager or supervisor]'s job title?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(ee)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[name of manager or supervisor]'s responsibilities?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(ff)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[name of manager or supervisor] have any responsibility for setting the schedule?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(gg)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[name of manager or supervisor] have authority to hire or fire employees of [Defendant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(hh)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involvement did [name of manager or supervisor] have in the day-to-day operations of [Defendant employer]?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