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Director Employment Agreement (Theatrical Motion Picture)</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Agreement dated [date of agreement] between [name of director] ("Director") and [name of production company] ("Production Company").</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Production Company agrees to employ Director to perform and Director agrees to perform, upon the terms and conditions herein specified, directing services in connection with the Theatrical Motion Picture currently entitled [name of picture] ("the Picture"). </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Term hereof shall commence on [date of commencement of services] and shall continue until the completion of all of Director's required services on the Picture. </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SERVICES: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Writing Period: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Commencing upon Director's execution of this Agreement and continuing to on or about [date] or the delivery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rewrite (approved by Director) of the Screenplay by [writer of draft in progress] (the "Rewrite"), whichever is later, Director shall provide non-exclusive services in connection with the supervising and development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[e.g., rewrite] of the screenplay of the Picture (the "Writing Period"). </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Casting Period: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Commencing upon completion of the Writing Period and continuing for [e.g., four (4) weeks] thereafter, Director shall provide non-exclusive services in connection with supervising the casting of the actors of the Picture (the “Casting Period”).</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Pre-production: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Commencing upon completion of the Casting Period and continuing for [e.g., eight (8) weeks] thereafter, Director shall supervise the preparation of any additional rewrites or polishes of the current screenplay, be available to meet Production Company's designated representative at Production Company's office in [e.g., Los Angeles, California] and other locations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number of meetings concerning the Picture, be available and undertake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location search, assist Production Company and the production manager selected for the Picture in the preparation of the budget for the Picture (the "Budget") and perform such other services as are customarily performed by directors of theatrical feature motion pictures during the period prior to start of principal photography of the motion picture. Director shall provide services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exclusive basis during pre-production.</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Photography: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After completion of pre-production of the Picture, the start date of principal photography shall be [e.g.,(date) or (designated by Production Company) or (mutually approved by Production Company and Director)] (the "Start Date")). Director shall render services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exclusive basis during the principal photography of the Picture and thereafter until completion of all [principal] photography. [However, if the Start Date is not on [date], or ([time period, e.g., fourteen (14) weeks]) after the end of the Writing Period, whichever is later, either party may terminate this Agreement, unless this Agreement is extended by mutual written consent.] </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Post-Production: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Director's post-production services shall be rendered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exclusive]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non-exclusive (but first-call)] basis, if Production Company so requires, [in order to work during the post-production period with the editor] until completion of the final corrected answer print. [Director's other undertakings shall not [materially] interfere with Director's post-production services hereunder [or with the post-production time schedule set forth in the Exhibit "S" attached hereto and incorporated by this reference herein].] [Production Company shall at all times during said post-production period have the first priority call on Director's services until completion of the final corrected answer print of the Picture.] [In connection with post-production:]</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[(1) Cooperation with Editor: Director hereby warrants and agrees that he will do nothing to hinder or delay the assemblage of film by the editor during the photography of the Picture so that the assembled sequences will be completed immediately following the completion of principal photography of the Picture.]</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[(2) Post-Production Schedule: Attached hereto marked Exhibit "S" and by this reference incorporated herein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for the post-production work on the Picture which has been agreed to by Director and Production Company. Director hereby agree(s) that Director shall follow this schedule.]</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[(3) Final Cutting Authority: [name] is designated as the Production Company Executive with final cutting authority over the Picture.] [The foregoing shall be subject to applicable guild and union requirements, if any.]</w:t>
      </w:r>
    </w:p>
    <w:p>
      <w:pPr>
        <w:keepNext w:val="0"/>
        <w:spacing w:before="120" w:after="0" w:line="260" w:lineRule="exact"/>
        <w:ind w:left="72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Dailies: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Production Company shall have the right to view the dailies during the production of the Picture, the rough cut and all subsequent cuts of the Picture. </w:t>
      </w:r>
    </w:p>
    <w:p>
      <w:pPr>
        <w:keepNext w:val="0"/>
        <w:spacing w:before="120" w:after="0" w:line="260" w:lineRule="exact"/>
        <w:ind w:left="72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Television Cover Shots: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Director shall furnish Production Company with protective cover shots necessary for the release of the Picture on television, based on network continuity standards in existence at the time of commencement of principal photography.</w:t>
      </w:r>
    </w:p>
    <w:p>
      <w:pPr>
        <w:keepNext w:val="0"/>
        <w:spacing w:before="120" w:after="0" w:line="260" w:lineRule="exact"/>
        <w:ind w:left="72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Pre-emption Period: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Pre-emption Period shall commence upon the execution of this Agreement and shall continue for [e.g., six (6) weeks] following the end of the Writing Period. </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Pre-emption Rights: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During the Pre-emption Period, if Director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"pay or play" offer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to provide Director's services for another picture during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time that would conflict with Director's obligations hereunder, and if Director intends to accept such offer, Director shall promptly notify Production Company in writing of the identity of the third party and the principal terms of such offer. Production Company shall have (e.g., forty-eight (48) hours) from Production Company's receipt of such notice within which to exercise its pre-emption rights by notifying Director in writing that Director is "pay or play" and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Start Date has been set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date that conflicts with the time period of the third party's offer. If Production Company does so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start notice, then Director shall be deemed "pay or play" as provided herein below, and Director's services in said conflicting engagement shall be subject to and subordinate to Director's services in connection with the Picture. If Production Company fails to send such start notice, then Director's services hereunder shall be subject to the relevant provisions contained in Director's notice to Production Company of the conflicting engagement. </w:t>
      </w:r>
    </w:p>
    <w:p>
      <w:pPr>
        <w:keepNext w:val="0"/>
        <w:spacing w:before="120" w:after="0" w:line="260" w:lineRule="exact"/>
        <w:ind w:left="720" w:right="0" w:firstLine="0"/>
        <w:jc w:val="left"/>
      </w:pPr>
      <w:r>
        <w:rPr>
          <w:rFonts w:ascii="Times New Roman" w:hAnsi="Times New Roman" w:eastAsia="Times New Roman" w:cs="Times New Roman"/>
          <w:b w:val="0"/>
          <w:sz w:val="24"/>
        </w:rPr>
        <w:t>(j)</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actor is not cast in the role of [specify role] within [e.g., six (6) months] of delivery to Production Company of the Rewrite, Director's services hereunder may be terminated by either party upon written notice to the other, and thereafter neither party will have any further obligations to the other hereunder [other than the payment of compensation, if any, due and payable hereunder prior to such termination]. </w:t>
      </w:r>
    </w:p>
    <w:p>
      <w:pPr>
        <w:keepNext w:val="0"/>
        <w:spacing w:before="120" w:after="0" w:line="260" w:lineRule="exact"/>
        <w:ind w:left="720" w:right="0" w:firstLine="0"/>
        <w:jc w:val="left"/>
      </w:pPr>
      <w:r>
        <w:rPr>
          <w:rFonts w:ascii="Times New Roman" w:hAnsi="Times New Roman" w:eastAsia="Times New Roman" w:cs="Times New Roman"/>
          <w:b w:val="0"/>
          <w:sz w:val="24"/>
        </w:rPr>
        <w:t>(k)</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During pre-production and principal photography of the Picture, Director will be provided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 and secretary for Director's exclusive use. </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COMPENSATION: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As full and complete consideration for Director's services and Director's undertakings hereunder and for all rights granted to Production Company hereunder, and subject to Director's full compliance with the terms and conditions of this Agreement, Production Company agrees to pay Director as follows: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Fixed Compensation:</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 equal to [e.g., Twenty-five Thousand Dollars ($25,000)]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supervisory/development fee (the “Supervisory Fee”) for Director’s services in supervising the Rewrite during the Writing Period referenced in Clause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 which amount shall [not] be applicable against the fee payable pursuant to subclause </w:t>
      </w:r>
      <w:r>
        <w:rPr>
          <w:rFonts w:ascii="Times New Roman" w:hAnsi="Times New Roman" w:eastAsia="Times New Roman" w:cs="Times New Roman"/>
          <w:b w:val="0"/>
          <w:sz w:val="24"/>
        </w:rPr>
        <w:t>(ii)</w:t>
      </w:r>
      <w:r>
        <w:rPr>
          <w:rFonts w:ascii="Times New Roman" w:hAnsi="Times New Roman" w:eastAsia="Times New Roman" w:cs="Times New Roman"/>
          <w:b w:val="0"/>
          <w:sz w:val="24"/>
        </w:rPr>
        <w:t>, below. The Supervisory Fee shall be payable [e.g., Twelve Thousand Five Hundred Dollars ($12,500) upon Director’s execution of this Agreement and Twelve Thousand Five Hundred Dollars ($12,500) upon delivery of the approved Rewrite].</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total sum of ([total amount of fixed compensation, e.g., $2,500,000])payable: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$[amount to be paid, e.g., $250,000] upon approval of the Budgeted Negative Cost for production of the Picture.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 [amount, e.g., $500,000] weekly, prorated commencing [specify number of weeks, e.g., 8 weeks] prior to the start of principal photography of the Picture.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 [total amount, e.g., $1,250,000] payable in equal weekly installments over the scheduled period of principal photography.</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 [amount, e.g., $250,000] upon delivery of the director's cut.</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$[amount, e.g., $250,000] upon the completion of the final answer print of the Picture.</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Flat Fee Basis: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Production Company and Director hereby mutually acknowledge that the Fixed Compensation as hereinabove specified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"flat fee" and Director shall not be entitled to any additional and/or so-called "overage" compensation for any services rendered by Director during the development, pre-production, production or post-production phases, or for additional post-production services rendered by Director. Without limiting the generality of the foregoing, no additional compensation shall be payable to Director under Clause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above if the actual principal photography period for the Picture exceeds the scheduled principal photography period, nor for any services rendered pursuant to Clause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for Additional Post-Production Services. </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Deferred Compensation: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addition to the Fixed Compensation payable under Clause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[subject to the production and release of the Picture] [and subject to the performance of all material obligations of Director hereunder,] Director shall be entitled to receive the sum of [total amount of deferred compensation e.g., $500,000], which shall be deferred and paid pro rata with all similar deferments of compensation payable [specify when, e.g., at the point just preceding the payment of percentage participations in the Net Profits of the Picture].</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Contingent Compensation: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addition to the Fixed Compensation payable under Clause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any Deferred Compensation payable under Clause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subject to the production and release of the Picture and subject to the performance of Director’s [material] obligations hereunder Director shall be entitled to receive as Contingent Compensation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[specify percentage e.g., five percent (5%)] of the Net Profits of the Picture, if any.</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Net Profits Definition: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"Net Profits" shall be computed, determined and paid in accordance with Exhibit "[X]" attached hereto and by this reference incorporated herein [, subject to good faith negotiation, but in any event on no less favorable terms than provided to [e.g., the individual producer of the Picture]].</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Related to Compensation: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anything to the contrary contained in any of the above compensation provisions:</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Performance: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compensation shall accrue or become payable to Director during Director's inability, failure or refusal to perform the services contracted for herein according to the terms and conditions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 or Play: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Production Company shall not be obligated to utilize Director's services on the Picture, nor shall Production Company be obligated to produce, release, distribute, advertise, exploit or otherwise make use of the Picture; provided, however, that the full amount of the Fixed Compensation hereinabove specified shall be paid to Director, should Production Company [without legal justification or excuse (as provided elsewhere in this Agreement or by operation of law),] elect not to utilize Director's services. [Director shall be made "pay or play" when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actor portraying the male lead role of (specify name of character) in the Picture becomes "pay or play" and (B)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completion bond is issued for the Picture, but, in any event, no later than the commencement of [(pre-production) or (principal photography)] of the Picture.]</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ADDITIONAL POST-PRODUCTION SERVICES: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If after the completion of principal photography of the Picture, Production Company requires retakes, changes, transparencies, added scenes, further photography, trailers, sound track, process shots or added language versions (herein collectively called "retakes, etc.") for the Picture, Director shall report to Production Company for such retakes, etc., at such place or places and on such consecutive or non-consecutive days as production Company may designate, provided Director is not then rendering services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contractual commitment) for another party. Director shall cooperate to make such services available to Production Company at the earliest possible date.</w:t>
      </w:r>
    </w:p>
    <w:p>
      <w:pPr>
        <w:keepNext w:val="0"/>
        <w:spacing w:before="120" w:after="0" w:line="260" w:lineRule="exact"/>
        <w:ind w:left="36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CREDITS: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Credit: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the production and release of the Picture and provided Director performs Director’s material obligations hereunder, then Production Company shall accord Director credit [in connection with the Picture in accordance with the requirements of the then-current Directors Guild of America, Inc. Basic Agreement] [before or immediately after (e.g., below the main title)] [which shall be (specify percentage, e.g., Twenty Percent (20%)) of the size of the title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artwork title is used for the Picture]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card].</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Size: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Director's foregoing credit on the positive prints of the Picture shall be no less than [e.g., Thirty-five Percent (35%)]of the size of the title of the Picture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non-artwork title is used, and in paid ads, no less than [e.g., Thirty-five Percent (35%)]of the size of the title of the Picture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non-artwork title is used.</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"Film By":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Director shall also receive credit in the form of "Film By" in the main titles on the positive prints of the Picture in no less than [e.g., Thirty-five Percent (35%)] of the size of the title of the Picture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non-artwork title is used, and no less than [e.g., Thirty-five Percent (35%)] of the size of the title of the Picture in paid ads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non-artwork title is used. Director's credit shall be no less than [e.g., Twenty Percent (20%)] of the size of the title of the Picture (and in any event no less than the size of the credit of the individual producer)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artwork title is used, whether on the positive prints of the Picture or in paid ads. Director shall receive said credit in excluded ads (except award, nomination and congratulatory ads) in which the individual producer's credit appears.</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Artwork Title Exception: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both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non-artwork title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artwork title are used, the position and percentage requirements above, as they relate to the title of the Picture, shall relate to the non-artwork title only. If only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artwork title is used, the percentage requirements above, as they relate to the title, shall be [not less than, (e.g., twenty percent (20%)] of the average size of the letters used in the artwork title. Also, the foregoing size references do not apply to credits provided to Director in the billing block for the Picture.</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Credit Limitation: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Production Company agrees that no other individual and/or entity (other than members of the cast receiving "starring" billing before or after the title of the Picture or the company distributing and/or financing the Picture) shall receive credit [larger than or the same size as] that used to display the credit accorded to Director [and no other individual or entity shall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credit that is larger]. </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Inadvertent Non-Compliance: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casual or inadvertent failure to comply with the provisions of this Clause shall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this Agreement by Production Company. Director hereby recognizes and confirms that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failure or omission by Production Company constituting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Production Company's obligations under this Clause, the damages, if any, caused Director by Production Company are not irreparable or sufficient to entitle Director to injunctive or other equitable relief. Consequently, Director's rights and remedies hereunder shall be limited to the right, if any, to obtain damages at law and Director shall have no right in such event to rescind this Agreement or any of the rights assigned to Production Company hereunder or to enjoin or restrain the distribution or exhibition of the Picture. [Production Company agrees to advise in writing its assignees and licensees of the credit requirements herein. If Production Company shall learn of such failure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to give such credit, Production Company shall notify such party of such failure and Production Company may, but shall not be obligated to, take action to cause such party to prospectively cure such failure.] </w:t>
      </w:r>
    </w:p>
    <w:p>
      <w:pPr>
        <w:keepNext w:val="0"/>
        <w:spacing w:before="120" w:after="0" w:line="260" w:lineRule="exact"/>
        <w:ind w:left="36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TRANSPORTATION AND EXPENSES: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If Director's services are required at Production Company's request to be rendered on location more than [e.g., fifty (50)] miles from Director's primary place of residence which Director represents is [specify], Production Company shall furnish Director first-class round trip transportation for [e.g., two (2)] (if available and if used) and Production Company shall [(reimburse Director for Director's living expenses in the amount of [amount, e.g., $3,000] per week) or (provide Director with first class living accommodations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 diem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determined pursuant to good faith negotiations; but, in no event shall the amount received by Director be less than (e.g., Three Thousand Dollars ($3,000) per week) or (the amount received by any other individual providing services for the Picture)]. [While on location, Director will be provided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car and driver to and from the airport, accommodations and sets.] or [While on location, Director will be provided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private office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honey wagon.]. If Director can demonstrate to Production Company's satisfaction that said living expense allowance is insufficient for any particular location, Production Company shall, at such time, give good faith consideration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increase.] [For any period which is less than one (1) week, said reimbursement shall be upon the pro rata basis that one (1) day is equal to one-seventh (1/7) of one (1) week.] Director [shall furnish Production Company with itemized detailed accountings of such living expenses, including vouchers, bills, receipts and statements satisfactory to meet the requirements and regulations of the Internal Revenue Service.] </w:t>
      </w:r>
    </w:p>
    <w:p>
      <w:pPr>
        <w:keepNext w:val="0"/>
        <w:spacing w:before="120" w:after="0" w:line="260" w:lineRule="exact"/>
        <w:ind w:left="36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PERFORMANCE STANDARDS: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Except as specifically provided to the contrary herein, during the Term of this Agreement, Director shall render Director's directing services exclusively to Production Company and, to such extent as Production Company may require, in otherwise assisting in the creation and production of the Picture. Said services shall be rendered either alone or in collaboration with another or other artists in such manner as Production Company may direct, pursuant to the instructions, controls and schedules established by [Production Company] or [Production Company's authorized representatives], and at the times, places and in the manner required by [Production Company] or [them]. Such manners, instructions, directions, and controls shall be exercised by Production Company in accordance with standards of reasonableness and also with what is customary practice in the Motion Picture industry. [Such services shall be rendered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artistic, conscientious, efficient and punctual manner, to the best of Director's ability and with full regard to the careful, efficient, economical and expeditious production of the Picture within the budget and shooting schedule established by Production Company immediately prior to the commencement of principal photography [, it being further understood that the production of motion pictures by Production Company involves matters of discretion to be exercised by Production Company with respect to art and taste, and Director's services and the manner of rendition thereof are to be governed entirely by Production Company].] In further elaboration of the foregoing, the Picture shall be produced in accordance with the following:</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Compliance with Approved Production Elements: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Picture shall be produced in compliance with the budget, production schedule and screenplay therefor approved by Production Company. There shall be no deviation from any such element without Production Company's prior written consent.</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Timely Delivery: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Picture shall be delivered on or before the date specified in the Production Company approved post-production schedule, time being of the essence, subject to extensions for </w:t>
      </w:r>
      <w:r>
        <w:rPr>
          <w:rFonts w:ascii="Times New Roman" w:hAnsi="Times New Roman" w:eastAsia="Times New Roman" w:cs="Times New Roman"/>
          <w:b w:val="0"/>
          <w:sz w:val="24"/>
        </w:rPr>
        <w:t>force majeure</w:t>
      </w:r>
      <w:r>
        <w:rPr>
          <w:rFonts w:ascii="Times New Roman" w:hAnsi="Times New Roman" w:eastAsia="Times New Roman" w:cs="Times New Roman"/>
          <w:b w:val="0"/>
          <w:sz w:val="24"/>
        </w:rPr>
        <w:t xml:space="preserve"> and for compliance with Production Company's instructions.</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MPAA Rating:</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Picture shall qualify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MPAA rating or its equivalent not more restrictive than [e.g., "R"].</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TV Cover Shots: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Director shall cause to be prepared all such "cover shots" required to comply with U.S. network programming content standards (as well as all such "cover shots" as Production Company may request) for exhibition of the Picture on U.S. prime-time television, airlines, etc., without hampering the continuity of the Picture.</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Running Time: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Picture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running time of not less than [e.g., ninety (90) minutes nor more than one hundred twenty (120) minutes].</w:t>
      </w:r>
    </w:p>
    <w:p>
      <w:pPr>
        <w:keepNext w:val="0"/>
        <w:spacing w:before="120" w:after="0" w:line="260" w:lineRule="exact"/>
        <w:ind w:left="72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Compliance with Laws: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Picture shall be produced in accordance with all applicable collective bargaining agreements and governmental requirements.</w:t>
      </w:r>
    </w:p>
    <w:p>
      <w:pPr>
        <w:keepNext w:val="0"/>
        <w:spacing w:before="120" w:after="0" w:line="260" w:lineRule="exact"/>
        <w:ind w:left="36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UNIQUE SERVICES: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Except as specifically provided to the contrary hereinabove, Director's services shall be rendered exclusively to Production Company [during the periods of pre-production and principal photography of the Picture, and non-exclusive, noninterference first priority at all other times] until expiration of the Term of this Agreement, it being mutually understood that said services are extraordinary, unique and not replaceable, and that there is no adequate remedy at law for breach of this contract by Director and that Production Company, in the event of such breach by Director, shall be entitled to equitable relief by way of injunction or otherwise to prevent default by Director.</w:t>
      </w:r>
    </w:p>
    <w:p>
      <w:pPr>
        <w:keepNext w:val="0"/>
        <w:spacing w:before="120" w:after="0" w:line="260" w:lineRule="exact"/>
        <w:ind w:left="36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RESULTS AND PROCEEDS OF SERVICES: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Production Company shall be entitled to and shall solely and exclusively own, in addition to Director's services hereunder, all results and proceeds thereof (including but not limited to all rights, throughout the universe, in perpetuity, of copyright, trademark, patent, production, manufacture, recordation, reproduction, transcription, performance, broadcast and exhibition by any medium or method now known or hereafter devised, including, without limitation radio broadcasting, theatrical and nontheatrical exhibition, and exhibition by the medium of television or otherwise), whether such results and proceeds consist of literary, dramatic, musical, motion picture, mechanical or any other forms of works, themes, ideas, compositions, creations or productions, together with the rights generally known in the field of literary and musical endeavor as the "moral rights of authors" in and/or to any musical and/or literary proceeds of Director's services, including but not limited to the right to add to, subtract from, arrange, revise, adapt, rearrange, make variations of the property, and to translate the same into any and all languages, change the sequence, change the characters and the descriptions thereof contained in the property, change the title of the same, [record and photocopy the same with or without sound (including spoken words, dialogue and music synchronously recorded)], use this title or any of its components in connection with works or motion pictures wholly or partially independent of said property, and to use all or any part of the property in new versions, adaptations and sequels in any and all languages, and to obtain copyright therein throughout the universe, and Director does hereby assign and transfer to Production Company all the foregoing without reservation, condition, or limitation, and no right of any kind, nature, or description is reserved by Director. Furthermore, Director hereby irrevocably assigns, licenses, and grants to Production Company, exclusively, throughout the universe, and in perpetuity, the rights, if any, of Director to authorize, prohibit, and/or control the renting, lending, fixation, reproduction and/or other exploitation of any motion picture produced based upon the Picture (or any rights therein) by any media and means now known or hereafter devised as may be conferred upon Director under applicable laws, regulations, or directives including, without limitation, any so-called "Rental Lending Rights" pursuant to any European Union ("EU") directives and/or enabling or implementing legislation, laws, or regulations enacted by the member nations of the EU. If Production Company shall desire separate assignments or other documents to implement the foregoing, Director shall execute the same upon Production Company's [written] request, and if Director fails or refuses to execute and deliver any such separate assignments or other documents, Production Company shall have and is granted the right and authority to execute the same in Director's name and as Director's attorney-in-fact. [Production Company shall supply Director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document so executed.]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Wherever in this Agreement the terms "motion picture" or "motion picture production" or terms of similar tenor are used, such terms shall be conclusively deemed and construed to include the present and future developments of the motion picture, television, video tape, videodisc, computer, Internet, electronics and telephone industries, including talking motion pictures, videotape, television productions, any and all kinds of electronic and other interactive uses of the Picture and the components thereof, including, but not limited to, CD-ROM, CD-I, interactive multi-media devices, computer discs, and any new variations thereon, and all forms of motion pictures, television, laserdisc, video tape, CD-ROM, CD-I, interactive multimedia devices and similar uses, whether now known or unknown and their accompanying devices which reproduce words, music and/or other sounds in synchronization with, accompaniment of, or supplementary to photography. </w:t>
      </w:r>
    </w:p>
    <w:p>
      <w:pPr>
        <w:keepNext w:val="0"/>
        <w:spacing w:before="120" w:after="0" w:line="260" w:lineRule="exact"/>
        <w:ind w:left="36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WARRANTIES RELATED TO CREATED MATERIAL:</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Director hereby warrants and agrees that all material, works, writings, idea, "gags" or dialogue written, composed, prepared, submitted or interpolated by Director in connection with the Picture or its preparation or production, shall be wholly original with Director and shall not be copied in whole or in part from any other work, except that submitted to Director by Production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for such material. Director further warrants that neither the said material nor any part thereof will [to the best of Director's knowledge] violate the rights of privacy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libel or slander against any person, firm, or corporation, and that the material will not infringe upon the copyright, literary, dramatic or photoplay rights of any person. Director further agrees to indemnify and to hold Production Company and its successors, licensees, and assigns harmless against all liability or loss (including without limitation, reasonable [outside] attorneys' fees and costs) which they or any of them may suffer by reason of the breach of any of the terms or warranties of this Clause. Production Company warrants and agrees to indemnify and hold Director harmless against all liability or loss which Director may suffer by reason of any changes made by Production Company in the Picture or any matter arising in connection with the development, production, or distribution of the Picture as to which Director is not obligated to indemnify and hold harmless Production Company.</w:t>
      </w:r>
    </w:p>
    <w:p>
      <w:pPr>
        <w:keepNext w:val="0"/>
        <w:spacing w:before="120" w:after="0" w:line="260" w:lineRule="exact"/>
        <w:ind w:left="36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VESTING OF PRODUCTION COMPANY'S RIGHTS: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All rights granted or agreed to be granted to Production Company hereunder vest in Production Company immediately and shall remain so vested whether this Agreement expires in normal course or is terminated for any [good] cause or reason. </w:t>
      </w:r>
    </w:p>
    <w:p>
      <w:pPr>
        <w:keepNext w:val="0"/>
        <w:spacing w:before="120" w:after="0" w:line="260" w:lineRule="exact"/>
        <w:ind w:left="36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 AND LIKENESS: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Production Company shall always have the right to use and display Director's name and [approved] likeness for advertising, publicizing, and exploiting the Picture. However, such advertising may not include the direct endorsement of any product (other than the Picture) without Director's consent. Exhibition, advertising, publicizing or exploiting the Picture by any media, even though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or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product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commercially sponsored program, shall not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endorsement of any nature. </w:t>
      </w:r>
    </w:p>
    <w:p>
      <w:pPr>
        <w:keepNext w:val="0"/>
        <w:spacing w:before="120" w:after="0" w:line="260" w:lineRule="exact"/>
        <w:ind w:left="36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PUBLICITY RESTRICTIONS: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Director shall not directly, or by means of press agents or publicity or advertising agencies or others, employed or paid by Director or otherwise, circulate, publish or otherwise disseminate any news stories or articles, books or other publicity, containing Director's name relating to Director's employment by Production Company, the subject matter of this Agreement, the Picture or the services to be rendered by Director or others in connection with the Picture unless first approved by Production Company [in writing]. Director shall not transfer [or attempt to transfer] any right, privilege, title, or interest in or to any of the things above specified, nor shall Director authorize or willingly permit infringement upon the exclusive rights granted to Production Company, and Director authorizes Production Company [, at Production Company's expense,] in Director's name or otherwise, to institute any proper legal proceedings to prevent any infringement. [This provision shall not be deemed to preclude Director's incidental, non-derogatory mention in interviews of any Picture based on the Property.] </w:t>
      </w:r>
    </w:p>
    <w:p>
      <w:pPr>
        <w:keepNext w:val="0"/>
        <w:spacing w:before="120" w:after="0" w:line="260" w:lineRule="exact"/>
        <w:ind w:left="36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FORCE MAJEURE:</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Suspension: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by reason of fire, earthquake, labor dispute or strike, act of God or public enemy, any municipal ordinance, any state or federal law, governmental order or regulation, or other cause beyond Production Company's control [which would excuse Production Company's performance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law], Production Company is prevented from or hampered in the production of the Picture, or if, by reason of the closing of substantially all theatres in the United States [which would excuse Production Company's performance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law], Production Company's production of the Picture is postponed or suspended, or if, by reason of any of the aforesaid contingencies or any other cause or occurrence not within Production Company's control, including but not limited to the death, illness or incapacity of any principal member of the cast of the Picture, the preparation or production of the Picture is interrupted or delayed [and/or, if Production Company's normal business operations are interrupted or otherwise interfered with by virtue of any disruptive events which are beyond Production Company's control] ("Production Company Disability"), then Production Company may postpone the commencement of or suspend the rendition of services by Director and the running of time hereunder for such time as the Production Company Disability shall continue; and no compensation shall accrue or become payable to Director hereunder during the period of such suspension. [Production Company may only suspend Director's services under this clause if Production Company concurrently suspends the services of all persons providing above-the-line services for the Picture]. [(Such suspension shall end upon the cessation of the cause thereof.)] or [(Such suspension shall end not later than (e.g., four weeks) following the cessation of the Production Company Disability or upon the recommencement of principal photography of the Picture after the cessation of the Production Company Disability, whichever occurs first.)] [During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suspension under this clause, Director may provide his or her services to third parties; provided, however, Production Company may require Director to resume services to Production Company hereunder upon (e.g., twenty-four (24) hours) advance written notice to Director.] [During any suspension due to Production Company Disability, Director shall continue to receive the compensation specified herein if any other person providing above-the-line services continues to receive fixed compensation provided by such person's agreement with Production Company.]</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Production Company Termination Right: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Production Company Disability continues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consecutive period in excess of [e.g., eight (8) weeks], Production Company shall have the right to terminate this Agreement upon written notice to Director. [Production Company may only terminate Director's services under this clause if Production Company concurrently terminates the services of all persons providing above-the-line services for the Picture.]</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Director's Termination Right: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Production Company Disability results in compensation being suspended hereunder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in excess of [e.g., eight (8) weeks], Director shall have the right to terminate this Agreement upon written notice to Production Company. </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Production Company Re-Establishment Right: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Despite Director's election to terminate this Agreement, within [e.g., five (5) days] after Production Company's actual receipt of such written notice from Director, Production Company shall have the right to elect to re-establish the operation of this Agreement [upon resumption of the payment to Director of Director's Fixed Compensation].</w:t>
      </w:r>
    </w:p>
    <w:p>
      <w:pPr>
        <w:keepNext w:val="0"/>
        <w:spacing w:before="120" w:after="0" w:line="260" w:lineRule="exact"/>
        <w:ind w:left="36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INCAPACITY: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Director's Incapacity: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by reason of mental or physical disability, Director is incapacitated from performing or complying with any of the terms or conditions hereof ("Director's Incapacity")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consecutive period in excess of [e.g., seven (7) days] or aggregate period in excess of [e.g., ten (10) days], while Director's services are exclusive,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consecutive period in excess of [e.g., ten (10) days] or aggregate period in excess of [e.g., fifteen (15) days], while Director's services are non-exclusive, then Production Company shall have the right to terminate this Agreement upon written notice to Director.</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of Examination: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any claim of mental or physical disability is made by Director or on Director's behalf, Production Company shall have the right to have Director examined by such physicians as Production Company may designate. Director's physician may be present at such examination but shall not interfere therewith. [Any tests performed on Director shall be related to and customary for the treatment, diagnosis or examination to be performed in connection with Director's claim.] </w:t>
      </w:r>
    </w:p>
    <w:p>
      <w:pPr>
        <w:keepNext w:val="0"/>
        <w:spacing w:before="120" w:after="0" w:line="260" w:lineRule="exact"/>
        <w:ind w:left="36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DEFAULT: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If Director fails or refuses to perform or comply with any of the [material] terms or conditions hereof (other than by reason of Director's Incapacity) (["Director's Default"]) then Production Company may terminate this Agreement upon written notice to Director. [; provided, however, during the period of Director's exclusive services, Director shall have [e.g., twenty-four (24) hours], and during the period of Director's non-exclusive services, Director shall have [e.g., forty-eight (48) hours] within which to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cure after Production Company's giving of notice of such failure or refusal, before such termination shall become effective.] [No compensation shall accrue to Director during any cure period.]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Default shall not include any failure or refusal of Director to perform or comply with the material terms of this Agreement due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or action by Production Company which makes impossible the performance of services by Director.] </w:t>
      </w:r>
    </w:p>
    <w:p>
      <w:pPr>
        <w:keepNext w:val="0"/>
        <w:spacing w:before="120" w:after="0" w:line="260" w:lineRule="exact"/>
        <w:ind w:left="360" w:right="0" w:firstLine="0"/>
        <w:jc w:val="left"/>
      </w:pPr>
      <w:r>
        <w:rPr>
          <w:rFonts w:ascii="Times New Roman" w:hAnsi="Times New Roman" w:eastAsia="Times New Roman" w:cs="Times New Roman"/>
          <w:b w:val="0"/>
          <w:sz w:val="24"/>
        </w:rPr>
        <w:t>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TERMINATION: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Termination of this Agreement, whether by lapse of time, mutual consent, operation of law, exercise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termination or otherwise shall:</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Terminate Production Company's obligation to pay Director any further compensation. Nevertheless, if the termination is not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Default, Production Company shall pay Director any compensation due and unpaid prior to the termination, and;</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Production Company shall not be deemed to have waived any other rights it may have or alter Production Company's rights or any of Director's agreements or warranties relating to the rendition of Director's services prior to termination.</w:t>
      </w:r>
    </w:p>
    <w:p>
      <w:pPr>
        <w:keepNext w:val="0"/>
        <w:spacing w:before="120" w:after="0" w:line="260" w:lineRule="exact"/>
        <w:ind w:left="360" w:right="0" w:firstLine="0"/>
        <w:jc w:val="left"/>
      </w:pPr>
      <w:r>
        <w:rPr>
          <w:rFonts w:ascii="Times New Roman" w:hAnsi="Times New Roman" w:eastAsia="Times New Roman" w:cs="Times New Roman"/>
          <w:b w:val="0"/>
          <w:sz w:val="24"/>
        </w:rPr>
        <w:t>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PRODUCTION COMPANY RIGHT TO SUSPEND: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In the event of Director's Incapacity or Director's Default, Production Company may postpone [upon written notice] the commencement of or suspend the rendition of services by Director and the running of time hereunder so long as any Director's Incapacity or Director's Default shall continue; and no compensation shall accrue or become payable to Director during the period of such suspension.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Right to Cure: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Director's Incapacity or Director's Default shall be deemed to continue until Production Company's receipt of written notice from Director specifying that Director is ready, willing and able to perform the services required hereunder; provided that any such notice from Director to Production Company shall not preclude Production Company from exercising any rights or remedies Production Company may have hereunder or at law or in equity by reason of Director's Incapacity or Director's Default. </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Alternative Services Restricted: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During any period of suspension hereunder, Director shall not render services for any person, firm or corporation other than Production Company. [However, Director shall have the right to render services to third parties during any period of suspension based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Production Company Disability, subject, however, to Production Company's right to require Director to resume the rendition of services hereunder upon [e.g., twenty-four (24) hours] prior notice.] </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Production Company Right to Extend: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Production Company elects to suspend the rendition of services by Director as herein specified, then Production Company shall have the right (exercisable at any time) [upon written notice] to extend the period of services of Director hereunder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equal to the period of such suspension.</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Additional Services: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Production Company shall have paid compensation to Director during any period of Director's Incapacity or Director's Default, then Production Company shall have the right (exercisable at any time) [upon written notice] to require Director to render services hereunder without compensation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equal to the period for which Production Company shall have paid compensation to Director during such Director's Incapacity or Director's Default.</w:t>
      </w:r>
    </w:p>
    <w:p>
      <w:pPr>
        <w:keepNext w:val="0"/>
        <w:spacing w:before="120" w:after="0" w:line="260" w:lineRule="exact"/>
        <w:ind w:left="360" w:right="0" w:firstLine="0"/>
        <w:jc w:val="left"/>
      </w:pPr>
      <w:r>
        <w:rPr>
          <w:rFonts w:ascii="Times New Roman" w:hAnsi="Times New Roman" w:eastAsia="Times New Roman" w:cs="Times New Roman"/>
          <w:b w:val="0"/>
          <w:sz w:val="24"/>
        </w:rPr>
        <w:t>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WARRANTIES AND INDEMNITY: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Warranties.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Director hereby warrants that Director is not under any obligation or disability, created by law or otherwise, which would in any manner or to any extent prevent or restrict Director from entering into and fully performing this Agreement; Director warrants that Director has not entered into any agreement or commitment that would prevent Director's fulfilling Director's commitments with Production Company hereunder and that Director will not enter into any such agreement or commitment without Production Company's specific approval; and Director hereby accepts the obligations hereunder and agrees to devote Director's entire time and attention and best talents and abilities exclusively to Production Company as specified herein, and to observe and to be governed by the rules of conduct established by Production Company for the conduct of its employees. </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Director shall at all times indemnify Production Company, its successors, assignees and licensees, from and against any and all costs, expenses, losses, damages, judgments and [outside] attorneys' fees arising out of or connected with or resulting from any claims, demands or causes of action by any person or entity which is inconsistent with any of Director's representations, warranties or agreements hereunder. Director will reimburse Production Company on demand for any payment made by Production Company at any time after the date hereof in respect of any liability, loss, damage, cost or expense to which the foregoing indemnity relates.</w:t>
      </w:r>
    </w:p>
    <w:p>
      <w:pPr>
        <w:keepNext w:val="0"/>
        <w:spacing w:before="120" w:after="0" w:line="260" w:lineRule="exact"/>
        <w:ind w:left="36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REMEDIES: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All remedies accorded herein or otherwise available to either Production Company or Director shall be cumulative, and no one such remedy shall be exclusive of any other. Without waiving any rights or remedies under this Agreement or otherwise, Production Company may from time to time recover, by action, any damages arising out of any breach of this Agreement by Director, and may institute and maintain subsequent actions for additional damages which may arise from the same or other breaches. The commencement or maintenance of any such action or actions by Production Company shall not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 on Production Company's part to terminate this Agreement nor constitute or result in termination of Director's services hereunder unless Production Company shall expressly so elect by written notice to Director. The pursuit by either Production Company or Director of any remedy under this Agreement or otherwise shall not be deemed to waive any other or different remedy which may be available under this Agreement or otherwise, either at law or in equity.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Notwithstanding the foregoing, Director hereby recognizes and confirms that in the event of failure or omission by Production Company constituting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Production Company's obligations under this Agreement, the damage, if any, caused Director by Production Company is not irreparable or sufficient to entitle Director to injunctive or other equitable relief. Consequently, Director shall have no right in such event to rescind this Agreement or any of the rights assigned to Production Company hereunder or to enjoin or restrain the distribution or exhibition of the Picture. </w:t>
      </w:r>
    </w:p>
    <w:p>
      <w:pPr>
        <w:keepNext w:val="0"/>
        <w:spacing w:before="120" w:after="0" w:line="260" w:lineRule="exact"/>
        <w:ind w:left="36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GUILDS AND UNIONS: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Production Company represents and warrants that Production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signatory to the Directors Guild of America Basic Agreement.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Membership:</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During the periods when Director is required to render services hereunder, as Production Company may lawfully require, Director, at Director's sole cost and expense (and at Production Company's request) shall remain or become and remain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in good standing of the then properly designated labor organization or organizations (as defined and determined under the then applicable law) representing persons performing services of the type and character required to be performed by Director hereunder.</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Superseding Effect of Guild Agreements: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Nothing contained in this Agreement shall be construed so as to require the violation of the current Directors Guild of America Basic Agreement, as amended from time to time, or any other written agreement between Production Company and Directors' Guild of America, Inc., which may from time to time be in effect and by its terms controlling with respect to this Agreement; and wherever there is any conflict between any provision of this Agreement and any such agreement, the latter shall prevail, but in such event the provisions of this Agreement shall be curtailed and limited only to the extent necessary to permit compliance with such agreement of the Directors' Guild of America, Inc. </w:t>
      </w:r>
    </w:p>
    <w:p>
      <w:pPr>
        <w:keepNext w:val="0"/>
        <w:spacing w:before="120" w:after="0" w:line="260" w:lineRule="exact"/>
        <w:ind w:left="36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GARNISHMENT: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If Production Company shall be required, because of the service of any garnishment or by the terms of any contract or assignment executed by Director, to pay all or any portion of the compensation hereunder to any other person, firm or corporation, the withholding of payment of such compensation or any portion thereof, in accordance with the requirements of any such garnishment, contract or assignment shall not be construed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by Production Company of this Agreement.</w:t>
      </w:r>
    </w:p>
    <w:p>
      <w:pPr>
        <w:keepNext w:val="0"/>
        <w:spacing w:before="120" w:after="0" w:line="260" w:lineRule="exact"/>
        <w:ind w:left="36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LIMITATION: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If the compensation provided for by this Agreement shall exceed the amount permitted by any present or future law or governmental order or regulation, such stated compensation shall be reduced, while such limitation is in effect, to the amount which is so permitted, and the payment of such reduced compensation shall be deemed to constitute full performance by Production Company of Production Company's obligations respecting the payment of compensation hereunder. Upon the removal of any such limitation, Production Company agrees to pay Director the amount by which the compensation herein was reduced, when it is legally permissible for Production Company to make such payment. </w:t>
      </w:r>
    </w:p>
    <w:p>
      <w:pPr>
        <w:keepNext w:val="0"/>
        <w:spacing w:before="120" w:after="0" w:line="260" w:lineRule="exact"/>
        <w:ind w:left="36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Production Company may secure life, health, accident, cast, or other insurance covering Director, the cost of which shall be included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cost in the budget of the Picture. Such insurance shall be for Production Company's sole benefit and Production Company shall be the beneficiary thereof, and Director shall have no interest in the proceeds thereof. Director shall assist Production Company in procuring such insurance by submitting to required examinations and tests and by preparing, signing, and delivering such applications and other documents as may be reasonably required. Director may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doctor selected by Director present at any such examination. Director shall, to the best of Director's ability, observe all terms and conditions of such insurance of which Production Company notifies Director as necessary for continuing such insurance in effect.</w:t>
      </w:r>
    </w:p>
    <w:p>
      <w:pPr>
        <w:keepNext w:val="0"/>
        <w:spacing w:before="200" w:after="0" w:line="260" w:lineRule="exact"/>
        <w:ind w:left="720" w:right="0" w:firstLine="0"/>
        <w:jc w:val="both"/>
      </w:pPr>
      <w:r>
        <w:rPr>
          <w:rFonts w:ascii="Times New Roman" w:hAnsi="Times New Roman" w:eastAsia="Times New Roman" w:cs="Times New Roman"/>
          <w:b w:val="0"/>
          <w:sz w:val="24"/>
        </w:rPr>
        <w:t>If [Production Company is unable to obtain pre-production or cast insurance covering Director at prevailing standard rates and without any exclusions, restrictions, conditions, or exceptions of any kind, Director shall have the right to pay any premium in excess of the prevailing standard rates in order for Production Company to obtain such insurance. If Director fails, refuses, or is unable for any reason whatsoever to pay such excess premium, or if] Production Company having obtained such insurance, Director fails to observe all terms and conditions necessary to maintain such insurance in effect, Production Company shall have the right to terminate this Agreement without any obligation to Director by giving Director written notice of termination.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Production Company shall add Director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insured on both the general liability insurance policy and the errors and omissions insurance policy for the Picture, subject to the terms, conditions and restrictions of each such policy that is maintained by Production Company.</w:t>
      </w:r>
    </w:p>
    <w:p>
      <w:pPr>
        <w:keepNext w:val="0"/>
        <w:spacing w:before="120" w:after="0" w:line="260" w:lineRule="exact"/>
        <w:ind w:left="36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EMPLOYMENT OF OTHERS: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Director agrees not to employ any person to serve in any capacity, nor contract for the purchase or renting of any article or material, nor make any agreement committing Production Company to pay any sum of money for any reason whatsoever in connection with the Picture or services to be rendered by Director hereunder or otherwise, without written approval first being had and obtained from Production Company. </w:t>
      </w:r>
    </w:p>
    <w:p>
      <w:pPr>
        <w:keepNext w:val="0"/>
        <w:spacing w:before="120" w:after="0" w:line="260" w:lineRule="exact"/>
        <w:ind w:left="360" w:right="0" w:firstLine="0"/>
        <w:jc w:val="left"/>
      </w:pPr>
      <w:r>
        <w:rPr>
          <w:rFonts w:ascii="Times New Roman" w:hAnsi="Times New Roman" w:eastAsia="Times New Roman" w:cs="Times New Roman"/>
          <w:b w:val="0"/>
          <w:sz w:val="24"/>
        </w:rPr>
        <w:t>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TO LEND TO OTHERS: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Production Company shall have the right to lend Director's services hereunder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of Production Company's subsidiary or affiliated companies, or (b) any other producer of Motion Pictures provided such producer shall have granted to Production Company the right to distribute the Picture [and further provided that Director has consented to such lending, which consent shall not be unreasonably withheld]. [If Director fails to respond to Production Company's request for approval of such lending within [e.g., three (3) business] days of Production Company's request therefore, then such request shall automatically be deemed approved.] [No such lending of Director's services shall relieve Production Company of its obligations hereunder.] </w:t>
      </w:r>
    </w:p>
    <w:p>
      <w:pPr>
        <w:keepNext w:val="0"/>
        <w:spacing w:before="120" w:after="0" w:line="260" w:lineRule="exact"/>
        <w:ind w:left="360" w:right="0" w:firstLine="0"/>
        <w:jc w:val="left"/>
      </w:pPr>
      <w:r>
        <w:rPr>
          <w:rFonts w:ascii="Times New Roman" w:hAnsi="Times New Roman" w:eastAsia="Times New Roman" w:cs="Times New Roman"/>
          <w:b w:val="0"/>
          <w:sz w:val="24"/>
        </w:rPr>
        <w:t>28.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This Agreement, at the election of Production Company, shall inure to the benefit of Production Company's administrators, successors, assigns, licensees, grantees, and associated, affiliated and subsidiary companies, and Director agrees that Production Company and any subsequent assignee may freely assign this Agreement and grant its rights hereunder, in whole or in part, to any person, firm or corporation [, provided that such person, firm or corporation assumes and agrees in writing to keep and perform all of the executory obligations of Production Company hereunder]. [Unless such assignment is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studio or major production company as such terms are commonly understood in the motion picture industry, Production Company shall remain secondarily liable hereunder.]</w:t>
      </w:r>
    </w:p>
    <w:p>
      <w:pPr>
        <w:keepNext w:val="0"/>
        <w:spacing w:before="120" w:after="0" w:line="260" w:lineRule="exact"/>
        <w:ind w:left="360" w:right="0" w:firstLine="0"/>
        <w:jc w:val="left"/>
      </w:pPr>
      <w:r>
        <w:rPr>
          <w:rFonts w:ascii="Times New Roman" w:hAnsi="Times New Roman" w:eastAsia="Times New Roman" w:cs="Times New Roman"/>
          <w:b w:val="0"/>
          <w:sz w:val="24"/>
        </w:rPr>
        <w:t>29.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This Agreement shall replace and supersede all previous arrangements, understandings, representations, or agreements, either oral or written, with respect to the subject matter hereof and expresses the entire agreement between Production Company and Director with reference to the terms and conditions for the rendition of Director's services for Production Company in connection with the Picture.</w:t>
      </w:r>
    </w:p>
    <w:p>
      <w:pPr>
        <w:keepNext w:val="0"/>
        <w:spacing w:before="120" w:after="0" w:line="260" w:lineRule="exact"/>
        <w:ind w:left="360" w:right="0" w:firstLine="0"/>
        <w:jc w:val="left"/>
      </w:pPr>
      <w:r>
        <w:rPr>
          <w:rFonts w:ascii="Times New Roman" w:hAnsi="Times New Roman" w:eastAsia="Times New Roman" w:cs="Times New Roman"/>
          <w:b w:val="0"/>
          <w:sz w:val="24"/>
        </w:rPr>
        <w:t>30.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Address: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notices from Production Company to Director, in connection with this Agreement may be given in writing by addressing the same to Director in care of [name and address of recipient of notice] and by depositing same, so addressed, postage prepaid, in the mail, by email transmission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confirmation copy mailed by regular U.S. mail), or at Production Company's option, Production Company may deliver such notice to Director personally, either orally or in writing.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courtesy copy shall be sent to [name and address of attorney]. If such notice shall be sent by mail, or by email transmission, as above provided, the date of mailing or email transmission, as applicable, shall be deemed to be the date of service of such notice.</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Writing Requirement: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notice given in respect to any right of termination, suspension, or extension under this Agreement shall be confirmed in writing. If any notice is delivered to Director personally,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such notice shall be sent to Director at the above address.</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Production Company: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notices from Director to Production Company hereunder shall be given in writing addressed to Production Company as follows: [name and address of production company], and by depositing the same, so addressed, postage prepaid, in the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courtesy copy shall be sent to [name and address of attorney]. Unless otherwise expressly provided, the date of mailing shall be deemed to be the date of service of such notice.</w:t>
      </w:r>
    </w:p>
    <w:p>
      <w:pPr>
        <w:keepNext w:val="0"/>
        <w:spacing w:before="120" w:after="0" w:line="260" w:lineRule="exact"/>
        <w:ind w:left="36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EMPLOYMENT ELIGIBILITY:</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All of Production Company's obligations herein are expressly conditioned upon Director's completion, to Production Company's satisfaction, of the I-9 form (Employee Eligibility Verification Form), and upon Director's submission to Production Company of original documents satisfactory to demonstrate to Production Company Director's employment eligibility.</w:t>
      </w:r>
    </w:p>
    <w:p>
      <w:pPr>
        <w:keepNext w:val="0"/>
        <w:spacing w:before="120" w:after="0" w:line="260" w:lineRule="exact"/>
        <w:ind w:left="36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This Agreement shall be construed in accordance with the laws of the State of [name of state] applicable to agreements which are executed and fully performed within said State.</w:t>
      </w:r>
    </w:p>
    <w:p>
      <w:pPr>
        <w:keepNext w:val="0"/>
        <w:spacing w:before="120" w:after="0" w:line="260" w:lineRule="exact"/>
        <w:ind w:left="36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CAPTIONS: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captions used in connection with the clauses and subclauses of this Agreement are inserted only for the purpose of reference. Such captions shall not be deemed to govern, limit, modify, or in any other manner affect the scope, meaning, or intent of the provisions of this Agreement or any part thereof; nor shall such captions otherwise be given any legal effect.</w:t>
      </w:r>
    </w:p>
    <w:p>
      <w:pPr>
        <w:keepNext w:val="0"/>
        <w:spacing w:before="120" w:after="0" w:line="260" w:lineRule="exact"/>
        <w:ind w:left="36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SERVICE OF PROCESS: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In any action or proceeding commenced in any court in the state of [name of state] for the purpose of enforcing this Agreement or any right granted herein, or any order or decree predicated thereon, any summons, order to show cause, writ, judgment, decree, or other process, issued by such court, may be delivered to Director personally without the state of [name of state], and when so delivered, Director shall be subject to the jurisdiction of such court as though the same had been served within the state of [name of state], but outside the county in which such action or proceeding is pending.</w:t>
      </w:r>
    </w:p>
    <w:p>
      <w:pPr>
        <w:keepNext w:val="0"/>
        <w:spacing w:before="120" w:after="0" w:line="260" w:lineRule="exact"/>
        <w:ind w:left="36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ILLEGALITY: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Nothing contained herein shall require the commission of any act or the payment of any compensation which is contrary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express provision of law or contrary to the policy of express law [or any guild or union rules or regulations]; and if there shall exist any conflict between any provision contained herein and any such law or policy, [or any guild or union rules or regulations,] the latter shall prevail; and the provision or provisions herein affected shall be curtailed, limited or eliminated to the extent (but only to the extent) necessary to remove such conflict; and as so modified this Agreement shall continue in full force and effect.</w:t>
      </w:r>
    </w:p>
    <w:p>
      <w:pPr>
        <w:keepNext w:val="0"/>
        <w:spacing w:before="200" w:after="0" w:line="260" w:lineRule="exact"/>
        <w:ind w:left="720" w:right="0" w:firstLine="0"/>
        <w:jc w:val="both"/>
      </w:pPr>
      <w:r>
        <w:rPr>
          <w:rFonts w:ascii="Times New Roman" w:hAnsi="Times New Roman" w:eastAsia="Times New Roman" w:cs="Times New Roman"/>
          <w:b/>
          <w:sz w:val="24"/>
        </w:rPr>
        <w:t>OPTIONAL CLAUSES</w:t>
      </w:r>
    </w:p>
    <w:p>
      <w:pPr>
        <w:keepNext w:val="0"/>
        <w:spacing w:before="200" w:after="0" w:line="260" w:lineRule="exact"/>
        <w:ind w:left="720" w:right="0" w:firstLine="0"/>
        <w:jc w:val="both"/>
      </w:pPr>
      <w:r>
        <w:rPr>
          <w:rFonts w:ascii="Times New Roman" w:hAnsi="Times New Roman" w:eastAsia="Times New Roman" w:cs="Times New Roman"/>
          <w:b w:val="0"/>
          <w:sz w:val="24"/>
        </w:rPr>
        <w:t>[The following clauses are other provisions that may be used in the Director Employment Agreement (or the Director Borrowing Agreement]:</w:t>
      </w:r>
    </w:p>
    <w:p>
      <w:pPr>
        <w:keepNext w:val="0"/>
        <w:spacing w:before="120" w:after="0" w:line="260" w:lineRule="exact"/>
        <w:ind w:left="360" w:right="0" w:firstLine="0"/>
        <w:jc w:val="left"/>
      </w:pP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REMAKE RIGHTS AND SEQUEL MOTION PICTURE RIGHTS: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Remake Rights and the Sequel Motion Picture Rights with respect to the Picture shall be vested in Production Company. Nevertheless, if this Agreement has not been terminated due to Director's Default, and if Director has substantially directed the Picture the following shall apply: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of First Negotiation--Theatrical Remakes and Sequel Theatrical Motion Pictures: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(i) Director has rendered all [material] services required by Production Company in connection with the Picture; and (ii) Production Company elects to produce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Theatrical Remake of the Picture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Sequel Theatrical Motion Picture based upon the Picture within the [e.g., five year] period following the Initial Release Date of the Picture; and (iii) Director has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"Directed By" credit in connection with each previous Theatrical Remake of the Picture and/or Sequel Theatrical Motion Picture based on the Picture, if any; and (iv) the Agreement pursuant to which Director renders services in connection with each such remake and/or sequel has not been terminated due to Director's Default; [and (v) if Director is then active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feature motion pictures;] then Production Company shall notify Director and Director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[e.g., thirty days] following such notice within which to negotiate in good faith with Production Company the terms and conditions upon which Director would furnish Director's services as the director of such remake or sequel. If no agreement is reached within such [e.g., thirty days] period, Director's rights of first negotiation as set forth herein shall automatically terminate, and Production Company shall be free to negotiate with any third party with respect to such third party's directing services for such remake or sequel.</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of First Negotiation--Television Remakes and Sequel Television Motion Pictures: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(i) Director has rendered all material services required by Production Company in connection with the Picture; and (ii) Production Company elects to produce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Television Remake of the Picture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Sequel Television Motion Picture based upon the Picture within the [e.g., five year] period following the Initial Release Date of the Picture; and (iii) Director has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"Directed By" credit in connection with each previous Television Remake of the Picture and/or Sequel Television Motion Picture based on the Picture, if any; and (iv) the Agreement pursuant to which Director renders services in connection with each such remake and/or sequel has not been terminated due to Director's Default; then Production Company shall notify Director and Director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[e.g., thirty days] following such notice within which to negotiate in good faith with Production Company with respect to the terms and conditions upon which Director would furnish Director's services as the director of such remake or sequel. If no agreement is reached within such [e.g., thirty days] period, Director's rights of first negotiation as set forth herein shall automatically terminate, and Production Company shall be free to negotiate with any third party with respect to such third party's directing services for any such remake or sequel.</w:t>
      </w:r>
    </w:p>
    <w:p>
      <w:pPr>
        <w:keepNext w:val="0"/>
        <w:spacing w:before="120" w:after="0" w:line="260" w:lineRule="exact"/>
        <w:ind w:left="360" w:right="0" w:firstLine="0"/>
        <w:jc w:val="left"/>
      </w:pP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APPROVALS AND SELECTIONS: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Provided that Director is not in default on any [material] obligations hereunder, and has performed all services required by Production Company, and further provided that Production Company elects to proceed to production of the Picture, then:</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[Approvals and] Consultation:</w:t>
      </w:r>
    </w:p>
    <w:p>
      <w:pPr>
        <w:keepNext w:val="0"/>
        <w:spacing w:before="200" w:after="0" w:line="260" w:lineRule="exact"/>
        <w:ind w:left="1080" w:right="0" w:firstLine="0"/>
        <w:jc w:val="both"/>
      </w:pPr>
      <w:r>
        <w:rPr>
          <w:rFonts w:ascii="Times New Roman" w:hAnsi="Times New Roman" w:eastAsia="Times New Roman" w:cs="Times New Roman"/>
          <w:b w:val="0"/>
          <w:sz w:val="24"/>
        </w:rPr>
        <w:t>[Subject to applicable Guild and Union requirements,] Director and Production Company shall fully consult with respect to [and shall have mutual approval of] [e.g., the principal members of the cast, budgeted negative cost, pre-production schedule, production schedules, post-production schedules, final approved screenplay, locations for shooting sites (both interior and exterior], the laboratory, the main and end titles of the Picture, the site of post-production and final mix of the Picture]. Production Company shall have final approval of all other production elements in connection with the production of the Picture, both "above the line" and "below the line" personnel and elements (except as otherwise set forth herein), and all commitments and contracts relative to any of the foregoing. In addition, Production Company shall have the right, in its sole discretion, to select and designate the location auditor.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[Director's right of consultation shall be subject to Director being available, at Director’s sole cost and expense, at the time(s) and place(s) designated by Production Company for such consultation. Such consultation shall not delay or otherwise interfere with Production Company's production plans for the Picture. [Production Company's determination with respect to all such matters shall be final and binding upon Director.] [The elements with respect to which Production Company has granted Director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consultation are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Key Production Crew (</w:t>
      </w:r>
      <w:r>
        <w:rPr>
          <w:rFonts w:ascii="Times New Roman" w:hAnsi="Times New Roman" w:eastAsia="Times New Roman" w:cs="Times New Roman"/>
          <w:b w:val="0"/>
          <w:sz w:val="24"/>
        </w:rPr>
        <w:t>i.e.</w:t>
      </w:r>
      <w:r>
        <w:rPr>
          <w:rFonts w:ascii="Times New Roman" w:hAnsi="Times New Roman" w:eastAsia="Times New Roman" w:cs="Times New Roman"/>
          <w:b w:val="0"/>
          <w:sz w:val="24"/>
        </w:rPr>
        <w:t>, unit production manager, casting director, cameraman and art director).</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Key Cast</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Screenplay</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Production Budget</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Production Schedules</w:t>
      </w:r>
    </w:p>
    <w:p>
      <w:pPr>
        <w:keepNext w:val="0"/>
        <w:spacing w:before="120" w:after="0" w:line="260" w:lineRule="exact"/>
        <w:ind w:left="1440" w:right="0" w:firstLine="0"/>
        <w:jc w:val="left"/>
      </w:pPr>
      <w:r>
        <w:rPr>
          <w:rFonts w:ascii="Times New Roman" w:hAnsi="Times New Roman" w:eastAsia="Times New Roman" w:cs="Times New Roman"/>
          <w:b w:val="0"/>
          <w:sz w:val="24"/>
        </w:rPr>
        <w:t>(vi)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Locations</w:t>
      </w:r>
    </w:p>
    <w:p>
      <w:pPr>
        <w:keepNext w:val="0"/>
        <w:spacing w:before="120" w:after="0" w:line="260" w:lineRule="exact"/>
        <w:ind w:left="1440" w:right="0" w:firstLine="0"/>
        <w:jc w:val="left"/>
      </w:pPr>
      <w:r>
        <w:rPr>
          <w:rFonts w:ascii="Times New Roman" w:hAnsi="Times New Roman" w:eastAsia="Times New Roman" w:cs="Times New Roman"/>
          <w:b w:val="0"/>
          <w:sz w:val="24"/>
        </w:rPr>
        <w:t>(vii)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Domestic Campaign (i.e., the initial U.S. advertising and publicity campaign for the Picture)</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Selections: [Subject to the applicable Guild and Union requirements,] Director shall have the right to [select and designate] or [propose, subject to Production Company approval,] the following key personnel for the Picture:</w:t>
      </w:r>
    </w:p>
    <w:p>
      <w:pPr>
        <w:keepNext w:val="0"/>
        <w:spacing w:before="200" w:after="0" w:line="260" w:lineRule="exact"/>
        <w:ind w:left="720" w:right="0" w:firstLine="0"/>
        <w:jc w:val="both"/>
      </w:pPr>
      <w:r>
        <w:rPr>
          <w:rFonts w:ascii="Times New Roman" w:hAnsi="Times New Roman" w:eastAsia="Times New Roman" w:cs="Times New Roman"/>
          <w:b w:val="0"/>
          <w:sz w:val="24"/>
        </w:rPr>
        <w:t>e.g.,</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Director of Photography</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First Assistant Director</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Production Manager and Unit Manager, if any</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Production Designer</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Costume Designer</w:t>
      </w:r>
    </w:p>
    <w:p>
      <w:pPr>
        <w:keepNext w:val="0"/>
        <w:spacing w:before="120" w:after="0" w:line="260" w:lineRule="exact"/>
        <w:ind w:left="1080" w:right="0" w:firstLine="0"/>
        <w:jc w:val="left"/>
      </w:pPr>
      <w:r>
        <w:rPr>
          <w:rFonts w:ascii="Times New Roman" w:hAnsi="Times New Roman" w:eastAsia="Times New Roman" w:cs="Times New Roman"/>
          <w:b w:val="0"/>
          <w:sz w:val="24"/>
        </w:rPr>
        <w:t>(vi)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Sound Engineer</w:t>
      </w:r>
    </w:p>
    <w:p>
      <w:pPr>
        <w:keepNext w:val="0"/>
        <w:spacing w:before="120" w:after="0" w:line="260" w:lineRule="exact"/>
        <w:ind w:left="1080" w:right="0" w:firstLine="0"/>
        <w:jc w:val="left"/>
      </w:pPr>
      <w:r>
        <w:rPr>
          <w:rFonts w:ascii="Times New Roman" w:hAnsi="Times New Roman" w:eastAsia="Times New Roman" w:cs="Times New Roman"/>
          <w:b w:val="0"/>
          <w:sz w:val="24"/>
        </w:rPr>
        <w:t>(vii)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Sound Editors</w:t>
      </w:r>
    </w:p>
    <w:p>
      <w:pPr>
        <w:keepNext w:val="0"/>
        <w:spacing w:before="120" w:after="0" w:line="260" w:lineRule="exact"/>
        <w:ind w:left="1080" w:right="0" w:firstLine="0"/>
        <w:jc w:val="left"/>
      </w:pPr>
      <w:r>
        <w:rPr>
          <w:rFonts w:ascii="Times New Roman" w:hAnsi="Times New Roman" w:eastAsia="Times New Roman" w:cs="Times New Roman"/>
          <w:b w:val="0"/>
          <w:sz w:val="24"/>
        </w:rPr>
        <w:t>(viii)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Lighting Designer, if any</w:t>
      </w:r>
    </w:p>
    <w:p>
      <w:pPr>
        <w:keepNext w:val="0"/>
        <w:spacing w:before="120" w:after="0" w:line="260" w:lineRule="exact"/>
        <w:ind w:left="1080" w:right="0" w:firstLine="0"/>
        <w:jc w:val="left"/>
      </w:pPr>
      <w:r>
        <w:rPr>
          <w:rFonts w:ascii="Times New Roman" w:hAnsi="Times New Roman" w:eastAsia="Times New Roman" w:cs="Times New Roman"/>
          <w:b w:val="0"/>
          <w:sz w:val="24"/>
        </w:rPr>
        <w:t>(ix)</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Casting Director</w:t>
      </w:r>
    </w:p>
    <w:p>
      <w:pPr>
        <w:keepNext w:val="0"/>
        <w:spacing w:before="120" w:after="0" w:line="260" w:lineRule="exact"/>
        <w:ind w:left="1080" w:right="0" w:firstLine="0"/>
        <w:jc w:val="left"/>
      </w:pPr>
      <w:r>
        <w:rPr>
          <w:rFonts w:ascii="Times New Roman" w:hAnsi="Times New Roman" w:eastAsia="Times New Roman" w:cs="Times New Roman"/>
          <w:b w:val="0"/>
          <w:sz w:val="24"/>
        </w:rPr>
        <w:t>(x)</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Special Effects Chief</w:t>
      </w:r>
    </w:p>
    <w:p>
      <w:pPr>
        <w:keepNext w:val="0"/>
        <w:spacing w:before="120" w:after="0" w:line="260" w:lineRule="exact"/>
        <w:ind w:left="1080" w:right="0" w:firstLine="0"/>
        <w:jc w:val="left"/>
      </w:pPr>
      <w:r>
        <w:rPr>
          <w:rFonts w:ascii="Times New Roman" w:hAnsi="Times New Roman" w:eastAsia="Times New Roman" w:cs="Times New Roman"/>
          <w:b w:val="0"/>
          <w:sz w:val="24"/>
        </w:rPr>
        <w:t>(xi)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Music Composer and/or Conductor</w:t>
      </w:r>
    </w:p>
    <w:p>
      <w:pPr>
        <w:keepNext w:val="0"/>
        <w:spacing w:before="120" w:after="0" w:line="260" w:lineRule="exact"/>
        <w:ind w:left="1080" w:right="0" w:firstLine="0"/>
        <w:jc w:val="left"/>
      </w:pPr>
      <w:r>
        <w:rPr>
          <w:rFonts w:ascii="Times New Roman" w:hAnsi="Times New Roman" w:eastAsia="Times New Roman" w:cs="Times New Roman"/>
          <w:b w:val="0"/>
          <w:sz w:val="24"/>
        </w:rPr>
        <w:t>(xii)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Film Editors</w:t>
      </w:r>
    </w:p>
    <w:p>
      <w:pPr>
        <w:keepNext w:val="0"/>
        <w:spacing w:before="120" w:after="0" w:line="260" w:lineRule="exact"/>
        <w:ind w:left="1080" w:right="0" w:firstLine="0"/>
        <w:jc w:val="left"/>
      </w:pPr>
      <w:r>
        <w:rPr>
          <w:rFonts w:ascii="Times New Roman" w:hAnsi="Times New Roman" w:eastAsia="Times New Roman" w:cs="Times New Roman"/>
          <w:b w:val="0"/>
          <w:sz w:val="24"/>
        </w:rPr>
        <w:t>(xiii)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Music Editors -and-</w:t>
      </w:r>
    </w:p>
    <w:p>
      <w:pPr>
        <w:keepNext w:val="0"/>
        <w:spacing w:before="120" w:after="0" w:line="260" w:lineRule="exact"/>
        <w:ind w:left="1080" w:right="0" w:firstLine="0"/>
        <w:jc w:val="left"/>
      </w:pPr>
      <w:r>
        <w:rPr>
          <w:rFonts w:ascii="Times New Roman" w:hAnsi="Times New Roman" w:eastAsia="Times New Roman" w:cs="Times New Roman"/>
          <w:b w:val="0"/>
          <w:sz w:val="24"/>
        </w:rPr>
        <w:t>(xiv)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Cameraman, provided that: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costs involved for engaging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individual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position shall not exceed said individual's then going rate in the Motion Picture industry.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costs involved for engaging such particular individual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position shall not exceed the amount allocated for the position in the budget.</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particular individual is ready, willing and able to perform services as and when required by Production Company.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particular individual's prior work experience with the Production Company, if any, was completed to the satisfaction of Production Company. </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Changes Subsequent to [Consultation] [Approval]:</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Once the pre-production, production, and post-production schedules have been set, these schedules may only be changed by Production Company after full consultation with Director [and subject to Director's approval, which approval shall not be unreasonably withheld]. [Once Director has approved the screenplay, there shall be no material changes made in the final approved screenplay without Director's consent and approval which shall not be unreasonably withheld.]</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Creative Control:</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Subclause </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below, and subject to Production Company's final business decision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disagreement between Director and Production Company, Director shall have final creative control of the Picture.</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Failure to Approve and Select: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after Production Company has elected to proceed to production of the Picture, Director and Production Company do not agree on [any of the above elements regarding which Director and Production Company have mutual approval pursuant to Subclause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 or if Director fails or is otherwise unable to select the key personnel to be engaged for the Picture, pursuant to the provisions of Subclause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above, (including, without limitation the substitute personnel for any previously [approved or] selected individuals who become unavailable)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date occurring [e.g., eight (8) weeks] prior to the commencement of principal photography, then, Production Company may designate such personnel and/or element in its sole discretion.</w:t>
      </w:r>
    </w:p>
    <w:p>
      <w:pPr>
        <w:keepNext w:val="0"/>
        <w:spacing w:before="120" w:after="0" w:line="260" w:lineRule="exact"/>
        <w:ind w:left="360" w:right="0" w:firstLine="0"/>
        <w:jc w:val="left"/>
      </w:pPr>
      <w:r>
        <w:rPr>
          <w:rFonts w:ascii="Times New Roman" w:hAnsi="Times New Roman" w:eastAsia="Times New Roman" w:cs="Times New Roman"/>
          <w:b w:val="0"/>
          <w:sz w:val="24"/>
        </w:rPr>
        <w:t>38.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ADVERTISING CAMPAIGN AND DISTRIBUTION PATTERN CONSULTATION: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Production Company agrees that Director shall have the right to consult with respect to the formulation of the initial advertising campaign and the initial distribution pattern for the theatrical exhibition of the Picture in the United States, including, without limitation, opening in key cities, such as New York, Los Angeles, and Chicago, and that Director shall have the right to consult with respect to the engagement of any third party publicity companies which may render services in connection with the Picture, provided, that Director is available for such consultation at such times and places as Production Company requires and at no expense to Production Company. If the unavailability of Director would in any way hinder or delay Production Company from proceeding with said advertising campaign, and/or the initial distribution of the Picture, and/or the selection of any third party publicity companies to be engaged for the Picture, then Director shall be deemed to have waived such right of consultation. [The availability of Director for such consultation by telephone shall not constitute "unavailability" under this clause.] It is specifically understood and agreed that Production Company has final approval of the initial advertising campaign and the initial distribution pattern.</w:t>
      </w:r>
    </w:p>
    <w:p>
      <w:pPr>
        <w:keepNext w:val="0"/>
        <w:spacing w:before="120" w:after="0" w:line="260" w:lineRule="exact"/>
        <w:ind w:left="360" w:right="0" w:firstLine="0"/>
        <w:jc w:val="left"/>
      </w:pPr>
      <w:r>
        <w:rPr>
          <w:rFonts w:ascii="Times New Roman" w:hAnsi="Times New Roman" w:eastAsia="Times New Roman" w:cs="Times New Roman"/>
          <w:b w:val="0"/>
          <w:sz w:val="24"/>
        </w:rPr>
        <w:t>39.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CUTTING AND EDITING:</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If Director substantially directs the Picture through the completion of principal photography, Director shall have [the "final cut" of the Picture] [for purposes of (initial) Theatrical Distribution] or [Director shall have one cut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preview in accordance with the provisions of the DGA Agreement, which shall be deemed to include any and all cuts and previews required under the DGA Agreement,] upon and subject to the following conditions: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Relating to Procedure for Cuts and Previews:</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Location of Preview: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time and place of the preview shall be mutually determined by Production Company and Director; provided however, that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dispute, Production Company shall make the final determination in its sole discretion. </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Time Period for Cuts and Previews: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cut and the preview shall be completed in accordance with the approved budget and the time periods provided by the production schedule.</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Director's Final Cut: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Director may designate any cut as Director's final cut prior to the initial release date of the Picture [, in accordance with the approved post-production schedule as set forth in Exhibit "S"]; provided that Director may not change such designation once made.</w:t>
      </w:r>
    </w:p>
    <w:p>
      <w:pPr>
        <w:keepNext w:val="0"/>
        <w:spacing w:before="120" w:after="0" w:line="260" w:lineRule="exact"/>
        <w:ind w:left="108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Production Company's Cutting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completion or expiration of Director's cutting rights, Production Company shall have the right to make the final cut, in its sole discretion.</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Relating to Content:</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Running Time: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Picture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running time (exclusive of main and end titles) of not less than [number, e.g., 90] minutes and not more than [number, e.g., 120] minutes; or including main and end titles not more than [number, e.g., 125] minutes.</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Stock Footage: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Picture shall not contain any stock or reused film or sound recordings.</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Rating: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Picture, as completed, shall be submitted to the Code and Rating Administration of the Motion Picture Association of America ("M.P.</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rating and shall qualify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M.P.</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 rating not more restrictive than "[specify rating, e.g., "G," “PG,” PG-13," “R,” or NC-17"]".</w:t>
      </w:r>
    </w:p>
    <w:p>
      <w:pPr>
        <w:keepNext w:val="0"/>
        <w:spacing w:before="120" w:after="0" w:line="260" w:lineRule="exact"/>
        <w:ind w:left="108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Cover Shots: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requested by Production Company, Director shall photograph and record all necessary "cover shots" for free television exhibition, airline, military and other non-theatrical exhibition and to satisfy "local tastes" in certain foreign markets, at any time not later than [e.g., five (5) business days] after the last dailies have been received by Production Company unless otherwise agreed.</w:t>
      </w:r>
    </w:p>
    <w:p>
      <w:pPr>
        <w:keepNext w:val="0"/>
        <w:spacing w:before="120" w:after="0" w:line="260" w:lineRule="exact"/>
        <w:ind w:left="108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Censorship: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Director shall make all cuts and changes as may be deemed necessary by Production Company to meet minimum censorship requirements of any legally constituted censorship board or to eliminate claims or threatened or potential claims for libel, invasion of the right of privacy, and other similar legal matters.</w:t>
      </w:r>
    </w:p>
    <w:p>
      <w:pPr>
        <w:keepNext w:val="0"/>
        <w:spacing w:before="120" w:after="0" w:line="260" w:lineRule="exact"/>
        <w:ind w:left="1080" w:right="0" w:firstLine="0"/>
        <w:jc w:val="left"/>
      </w:pP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Cutting and Editing for Television: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Director's availability,] Director shall have the right to supervise the cutting and editing required for free television exhibition of the Picture over network television;</w:t>
      </w:r>
    </w:p>
    <w:p>
      <w:pPr>
        <w:keepNext w:val="0"/>
        <w:spacing w:before="120" w:after="0" w:line="260" w:lineRule="exact"/>
        <w:ind w:left="1080" w:right="0" w:firstLine="0"/>
        <w:jc w:val="left"/>
      </w:pP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Dubbing: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Director shall have the right to supervise the dubbing of the [name of foreign country] version of the Picture subject to Director's availability. Director shall not be entitled to any additional compensation for such services, but if Director is required to travel in connection therewith, the provisions of Clause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[relating to transportation and expenses] shall apply thereto but same shall only apply to Director and not to Director’s family nor to Director's companion and/or secretary.</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Availability: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Director is not available to perform any portion or all of the foregoing cutting and editing in the time contemplated by this Agreement, Production Company shall have the right to perform such cutting and editing after [e.g., ten business days]' prior written notice, unless shorter notice is reasonable under the circumstances.</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Personal to Director:</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foregoing cutting and editing rights, as well as all other creative controls of Director, apply solely to Director personally and not to any corporate entity or other party, and Director shall not delegate or subcontract any of the same.</w:t>
      </w:r>
    </w:p>
    <w:p>
      <w:pPr>
        <w:keepNext w:val="0"/>
        <w:spacing w:before="120" w:after="0" w:line="260" w:lineRule="exact"/>
        <w:ind w:left="360" w:right="0" w:firstLine="0"/>
        <w:jc w:val="left"/>
      </w:pPr>
      <w:r>
        <w:rPr>
          <w:rFonts w:ascii="Times New Roman" w:hAnsi="Times New Roman" w:eastAsia="Times New Roman" w:cs="Times New Roman"/>
          <w:b w:val="0"/>
          <w:sz w:val="24"/>
        </w:rPr>
        <w:t>40.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Execution, Counterparts, Facsimile, or Electronic</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This Agreement may be executed by original, facsimile, or electronic signatures and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will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instrument. Any signed copy of this Agreement delivered electronically or by facsimile transmission will for all purposes be treated as if it had been delivered containing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of the party whose signature appears in the electronic or facsimile version and will be binding upon that party in the same manner as though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signed copy had been delivered.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By signing in the spaces provided below, Director and Production Company accept and agree to all the terms and conditions of this Agreement.</w:t>
      </w:r>
    </w:p>
    <w:p>
      <w:pPr>
        <w:keepNext w:val="0"/>
        <w:spacing w:before="120" w:after="0" w:line="260" w:lineRule="exact"/>
        <w:ind w:left="360" w:right="0" w:firstLine="0"/>
        <w:jc w:val="left"/>
      </w:pPr>
      <w:r>
        <w:rPr>
          <w:rFonts w:ascii="Times New Roman" w:hAnsi="Times New Roman" w:eastAsia="Times New Roman" w:cs="Times New Roman"/>
          <w:b w:val="0"/>
          <w:sz w:val="24"/>
        </w:rPr>
        <w:t>“Production Company”</w:t>
      </w:r>
    </w:p>
    <w:p>
      <w:pPr>
        <w:keepNext w:val="0"/>
        <w:spacing w:before="120" w:after="0" w:line="260" w:lineRule="exact"/>
        <w:ind w:left="360" w:right="0" w:firstLine="0"/>
        <w:jc w:val="left"/>
      </w:pPr>
      <w:r>
        <w:rPr>
          <w:rFonts w:ascii="Times New Roman" w:hAnsi="Times New Roman" w:eastAsia="Times New Roman" w:cs="Times New Roman"/>
          <w:b w:val="0"/>
          <w:sz w:val="24"/>
        </w:rPr>
        <w:t>[Name of Production Company]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Its: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"Director"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Inducement</w:t>
      </w:r>
    </w:p>
    <w:p>
      <w:pPr>
        <w:keepNext w:val="0"/>
        <w:spacing w:before="200" w:after="0" w:line="260" w:lineRule="exact"/>
        <w:ind w:left="360" w:right="0" w:firstLine="0"/>
        <w:jc w:val="both"/>
      </w:pPr>
      <w:r>
        <w:rPr>
          <w:rFonts w:ascii="Times New Roman" w:hAnsi="Times New Roman" w:eastAsia="Times New Roman" w:cs="Times New Roman"/>
          <w:b/>
          <w:sz w:val="24"/>
        </w:rPr>
        <w:t xml:space="preserve">Optional Exhibit </w:t>
      </w:r>
      <w:r>
        <w:rPr>
          <w:rFonts w:ascii="Times New Roman" w:hAnsi="Times New Roman" w:eastAsia="Times New Roman" w:cs="Times New Roman"/>
          <w:b/>
          <w:sz w:val="24"/>
        </w:rPr>
        <w:t>A</w:t>
      </w:r>
      <w:r>
        <w:rPr>
          <w:rFonts w:ascii="Times New Roman" w:hAnsi="Times New Roman" w:eastAsia="Times New Roman" w:cs="Times New Roman"/>
          <w:b/>
          <w:sz w:val="24"/>
        </w:rPr>
        <w:t>.</w:t>
      </w:r>
      <w:r>
        <w:rPr>
          <w:rFonts w:ascii="Times New Roman" w:hAnsi="Times New Roman" w:eastAsia="Times New Roman" w:cs="Times New Roman"/>
          <w:b/>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order to induce (name of Production Company) (“Borrower”) to enter into the agreement dated as of (date of agreement) (the “Agreement”) with (name of Loan-Out Company) (“Lender”), and in consideration of Borrower’s execution and delivery thereof, the undersigned hereby represents and warrants that the undersigned is familiar with each term and condition of the Agreement, and the undersigned hereby consents and agrees to the execution and delivery of said Agreement by Lender and hereby agrees to render all the services therein provided to be rendered by the undersigned and to be bound by and duly perform and observe each and all the terms and conditions of said Agreement requiring performance or compliance on the part of the undersigned, and hereby joins in all warranties, representations, agreements and indemnities made by Lender, and further agrees that if Lender should be dissolved or should otherwise cease to exist or for any reason whatsoever should fail, be unable, neglect or refuse duly to perform and observe each and all of the terms and conditions of said Agreement requiring performance or compliance on the part of Lender, the undersigned shall, at the election of Borrower, be deemed substituted as direct parties to said Agreement in place and stead of Lender, and further agrees that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said Agreement by Lender or by the undersigned, Borrower shall be entitled to seek legal and equitable relief by way of injunction or otherwise against Lender, or against the undersigned, or against both Lender and the undersigned, in Borrower’s discretion, in any event, without the necessity of first resorting to or exhausting any rights or remedies which it may have against Lender; all of the foregoing to be to the same extent and with the same force and effect as if the undersigned had agreed to render services to Borrower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w:t>
      </w:r>
    </w:p>
    <w:p>
      <w:pPr>
        <w:keepNext w:val="0"/>
        <w:spacing w:before="200" w:after="0" w:line="260" w:lineRule="exact"/>
        <w:ind w:left="720" w:right="0" w:firstLine="0"/>
        <w:jc w:val="both"/>
      </w:pPr>
      <w:r>
        <w:rPr>
          <w:rFonts w:ascii="Times New Roman" w:hAnsi="Times New Roman" w:eastAsia="Times New Roman" w:cs="Times New Roman"/>
          <w:b w:val="0"/>
          <w:sz w:val="24"/>
        </w:rPr>
        <w:t>Further, the undersigned waives any claim against Borrower for wages, salary or other compensation of any kind to said Agreement, and the undersigned agrees that the undersigned will look solely to Lender for any and all compensation that the undersigned may become entitled to receive for services in connection with the Agreement, provided said compensation is paid to Lender.</w:t>
      </w:r>
    </w:p>
    <w:p>
      <w:pPr>
        <w:keepNext w:val="0"/>
        <w:spacing w:before="120" w:after="0" w:line="260" w:lineRule="exact"/>
        <w:ind w:left="720" w:right="0" w:firstLine="0"/>
        <w:jc w:val="left"/>
      </w:pPr>
      <w:r>
        <w:rPr>
          <w:rFonts w:ascii="Times New Roman" w:hAnsi="Times New Roman" w:eastAsia="Times New Roman" w:cs="Times New Roman"/>
          <w:b w:val="0"/>
          <w:sz w:val="24"/>
        </w:rPr>
        <w:t>Dated as of [date]</w:t>
      </w:r>
    </w:p>
    <w:p>
      <w:pPr>
        <w:keepNext w:val="0"/>
        <w:spacing w:before="120" w:after="0" w:line="260" w:lineRule="exact"/>
        <w:ind w:left="720" w:right="0" w:firstLine="0"/>
        <w:jc w:val="left"/>
      </w:pPr>
      <w:r>
        <w:rPr>
          <w:rFonts w:ascii="Times New Roman" w:hAnsi="Times New Roman" w:eastAsia="Times New Roman" w:cs="Times New Roman"/>
          <w:b w:val="0"/>
          <w:sz w:val="24"/>
        </w:rPr>
        <w:t>SIGNED: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director]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Post-Production Schedule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