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Director Resignation Letter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BOARD CHAIRMAN]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[Mr. Chairman/Ms. Chairwoman]: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hereby tender my resignation from the [COMPANY] ("Company") Board of Directors effective [DATE]. I do not have any disagreements with management on any matter relating to the Company's operations, policies or practices.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Sincerely,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DIRECTOR]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