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Director's Resignation Letter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FORM OF IRREVOCABLE RESIGNATION LETTER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[month day, 20__]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Attention: Board of Directors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Target corporation]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Target corporation]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Resignation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Ladies and Gentlemen: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This irrevocable resignation is delivered pursuant to Section [relevant section from transaction agreement] of that certain Stock Purchase Agreement, dated as of [month day, 20__] (the " Agreement "), by and between [names of parties to Stock Purchase Agreement]. Capitalized terms used herein shall have the meaning set forth in the Agreement. Effective as of the Closing Date, I hereby resign from my position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director of the Company and from any and all committees of the Board on which I serve.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resignation may not be withdrawn by me at any time during which it is effective.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Sincerely,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Name: [name of director]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